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Kabir Malhotra</w:t>
      </w:r>
    </w:p>
    <w:p>
      <w:pPr>
        <w:pStyle w:val="Role"/>
      </w:pPr>
      <w:r>
        <w:t>Chartered Accountant</w:t>
      </w:r>
    </w:p>
    <w:p>
      <w:pPr>
        <w:pStyle w:val="Contact"/>
      </w:pPr>
      <w:r>
        <w:t>+91 98330 44556</w:t>
      </w:r>
      <w:r>
        <w:rPr>
          <w:color w:val="333333"/>
        </w:rPr>
        <w:t xml:space="preserve">  |  </w:t>
      </w:r>
      <w:r>
        <w:t>kabir.malhotra@email.com</w:t>
      </w:r>
      <w:r>
        <w:rPr>
          <w:color w:val="333333"/>
        </w:rPr>
        <w:t xml:space="preserve">  |  </w:t>
      </w:r>
      <w:r>
        <w:t>Mumbai, India</w:t>
      </w:r>
      <w:r>
        <w:rPr>
          <w:color w:val="333333"/>
        </w:rPr>
        <w:t xml:space="preserve">  |  </w:t>
      </w:r>
      <w:r>
        <w:t>linkedin.com/in/kabirmalhotra</w:t>
      </w:r>
    </w:p>
    <w:p>
      <w:pPr>
        <w:pStyle w:val="SectionHeading"/>
        <w:pBdr>
          <w:bottom w:val="single" w:sz="6" w:space="3" w:color="000000"/>
        </w:pBdr>
      </w:pPr>
      <w:r>
        <w:t>Profile</w:t>
      </w:r>
    </w:p>
    <w:p>
      <w:pPr>
        <w:pStyle w:val="Summary"/>
      </w:pPr>
      <w:r>
        <w:t>Chartered Accountant with 7 years in audit, financial reporting and FP&amp;A. Known for clean closes, sharp variance analysis and turning compliance work into insight for business leaders.</w:t>
      </w:r>
    </w:p>
    <w:p>
      <w:pPr>
        <w:pStyle w:val="SectionHeading"/>
        <w:pBdr>
          <w:bottom w:val="single" w:sz="6" w:space="3" w:color="000000"/>
        </w:pBdr>
      </w:pPr>
      <w:r>
        <w:t>Experience</w:t>
      </w:r>
    </w:p>
    <w:p>
      <w:pPr>
        <w:pStyle w:val="EntryTitle"/>
        <w:tabs>
          <w:tab w:pos="9865" w:val="right"/>
        </w:tabs>
      </w:pPr>
      <w:r>
        <w:t>Finance Manager — FP&amp;A</w:t>
      </w:r>
      <w:r>
        <w:tab/>
      </w:r>
      <w:r>
        <w:rPr>
          <w:rFonts w:ascii="Calibri" w:hAnsi="Calibri" w:eastAsia="Calibri" w:cs="Calibri"/>
          <w:b w:val="0"/>
          <w:i w:val="0"/>
          <w:color w:val="444444"/>
          <w:sz w:val="22"/>
          <w:szCs w:val="23"/>
        </w:rPr>
        <w:t>2021 — Present</w:t>
      </w:r>
    </w:p>
    <w:p>
      <w:pPr>
        <w:pStyle w:val="EntryMeta"/>
      </w:pPr>
      <w:r>
        <w:t>Copperline Finance, Mumbai</w:t>
      </w:r>
    </w:p>
    <w:p>
      <w:pPr>
        <w:pStyle w:val="ResumeBullet"/>
      </w:pPr>
      <w:r>
        <w:t>Lead budgeting and forecasting for a business with ₹600 crore revenue.</w:t>
      </w:r>
    </w:p>
    <w:p>
      <w:pPr>
        <w:pStyle w:val="ResumeBullet"/>
      </w:pPr>
      <w:r>
        <w:t>Built a rolling forecast model that cut variance to plan from 12% to 4%.</w:t>
      </w:r>
    </w:p>
    <w:p>
      <w:pPr>
        <w:pStyle w:val="ResumeBullet"/>
      </w:pPr>
      <w:r>
        <w:t>Partner with business heads on pricing, hiring and capex decisions.</w:t>
      </w:r>
    </w:p>
    <w:p>
      <w:pPr>
        <w:pStyle w:val="EntryTitle"/>
        <w:tabs>
          <w:tab w:pos="9865" w:val="right"/>
        </w:tabs>
      </w:pPr>
      <w:r>
        <w:t>Assistant Manager — Audit</w:t>
      </w:r>
      <w:r>
        <w:tab/>
      </w:r>
      <w:r>
        <w:rPr>
          <w:rFonts w:ascii="Calibri" w:hAnsi="Calibri" w:eastAsia="Calibri" w:cs="Calibri"/>
          <w:b w:val="0"/>
          <w:i w:val="0"/>
          <w:color w:val="444444"/>
          <w:sz w:val="22"/>
          <w:szCs w:val="23"/>
        </w:rPr>
        <w:t>2018 — 2021</w:t>
      </w:r>
    </w:p>
    <w:p>
      <w:pPr>
        <w:pStyle w:val="EntryMeta"/>
      </w:pPr>
      <w:r>
        <w:t>Vantage Point Consulting, Mumbai</w:t>
      </w:r>
    </w:p>
    <w:p>
      <w:pPr>
        <w:pStyle w:val="ResumeBullet"/>
      </w:pPr>
      <w:r>
        <w:t>Led statutory audits for manufacturing and services clients.</w:t>
      </w:r>
    </w:p>
    <w:p>
      <w:pPr>
        <w:pStyle w:val="ResumeBullet"/>
      </w:pPr>
      <w:r>
        <w:t>Reviewed Ind AS adoption and internal financial controls for 15 entities.</w:t>
      </w:r>
    </w:p>
    <w:p>
      <w:pPr>
        <w:pStyle w:val="ResumeBullet"/>
      </w:pPr>
      <w:r>
        <w:t>Trained 10 article assistants each year.</w:t>
      </w:r>
    </w:p>
    <w:p>
      <w:pPr>
        <w:pStyle w:val="EntryTitle"/>
        <w:tabs>
          <w:tab w:pos="9865" w:val="right"/>
        </w:tabs>
      </w:pPr>
      <w:r>
        <w:t>Article Assistant</w:t>
      </w:r>
      <w:r>
        <w:tab/>
      </w:r>
      <w:r>
        <w:rPr>
          <w:rFonts w:ascii="Calibri" w:hAnsi="Calibri" w:eastAsia="Calibri" w:cs="Calibri"/>
          <w:b w:val="0"/>
          <w:i w:val="0"/>
          <w:color w:val="444444"/>
          <w:sz w:val="22"/>
          <w:szCs w:val="23"/>
        </w:rPr>
        <w:t>2015 — 2018</w:t>
      </w:r>
    </w:p>
    <w:p>
      <w:pPr>
        <w:pStyle w:val="EntryMeta"/>
      </w:pPr>
      <w:r>
        <w:t>Indus Ledger Partners, Pune</w:t>
      </w:r>
    </w:p>
    <w:p>
      <w:pPr>
        <w:pStyle w:val="ResumeBullet"/>
      </w:pPr>
      <w:r>
        <w:t>Handled tax audits, GST returns and bank audits.</w:t>
      </w:r>
    </w:p>
    <w:p>
      <w:pPr>
        <w:pStyle w:val="SectionHeading"/>
        <w:pBdr>
          <w:bottom w:val="single" w:sz="6" w:space="3" w:color="000000"/>
        </w:pBdr>
      </w:pPr>
      <w:r>
        <w:t>Education</w:t>
      </w:r>
    </w:p>
    <w:p>
      <w:pPr>
        <w:pStyle w:val="EntryTitle"/>
        <w:tabs>
          <w:tab w:pos="9865" w:val="right"/>
        </w:tabs>
      </w:pPr>
      <w:r>
        <w:t>Chartered Accountant (CA)</w:t>
      </w:r>
      <w:r>
        <w:tab/>
      </w:r>
      <w:r>
        <w:rPr>
          <w:rFonts w:ascii="Calibri" w:hAnsi="Calibri" w:eastAsia="Calibri" w:cs="Calibri"/>
          <w:b w:val="0"/>
          <w:i w:val="0"/>
          <w:color w:val="444444"/>
          <w:sz w:val="22"/>
          <w:szCs w:val="23"/>
        </w:rPr>
        <w:t>2018</w:t>
      </w:r>
    </w:p>
    <w:p>
      <w:pPr>
        <w:pStyle w:val="EntryMeta"/>
      </w:pPr>
      <w:r>
        <w:t>Institute of Chartered Accountants</w:t>
      </w:r>
      <w:r>
        <w:t xml:space="preserve">  |  Cleared all levels in first attempt</w:t>
      </w:r>
    </w:p>
    <w:p>
      <w:pPr>
        <w:pStyle w:val="EntryTitle"/>
        <w:tabs>
          <w:tab w:pos="9865" w:val="right"/>
        </w:tabs>
      </w:pPr>
      <w:r>
        <w:t>B.Com</w:t>
      </w:r>
      <w:r>
        <w:tab/>
      </w:r>
      <w:r>
        <w:rPr>
          <w:rFonts w:ascii="Calibri" w:hAnsi="Calibri" w:eastAsia="Calibri" w:cs="Calibri"/>
          <w:b w:val="0"/>
          <w:i w:val="0"/>
          <w:color w:val="444444"/>
          <w:sz w:val="22"/>
          <w:szCs w:val="23"/>
        </w:rPr>
        <w:t>2012 — 2015</w:t>
      </w:r>
    </w:p>
    <w:p>
      <w:pPr>
        <w:pStyle w:val="EntryMeta"/>
      </w:pPr>
      <w:r>
        <w:t>Aravali College of Commerce</w:t>
      </w:r>
      <w:r>
        <w:t xml:space="preserve">  |  82%</w:t>
      </w:r>
    </w:p>
    <w:p>
      <w:pPr>
        <w:pStyle w:val="SectionHeading"/>
        <w:pBdr>
          <w:bottom w:val="single" w:sz="6" w:space="3" w:color="000000"/>
        </w:pBdr>
      </w:pPr>
      <w:r>
        <w:t>Skills</w:t>
      </w:r>
    </w:p>
    <w:p>
      <w:pPr>
        <w:pStyle w:val="BodyText"/>
      </w:pPr>
      <w:r>
        <w:t>Financial reporting</w:t>
      </w:r>
      <w:r>
        <w:rPr>
          <w:color w:val="000000"/>
        </w:rPr>
        <w:t xml:space="preserve">  |  </w:t>
      </w:r>
      <w:r>
        <w:t>FP&amp;A</w:t>
      </w:r>
      <w:r>
        <w:rPr>
          <w:color w:val="000000"/>
        </w:rPr>
        <w:t xml:space="preserve">  |  </w:t>
      </w:r>
      <w:r>
        <w:t>Ind AS</w:t>
      </w:r>
      <w:r>
        <w:rPr>
          <w:color w:val="000000"/>
        </w:rPr>
        <w:t xml:space="preserve">  |  </w:t>
      </w:r>
      <w:r>
        <w:t>Internal controls</w:t>
      </w:r>
      <w:r>
        <w:rPr>
          <w:color w:val="000000"/>
        </w:rPr>
        <w:t xml:space="preserve">  |  </w:t>
      </w:r>
      <w:r>
        <w:t>GST &amp; direct tax</w:t>
      </w:r>
      <w:r>
        <w:rPr>
          <w:color w:val="000000"/>
        </w:rPr>
        <w:t xml:space="preserve">  |  </w:t>
      </w:r>
      <w:r>
        <w:t>Variance analysis</w:t>
      </w:r>
    </w:p>
    <w:p>
      <w:pPr>
        <w:pStyle w:val="SectionHeading"/>
        <w:pBdr>
          <w:bottom w:val="single" w:sz="6" w:space="3" w:color="000000"/>
        </w:pBdr>
      </w:pPr>
      <w:r>
        <w:t>Certifications</w:t>
      </w:r>
    </w:p>
    <w:p>
      <w:pPr>
        <w:pStyle w:val="ResumeBullet"/>
      </w:pPr>
      <w:r>
        <w:t>Certificate in Ind AS</w:t>
      </w:r>
    </w:p>
    <w:p>
      <w:pPr>
        <w:pStyle w:val="ResumeBullet"/>
      </w:pPr>
      <w:r>
        <w:t>Financial Modelling &amp; Valuation</w:t>
      </w:r>
    </w:p>
    <w:p>
      <w:pPr>
        <w:pStyle w:val="SectionHeading"/>
        <w:pBdr>
          <w:bottom w:val="single" w:sz="6" w:space="3" w:color="000000"/>
        </w:pBdr>
      </w:pPr>
      <w:r>
        <w:t>Awards</w:t>
      </w:r>
    </w:p>
    <w:p>
      <w:pPr>
        <w:pStyle w:val="ResumeBullet"/>
      </w:pPr>
      <w:r>
        <w:t>Rank holder, CA Intermediate</w:t>
      </w:r>
    </w:p>
    <w:sectPr w:rsidR="00FC693F" w:rsidRPr="0006063C" w:rsidSect="00034616">
      <w:pgSz w:w="11906" w:h="16838"/>
      <w:pgMar w:top="907" w:right="1020" w:bottom="794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•"/>
      <w:lvlJc w:val="left"/>
      <w:pPr>
        <w:ind w:left="261" w:hanging="227"/>
      </w:pPr>
      <w:rPr>
        <w:rFonts w:ascii="Arial" w:hAnsi="Arial" w:cs="Arial" w:hint="default"/>
        <w:color w:val="000000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•"/>
      <w:lvlJc w:val="left"/>
      <w:pPr>
        <w:ind w:left="261" w:hanging="227"/>
      </w:pPr>
      <w:rPr>
        <w:rFonts w:ascii="Arial" w:hAnsi="Arial" w:cs="Arial" w:hint="default"/>
        <w:color w:val="00000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Calibri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80" w:lineRule="auto"/>
    </w:pPr>
    <w:rPr>
      <w:rFonts w:ascii="Calibri" w:hAnsi="Calibri" w:eastAsia="Calibri" w:cs="Calibri"/>
      <w:color w:val="111111"/>
      <w:sz w:val="22"/>
      <w:szCs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280" w:lineRule="auto"/>
    </w:pPr>
    <w:rPr>
      <w:rFonts w:ascii="Calibri" w:hAnsi="Calibri" w:eastAsia="Calibri" w:cs="Calibri"/>
      <w:b w:val="0"/>
      <w:i w:val="0"/>
      <w:caps w:val="0"/>
      <w:smallCaps w:val="0"/>
      <w:color w:val="111111"/>
      <w:sz w:val="22"/>
      <w:szCs w:val="23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6" w:line="240" w:lineRule="auto"/>
    </w:pPr>
    <w:rPr>
      <w:rFonts w:ascii="Calibri" w:hAnsi="Calibri" w:eastAsia="Calibri" w:cs="Calibri"/>
      <w:b/>
      <w:bCs/>
      <w:i w:val="0"/>
      <w:caps w:val="0"/>
      <w:smallCaps w:val="0"/>
      <w:color w:val="000000"/>
      <w:sz w:val="48"/>
      <w:szCs w:val="48"/>
    </w:rPr>
  </w:style>
  <w:style w:type="paragraph" w:customStyle="1" w:styleId="Role">
    <w:name w:val="Role"/>
    <w:basedOn w:val="Normal"/>
    <w:qFormat/>
    <w:pPr>
      <w:keepNext w:val="0"/>
      <w:widowControl/>
      <w:spacing w:before="0" w:after="70"/>
    </w:pPr>
    <w:rPr>
      <w:rFonts w:ascii="Calibri" w:hAnsi="Calibri" w:eastAsia="Calibri" w:cs="Calibri"/>
      <w:b w:val="0"/>
      <w:i w:val="0"/>
      <w:caps w:val="0"/>
      <w:smallCaps w:val="0"/>
      <w:color w:val="333333"/>
      <w:sz w:val="24"/>
      <w:szCs w:val="24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Calibri" w:hAnsi="Calibri" w:eastAsia="Calibri" w:cs="Calibri"/>
      <w:b w:val="0"/>
      <w:i w:val="0"/>
      <w:caps w:val="0"/>
      <w:smallCaps w:val="0"/>
      <w:color w:val="333333"/>
      <w:sz w:val="21"/>
      <w:szCs w:val="22"/>
    </w:rPr>
  </w:style>
  <w:style w:type="paragraph" w:customStyle="1" w:styleId="SectionHeading">
    <w:name w:val="Section Heading"/>
    <w:basedOn w:val="Normal"/>
    <w:qFormat/>
    <w:pPr>
      <w:keepNext/>
      <w:widowControl/>
      <w:spacing w:before="234" w:after="116"/>
    </w:pPr>
    <w:rPr>
      <w:rFonts w:ascii="Calibri" w:hAnsi="Calibri" w:eastAsia="Calibri" w:cs="Calibri"/>
      <w:b/>
      <w:bCs/>
      <w:i w:val="0"/>
      <w:caps/>
      <w:smallCaps w:val="0"/>
      <w:color w:val="000000"/>
      <w:spacing w:val="20"/>
      <w:sz w:val="24"/>
      <w:szCs w:val="24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80" w:lineRule="auto"/>
    </w:pPr>
    <w:rPr>
      <w:rFonts w:ascii="Calibri" w:hAnsi="Calibri" w:eastAsia="Calibri" w:cs="Calibri"/>
      <w:b w:val="0"/>
      <w:i w:val="0"/>
      <w:caps w:val="0"/>
      <w:smallCaps w:val="0"/>
      <w:color w:val="111111"/>
      <w:sz w:val="22"/>
      <w:szCs w:val="23"/>
    </w:rPr>
  </w:style>
  <w:style w:type="paragraph" w:customStyle="1" w:styleId="EntryTitle">
    <w:name w:val="Entry Title"/>
    <w:basedOn w:val="Normal"/>
    <w:qFormat/>
    <w:pPr>
      <w:keepNext/>
      <w:widowControl/>
      <w:spacing w:before="116" w:after="10"/>
    </w:pPr>
    <w:rPr>
      <w:rFonts w:ascii="Calibri" w:hAnsi="Calibri" w:eastAsia="Calibri" w:cs="Calibri"/>
      <w:b/>
      <w:bCs/>
      <w:i w:val="0"/>
      <w:caps w:val="0"/>
      <w:smallCaps w:val="0"/>
      <w:color w:val="111111"/>
      <w:sz w:val="24"/>
      <w:szCs w:val="24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Calibri" w:hAnsi="Calibri" w:eastAsia="Calibri" w:cs="Calibri"/>
      <w:b w:val="0"/>
      <w:i/>
      <w:caps w:val="0"/>
      <w:smallCaps w:val="0"/>
      <w:color w:val="333333"/>
      <w:sz w:val="22"/>
      <w:szCs w:val="23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8" w:line="280" w:lineRule="auto"/>
      <w:ind w:left="261" w:hanging="227"/>
    </w:pPr>
    <w:rPr>
      <w:rFonts w:ascii="Calibri" w:hAnsi="Calibri" w:eastAsia="Calibri" w:cs="Calibri"/>
      <w:b w:val="0"/>
      <w:i w:val="0"/>
      <w:caps w:val="0"/>
      <w:smallCaps w:val="0"/>
      <w:color w:val="111111"/>
      <w:sz w:val="22"/>
      <w:szCs w:val="23"/>
    </w:rPr>
  </w:style>
  <w:style w:type="paragraph" w:customStyle="1" w:styleId="SideHeading">
    <w:name w:val="Side Heading"/>
    <w:basedOn w:val="Normal"/>
    <w:qFormat/>
    <w:pPr>
      <w:keepNext/>
      <w:widowControl/>
      <w:spacing w:before="234" w:after="116"/>
    </w:pPr>
    <w:rPr>
      <w:rFonts w:ascii="Calibri" w:hAnsi="Calibri" w:eastAsia="Calibri" w:cs="Calibri"/>
      <w:b/>
      <w:bCs/>
      <w:i w:val="0"/>
      <w:caps/>
      <w:smallCaps w:val="0"/>
      <w:color w:val="000000"/>
      <w:spacing w:val="20"/>
      <w:sz w:val="24"/>
      <w:szCs w:val="24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280" w:lineRule="auto"/>
    </w:pPr>
    <w:rPr>
      <w:rFonts w:ascii="Calibri" w:hAnsi="Calibri" w:eastAsia="Calibri" w:cs="Calibri"/>
      <w:b w:val="0"/>
      <w:i w:val="0"/>
      <w:caps w:val="0"/>
      <w:smallCaps w:val="0"/>
      <w:color w:val="111111"/>
      <w:sz w:val="22"/>
      <w:szCs w:val="23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Calibri" w:hAnsi="Calibri" w:eastAsia="Calibri" w:cs="Calibri"/>
      <w:b w:val="0"/>
      <w:i w:val="0"/>
      <w:caps/>
      <w:smallCaps w:val="0"/>
      <w:color w:val="444444"/>
      <w:spacing w:val="20"/>
      <w:sz w:val="21"/>
      <w:szCs w:val="22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28" w:line="280" w:lineRule="auto"/>
      <w:ind w:left="261" w:hanging="227"/>
    </w:pPr>
    <w:rPr>
      <w:rFonts w:ascii="Calibri" w:hAnsi="Calibri" w:eastAsia="Calibri" w:cs="Calibri"/>
      <w:b w:val="0"/>
      <w:i w:val="0"/>
      <w:caps w:val="0"/>
      <w:smallCaps w:val="0"/>
      <w:color w:val="111111"/>
      <w:sz w:val="22"/>
      <w:szCs w:val="23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Clear Corporate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