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jc w:val="center"/>
      </w:pPr>
      <w:r>
        <w:t>Aditi Joshi</w:t>
      </w:r>
    </w:p>
    <w:p>
      <w:pPr>
        <w:pStyle w:val="Role"/>
        <w:jc w:val="center"/>
      </w:pPr>
      <w:r>
        <w:t>Corporate Lawyer</w:t>
      </w:r>
    </w:p>
    <w:p>
      <w:pPr>
        <w:pStyle w:val="Contact"/>
      </w:pPr>
      <w:r>
        <w:t>+91 98190 80910</w:t>
      </w:r>
      <w:r>
        <w:rPr>
          <w:color w:val="A67C2E"/>
        </w:rPr>
        <w:t xml:space="preserve">   •   </w:t>
      </w:r>
      <w:r>
        <w:t>aditi.joshi@email.com</w:t>
      </w:r>
      <w:r>
        <w:rPr>
          <w:color w:val="A67C2E"/>
        </w:rPr>
        <w:t xml:space="preserve">   •   </w:t>
      </w:r>
      <w:r>
        <w:t>Mumbai, India</w:t>
      </w:r>
      <w:r>
        <w:rPr>
          <w:color w:val="A67C2E"/>
        </w:rPr>
        <w:t xml:space="preserve">   •   </w:t>
      </w:r>
      <w:r>
        <w:t>linkedin.com/in/aditijoshi</w:t>
      </w:r>
    </w:p>
    <w:p>
      <w:pPr>
        <w:pStyle w:val="BodyText"/>
        <w:pBdr>
          <w:bottom w:val="single" w:sz="4" w:space="0" w:color="A67C2E"/>
        </w:pBdr>
        <w:spacing w:after="0" w:lineRule="exact" w:line="120"/>
      </w:pPr>
      <w:r/>
    </w:p>
    <w:p>
      <w:pPr>
        <w:pStyle w:val="SectionHeading"/>
        <w:jc w:val="center"/>
      </w:pPr>
      <w:r>
        <w:t>Profile</w:t>
      </w:r>
    </w:p>
    <w:p>
      <w:pPr>
        <w:pStyle w:val="Summary"/>
      </w:pPr>
      <w:r>
        <w:t>Corporate lawyer with 6 years advising on M&amp;A, private equity and commercial contracts. Precise drafter, practical negotiator and trusted by founders and boards to get deals done.</w:t>
      </w:r>
    </w:p>
    <w:p>
      <w:pPr>
        <w:pStyle w:val="SectionHeading"/>
        <w:jc w:val="center"/>
      </w:pPr>
      <w:r>
        <w:t>Experience</w:t>
      </w:r>
    </w:p>
    <w:p>
      <w:pPr>
        <w:pStyle w:val="EntryTitle"/>
        <w:tabs>
          <w:tab w:pos="9411" w:val="right"/>
        </w:tabs>
      </w:pPr>
      <w:r>
        <w:t>Senior Associate</w:t>
      </w:r>
      <w:r>
        <w:tab/>
      </w:r>
      <w:r>
        <w:rPr>
          <w:rFonts w:ascii="Lato" w:hAnsi="Lato" w:eastAsia="Lato" w:cs="Lato"/>
          <w:b w:val="0"/>
          <w:i w:val="0"/>
          <w:color w:val="857A70"/>
          <w:sz w:val="19"/>
          <w:szCs w:val="19"/>
        </w:rPr>
        <w:t>2021 — Present</w:t>
      </w:r>
    </w:p>
    <w:p>
      <w:pPr>
        <w:pStyle w:val="EntryMeta"/>
      </w:pPr>
      <w:r>
        <w:t>Vantage Point Legal, Mumbai</w:t>
      </w:r>
    </w:p>
    <w:p>
      <w:pPr>
        <w:pStyle w:val="ResumeBullet"/>
      </w:pPr>
      <w:r>
        <w:t>Advise on mergers, acquisitions and investments across tech and healthcare.</w:t>
      </w:r>
    </w:p>
    <w:p>
      <w:pPr>
        <w:pStyle w:val="ResumeBullet"/>
      </w:pPr>
      <w:r>
        <w:t>Led due diligence and documentation for 15 transactions.</w:t>
      </w:r>
    </w:p>
    <w:p>
      <w:pPr>
        <w:pStyle w:val="ResumeBullet"/>
      </w:pPr>
      <w:r>
        <w:t>Draft and negotiate shareholder, share purchase and joint-venture agreements.</w:t>
      </w:r>
    </w:p>
    <w:p>
      <w:pPr>
        <w:pStyle w:val="EntryTitle"/>
        <w:tabs>
          <w:tab w:pos="9411" w:val="right"/>
        </w:tabs>
      </w:pPr>
      <w:r>
        <w:t>Associate</w:t>
      </w:r>
      <w:r>
        <w:tab/>
      </w:r>
      <w:r>
        <w:rPr>
          <w:rFonts w:ascii="Lato" w:hAnsi="Lato" w:eastAsia="Lato" w:cs="Lato"/>
          <w:b w:val="0"/>
          <w:i w:val="0"/>
          <w:color w:val="857A70"/>
          <w:sz w:val="19"/>
          <w:szCs w:val="19"/>
        </w:rPr>
        <w:t>2018 — 2021</w:t>
      </w:r>
    </w:p>
    <w:p>
      <w:pPr>
        <w:pStyle w:val="EntryMeta"/>
      </w:pPr>
      <w:r>
        <w:t>Indus Ledger Legal, Mumbai</w:t>
      </w:r>
    </w:p>
    <w:p>
      <w:pPr>
        <w:pStyle w:val="ResumeBullet"/>
      </w:pPr>
      <w:r>
        <w:t>Drafted commercial contracts and handled regulatory filings.</w:t>
      </w:r>
    </w:p>
    <w:p>
      <w:pPr>
        <w:pStyle w:val="ResumeBullet"/>
      </w:pPr>
      <w:r>
        <w:t>Supported startup clients on fundraising and ESOP structuring.</w:t>
      </w:r>
    </w:p>
    <w:p>
      <w:pPr>
        <w:pStyle w:val="SectionHeading"/>
        <w:jc w:val="center"/>
      </w:pPr>
      <w:r>
        <w:t>Education</w:t>
      </w:r>
    </w:p>
    <w:p>
      <w:pPr>
        <w:pStyle w:val="EntryTitle"/>
        <w:tabs>
          <w:tab w:pos="9411" w:val="right"/>
        </w:tabs>
      </w:pPr>
      <w:r>
        <w:t>B.A. LL.B. (Hons.)</w:t>
      </w:r>
      <w:r>
        <w:tab/>
      </w:r>
      <w:r>
        <w:rPr>
          <w:rFonts w:ascii="Lato" w:hAnsi="Lato" w:eastAsia="Lato" w:cs="Lato"/>
          <w:b w:val="0"/>
          <w:i w:val="0"/>
          <w:color w:val="857A70"/>
          <w:sz w:val="19"/>
          <w:szCs w:val="19"/>
        </w:rPr>
        <w:t>2013 — 2018</w:t>
      </w:r>
    </w:p>
    <w:p>
      <w:pPr>
        <w:pStyle w:val="EntryMeta"/>
      </w:pPr>
      <w:r>
        <w:t>Deccan Valley University</w:t>
      </w:r>
      <w:r>
        <w:t xml:space="preserve">   •   Moot court semi-finalist</w:t>
      </w:r>
    </w:p>
    <w:p>
      <w:pPr>
        <w:pStyle w:val="SectionHeading"/>
        <w:jc w:val="center"/>
      </w:pPr>
      <w:r>
        <w:t>Skills</w:t>
      </w:r>
    </w:p>
    <w:p>
      <w:pPr>
        <w:pStyle w:val="BodyText"/>
      </w:pPr>
      <w:r>
        <w:t>M&amp;A</w:t>
      </w:r>
      <w:r>
        <w:rPr>
          <w:color w:val="A67C2E"/>
        </w:rPr>
        <w:t xml:space="preserve">   •   </w:t>
      </w:r>
      <w:r>
        <w:t>Private equity</w:t>
      </w:r>
      <w:r>
        <w:rPr>
          <w:color w:val="A67C2E"/>
        </w:rPr>
        <w:t xml:space="preserve">   •   </w:t>
      </w:r>
      <w:r>
        <w:t>Contract drafting</w:t>
      </w:r>
      <w:r>
        <w:rPr>
          <w:color w:val="A67C2E"/>
        </w:rPr>
        <w:t xml:space="preserve">   •   </w:t>
      </w:r>
      <w:r>
        <w:t>Due diligence</w:t>
      </w:r>
      <w:r>
        <w:rPr>
          <w:color w:val="A67C2E"/>
        </w:rPr>
        <w:t xml:space="preserve">   •   </w:t>
      </w:r>
      <w:r>
        <w:t>Corporate governance</w:t>
      </w:r>
      <w:r>
        <w:rPr>
          <w:color w:val="A67C2E"/>
        </w:rPr>
        <w:t xml:space="preserve">   •   </w:t>
      </w:r>
      <w:r>
        <w:t>Negotiation</w:t>
      </w:r>
    </w:p>
    <w:p>
      <w:pPr>
        <w:pStyle w:val="SectionHeading"/>
        <w:jc w:val="center"/>
      </w:pPr>
      <w:r>
        <w:t>Certifications</w:t>
      </w:r>
    </w:p>
    <w:p>
      <w:pPr>
        <w:pStyle w:val="ResumeBullet"/>
      </w:pPr>
      <w:r>
        <w:t>Enrolled, Bar Council of Maharashtra &amp; Goa</w:t>
      </w:r>
    </w:p>
    <w:p>
      <w:pPr>
        <w:pStyle w:val="SectionHeading"/>
        <w:jc w:val="center"/>
      </w:pPr>
      <w:r>
        <w:t>Languages</w:t>
      </w:r>
    </w:p>
    <w:p>
      <w:pPr>
        <w:pStyle w:val="BodyText"/>
      </w:pPr>
      <w:r>
        <w:t>English</w:t>
      </w:r>
      <w:r>
        <w:rPr>
          <w:color w:val="A67C2E"/>
        </w:rPr>
        <w:t xml:space="preserve">   •   </w:t>
      </w:r>
      <w:r>
        <w:t>Marathi</w:t>
      </w:r>
      <w:r>
        <w:rPr>
          <w:color w:val="A67C2E"/>
        </w:rPr>
        <w:t xml:space="preserve">   •   </w:t>
      </w:r>
      <w:r>
        <w:t>Hindi</w:t>
      </w:r>
    </w:p>
    <w:sectPr w:rsidR="00FC693F" w:rsidRPr="0006063C" w:rsidSect="00034616">
      <w:pgSz w:w="11906" w:h="16838"/>
      <w:pgMar w:top="1247" w:right="1247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295" w:hanging="272"/>
      </w:pPr>
      <w:rPr>
        <w:rFonts w:ascii="Arial" w:hAnsi="Arial" w:cs="Arial" w:hint="default"/>
        <w:color w:val="A67C2E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–"/>
      <w:lvlJc w:val="left"/>
      <w:pPr>
        <w:ind w:left="295" w:hanging="272"/>
      </w:pPr>
      <w:rPr>
        <w:rFonts w:ascii="Arial" w:hAnsi="Arial" w:cs="Arial" w:hint="default"/>
        <w:color w:val="A67C2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ato" w:hAnsi="Lato" w:eastAsia="Lato" w:cs="La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30" w:lineRule="auto"/>
    </w:pPr>
    <w:rPr>
      <w:rFonts w:ascii="Lato" w:hAnsi="Lato" w:eastAsia="Lato" w:cs="Lato"/>
      <w:color w:val="2E2A27"/>
      <w:sz w:val="20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30" w:lineRule="auto"/>
    </w:pPr>
    <w:rPr>
      <w:rFonts w:ascii="Lato" w:hAnsi="Lato" w:eastAsia="Lato" w:cs="Lato"/>
      <w:b w:val="0"/>
      <w:i w:val="0"/>
      <w:caps w:val="0"/>
      <w:smallCaps w:val="0"/>
      <w:color w:val="2E2A27"/>
      <w:sz w:val="20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6" w:line="240" w:lineRule="auto"/>
      <w:jc w:val="center"/>
    </w:pPr>
    <w:rPr>
      <w:rFonts w:ascii="Playfair Display" w:hAnsi="Playfair Display" w:eastAsia="Playfair Display" w:cs="Playfair Display"/>
      <w:b w:val="0"/>
      <w:i w:val="0"/>
      <w:caps w:val="0"/>
      <w:smallCaps w:val="0"/>
      <w:color w:val="1C1917"/>
      <w:sz w:val="80"/>
      <w:szCs w:val="80"/>
    </w:rPr>
  </w:style>
  <w:style w:type="paragraph" w:customStyle="1" w:styleId="Role">
    <w:name w:val="Role"/>
    <w:basedOn w:val="Normal"/>
    <w:qFormat/>
    <w:pPr>
      <w:keepNext w:val="0"/>
      <w:widowControl/>
      <w:spacing w:before="0" w:after="188"/>
      <w:jc w:val="center"/>
    </w:pPr>
    <w:rPr>
      <w:rFonts w:ascii="Lato" w:hAnsi="Lato" w:eastAsia="Lato" w:cs="Lato"/>
      <w:b w:val="0"/>
      <w:i w:val="0"/>
      <w:caps/>
      <w:smallCaps w:val="0"/>
      <w:color w:val="A67C2E"/>
      <w:spacing w:val="80"/>
      <w:sz w:val="18"/>
      <w:szCs w:val="18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  <w:jc w:val="center"/>
    </w:pPr>
    <w:rPr>
      <w:rFonts w:ascii="Lato" w:hAnsi="Lato" w:eastAsia="Lato" w:cs="Lato"/>
      <w:b w:val="0"/>
      <w:i w:val="0"/>
      <w:caps w:val="0"/>
      <w:smallCaps w:val="0"/>
      <w:color w:val="857A70"/>
      <w:sz w:val="18"/>
      <w:szCs w:val="19"/>
    </w:rPr>
  </w:style>
  <w:style w:type="paragraph" w:customStyle="1" w:styleId="SectionHeading">
    <w:name w:val="Section Heading"/>
    <w:basedOn w:val="Normal"/>
    <w:qFormat/>
    <w:pPr>
      <w:keepNext/>
      <w:widowControl/>
      <w:spacing w:before="328" w:after="116"/>
      <w:jc w:val="center"/>
    </w:pPr>
    <w:rPr>
      <w:rFonts w:ascii="Playfair Display" w:hAnsi="Playfair Display" w:eastAsia="Playfair Display" w:cs="Playfair Display"/>
      <w:b w:val="0"/>
      <w:i w:val="0"/>
      <w:caps/>
      <w:smallCaps w:val="0"/>
      <w:color w:val="1C1917"/>
      <w:spacing w:val="80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30" w:lineRule="auto"/>
    </w:pPr>
    <w:rPr>
      <w:rFonts w:ascii="Lato" w:hAnsi="Lato" w:eastAsia="Lato" w:cs="Lato"/>
      <w:b w:val="0"/>
      <w:i w:val="0"/>
      <w:caps w:val="0"/>
      <w:smallCaps w:val="0"/>
      <w:color w:val="2E2A27"/>
      <w:sz w:val="20"/>
      <w:szCs w:val="21"/>
    </w:rPr>
  </w:style>
  <w:style w:type="paragraph" w:customStyle="1" w:styleId="EntryTitle">
    <w:name w:val="Entry Title"/>
    <w:basedOn w:val="Normal"/>
    <w:qFormat/>
    <w:pPr>
      <w:keepNext/>
      <w:widowControl/>
      <w:spacing w:before="116" w:after="10"/>
    </w:pPr>
    <w:rPr>
      <w:rFonts w:ascii="Playfair Display" w:hAnsi="Playfair Display" w:eastAsia="Playfair Display" w:cs="Playfair Display"/>
      <w:b w:val="0"/>
      <w:i w:val="0"/>
      <w:caps w:val="0"/>
      <w:smallCaps w:val="0"/>
      <w:color w:val="2E2A27"/>
      <w:sz w:val="25"/>
      <w:szCs w:val="25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Lato" w:hAnsi="Lato" w:eastAsia="Lato" w:cs="Lato"/>
      <w:b w:val="0"/>
      <w:i/>
      <w:caps w:val="0"/>
      <w:smallCaps w:val="0"/>
      <w:color w:val="A67C2E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8" w:line="330" w:lineRule="auto"/>
      <w:ind w:left="295" w:hanging="272"/>
    </w:pPr>
    <w:rPr>
      <w:rFonts w:ascii="Lato" w:hAnsi="Lato" w:eastAsia="Lato" w:cs="Lato"/>
      <w:b w:val="0"/>
      <w:i w:val="0"/>
      <w:caps w:val="0"/>
      <w:smallCaps w:val="0"/>
      <w:color w:val="2E2A27"/>
      <w:sz w:val="20"/>
      <w:szCs w:val="21"/>
    </w:rPr>
  </w:style>
  <w:style w:type="paragraph" w:customStyle="1" w:styleId="SideHeading">
    <w:name w:val="Side Heading"/>
    <w:basedOn w:val="Normal"/>
    <w:qFormat/>
    <w:pPr>
      <w:keepNext/>
      <w:widowControl/>
      <w:spacing w:before="328" w:after="116"/>
    </w:pPr>
    <w:rPr>
      <w:rFonts w:ascii="Playfair Display" w:hAnsi="Playfair Display" w:eastAsia="Playfair Display" w:cs="Playfair Display"/>
      <w:b w:val="0"/>
      <w:i w:val="0"/>
      <w:caps/>
      <w:smallCaps w:val="0"/>
      <w:color w:val="1C1917"/>
      <w:spacing w:val="80"/>
      <w:sz w:val="24"/>
      <w:szCs w:val="24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30" w:lineRule="auto"/>
    </w:pPr>
    <w:rPr>
      <w:rFonts w:ascii="Lato" w:hAnsi="Lato" w:eastAsia="Lato" w:cs="Lato"/>
      <w:b w:val="0"/>
      <w:i w:val="0"/>
      <w:caps w:val="0"/>
      <w:smallCaps w:val="0"/>
      <w:color w:val="2E2A27"/>
      <w:sz w:val="20"/>
      <w:szCs w:val="21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Lato" w:hAnsi="Lato" w:eastAsia="Lato" w:cs="Lato"/>
      <w:b w:val="0"/>
      <w:i w:val="0"/>
      <w:caps/>
      <w:smallCaps w:val="0"/>
      <w:color w:val="857A70"/>
      <w:spacing w:val="20"/>
      <w:sz w:val="19"/>
      <w:szCs w:val="20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8" w:line="330" w:lineRule="auto"/>
      <w:ind w:left="295" w:hanging="272"/>
    </w:pPr>
    <w:rPr>
      <w:rFonts w:ascii="Lato" w:hAnsi="Lato" w:eastAsia="Lato" w:cs="Lato"/>
      <w:b w:val="0"/>
      <w:i w:val="0"/>
      <w:caps w:val="0"/>
      <w:smallCaps w:val="0"/>
      <w:color w:val="2E2A27"/>
      <w:sz w:val="20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Ivory Serif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