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8164"/>
        <w:gridCol w:w="3742"/>
      </w:tblGrid>
      <w:tr>
        <w:trPr>
          <w:trHeight w:val="16804" w:hRule="atLeast"/>
        </w:trPr>
        <w:tc>
          <w:tcPr>
            <w:tcW w:type="dxa" w:w="8164"/>
            <w:shd w:val="clear" w:color="auto" w:fill="FFFFFF"/>
            <w:tcMar>
              <w:top w:w="1361" w:type="dxa"/>
              <w:left w:w="1020" w:type="dxa"/>
              <w:bottom w:w="794" w:type="dxa"/>
              <w:right w:w="680" w:type="dxa"/>
            </w:tcMar>
          </w:tcPr>
          <w:p>
            <w:pPr>
              <w:pStyle w:val="Name"/>
              <w:spacing w:after="0"/>
            </w:pPr>
            <w:r>
              <w:t>Priya</w:t>
            </w:r>
          </w:p>
          <w:p>
            <w:pPr>
              <w:pStyle w:val="Name"/>
            </w:pPr>
            <w:r>
              <w:rPr>
                <w:b w:val="0"/>
                <w:color w:val="B89466"/>
              </w:rPr>
              <w:t>Nair</w:t>
            </w:r>
          </w:p>
          <w:p>
            <w:pPr>
              <w:pStyle w:val="Role"/>
            </w:pPr>
            <w:r>
              <w:t>HR Business Partner</w:t>
            </w:r>
          </w:p>
          <w:p>
            <w:pPr>
              <w:pStyle w:val="Contact"/>
            </w:pPr>
            <w:r>
              <w:t>+91 94470 55667</w:t>
            </w:r>
            <w:r>
              <w:rPr>
                <w:color w:val="B89466"/>
              </w:rPr>
              <w:t xml:space="preserve">  ·  </w:t>
            </w:r>
            <w:r>
              <w:t>priya.nair@email.com</w:t>
            </w:r>
            <w:r>
              <w:rPr>
                <w:color w:val="B89466"/>
              </w:rPr>
              <w:t xml:space="preserve">  ·  </w:t>
            </w:r>
            <w:r>
              <w:t>Kochi, India</w:t>
            </w:r>
            <w:r>
              <w:rPr>
                <w:color w:val="B89466"/>
              </w:rPr>
              <w:t xml:space="preserve">  ·  </w:t>
            </w:r>
            <w:r>
              <w:t>linkedin.com/in/priyanair</w:t>
            </w:r>
          </w:p>
          <w:p>
            <w:pPr>
              <w:pStyle w:val="SectionHeading"/>
              <w:spacing w:after="20"/>
            </w:pPr>
            <w:r>
              <w:t>Profile</w:t>
            </w:r>
          </w:p>
          <w:p>
            <w:pPr>
              <w:pStyle w:val="SectionHeading"/>
              <w:pBdr>
                <w:bottom w:val="single" w:sz="12" w:space="0" w:color="B89466"/>
              </w:pBdr>
              <w:spacing w:before="0" w:after="130" w:lineRule="exact" w:line="40"/>
              <w:ind w:right="5669"/>
            </w:pPr>
            <w:r/>
          </w:p>
          <w:p>
            <w:pPr>
              <w:pStyle w:val="Summary"/>
            </w:pPr>
            <w:r>
              <w:t>People leader with 9 years in talent acquisition, employee relations and culture building. I help growing teams hire well, grow managers and keep great people.</w:t>
            </w:r>
          </w:p>
          <w:p>
            <w:pPr>
              <w:pStyle w:val="SectionHeading"/>
              <w:spacing w:after="20"/>
            </w:pPr>
            <w:r>
              <w:t>Experience</w:t>
            </w:r>
          </w:p>
          <w:p>
            <w:pPr>
              <w:pStyle w:val="SectionHeading"/>
              <w:pBdr>
                <w:bottom w:val="single" w:sz="12" w:space="0" w:color="B89466"/>
              </w:pBdr>
              <w:spacing w:before="0" w:after="130" w:lineRule="exact" w:line="40"/>
              <w:ind w:right="5669"/>
            </w:pPr>
            <w:r/>
          </w:p>
          <w:p>
            <w:pPr>
              <w:pStyle w:val="EntryTitle"/>
              <w:tabs>
                <w:tab w:pos="6463" w:val="right"/>
              </w:tabs>
            </w:pPr>
            <w:r>
              <w:t>HR Business Partner</w:t>
            </w:r>
            <w:r>
              <w:tab/>
            </w:r>
            <w:r>
              <w:rPr>
                <w:rFonts w:ascii="Josefin Sans" w:hAnsi="Josefin Sans" w:eastAsia="Josefin Sans" w:cs="Josefin Sans"/>
                <w:b w:val="0"/>
                <w:i w:val="0"/>
                <w:color w:val="8C8279"/>
                <w:sz w:val="18"/>
                <w:szCs w:val="18"/>
              </w:rPr>
              <w:t>2020 — Present</w:t>
            </w:r>
          </w:p>
          <w:p>
            <w:pPr>
              <w:pStyle w:val="EntryMeta"/>
            </w:pPr>
            <w:r>
              <w:t>Tidewater Logistics, Kochi</w:t>
            </w:r>
          </w:p>
          <w:p>
            <w:pPr>
              <w:pStyle w:val="ResumeBullet"/>
            </w:pPr>
            <w:r>
              <w:t>Partner with leaders of a 900-person operations organisation.</w:t>
            </w:r>
          </w:p>
          <w:p>
            <w:pPr>
              <w:pStyle w:val="ResumeBullet"/>
            </w:pPr>
            <w:r>
              <w:t>Redesigned onboarding, improving 90-day retention from 71% to 88%.</w:t>
            </w:r>
          </w:p>
          <w:p>
            <w:pPr>
              <w:pStyle w:val="ResumeBullet"/>
            </w:pPr>
            <w:r>
              <w:t>Launched a first-time manager programme for 60 team leads.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Talent Acquisition Lead</w:t>
            </w:r>
            <w:r>
              <w:tab/>
            </w:r>
            <w:r>
              <w:rPr>
                <w:rFonts w:ascii="Josefin Sans" w:hAnsi="Josefin Sans" w:eastAsia="Josefin Sans" w:cs="Josefin Sans"/>
                <w:b w:val="0"/>
                <w:i w:val="0"/>
                <w:color w:val="8C8279"/>
                <w:sz w:val="18"/>
                <w:szCs w:val="18"/>
              </w:rPr>
              <w:t>2017 — 2020</w:t>
            </w:r>
          </w:p>
          <w:p>
            <w:pPr>
              <w:pStyle w:val="EntryMeta"/>
            </w:pPr>
            <w:r>
              <w:t>Brightpath EdTech, Bengaluru</w:t>
            </w:r>
          </w:p>
          <w:p>
            <w:pPr>
              <w:pStyle w:val="ResumeBullet"/>
            </w:pPr>
            <w:r>
              <w:t>Scaled hiring from 80 to 450 employees in three years.</w:t>
            </w:r>
          </w:p>
          <w:p>
            <w:pPr>
              <w:pStyle w:val="ResumeBullet"/>
            </w:pPr>
            <w:r>
              <w:t>Built campus hiring partnerships with 25 colleges.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HR Executive</w:t>
            </w:r>
            <w:r>
              <w:tab/>
            </w:r>
            <w:r>
              <w:rPr>
                <w:rFonts w:ascii="Josefin Sans" w:hAnsi="Josefin Sans" w:eastAsia="Josefin Sans" w:cs="Josefin Sans"/>
                <w:b w:val="0"/>
                <w:i w:val="0"/>
                <w:color w:val="8C8279"/>
                <w:sz w:val="18"/>
                <w:szCs w:val="18"/>
              </w:rPr>
              <w:t>2015 — 2017</w:t>
            </w:r>
          </w:p>
          <w:p>
            <w:pPr>
              <w:pStyle w:val="EntryMeta"/>
            </w:pPr>
            <w:r>
              <w:t>Riverstone Hospitals, Kochi</w:t>
            </w:r>
          </w:p>
          <w:p>
            <w:pPr>
              <w:pStyle w:val="ResumeBullet"/>
            </w:pPr>
            <w:r>
              <w:t>Managed payroll inputs, attendance and statutory compliance for 600 staff.</w:t>
            </w:r>
          </w:p>
          <w:p>
            <w:pPr>
              <w:pStyle w:val="SectionHeading"/>
              <w:spacing w:after="20"/>
            </w:pPr>
            <w:r>
              <w:t>Education</w:t>
            </w:r>
          </w:p>
          <w:p>
            <w:pPr>
              <w:pStyle w:val="SectionHeading"/>
              <w:pBdr>
                <w:bottom w:val="single" w:sz="12" w:space="0" w:color="B89466"/>
              </w:pBdr>
              <w:spacing w:before="0" w:after="130" w:lineRule="exact" w:line="40"/>
              <w:ind w:right="5669"/>
            </w:pPr>
            <w:r/>
          </w:p>
          <w:p>
            <w:pPr>
              <w:pStyle w:val="EntryTitle"/>
              <w:tabs>
                <w:tab w:pos="6463" w:val="right"/>
              </w:tabs>
            </w:pPr>
            <w:r>
              <w:t>MBA, Human Resources</w:t>
            </w:r>
            <w:r>
              <w:tab/>
            </w:r>
            <w:r>
              <w:rPr>
                <w:rFonts w:ascii="Josefin Sans" w:hAnsi="Josefin Sans" w:eastAsia="Josefin Sans" w:cs="Josefin Sans"/>
                <w:b w:val="0"/>
                <w:i w:val="0"/>
                <w:color w:val="8C8279"/>
                <w:sz w:val="18"/>
                <w:szCs w:val="18"/>
              </w:rPr>
              <w:t>2013 — 2015</w:t>
            </w:r>
          </w:p>
          <w:p>
            <w:pPr>
              <w:pStyle w:val="EntryMeta"/>
            </w:pPr>
            <w:r>
              <w:t>Sunrise Institute of Management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B.A., Psychology</w:t>
            </w:r>
            <w:r>
              <w:tab/>
            </w:r>
            <w:r>
              <w:rPr>
                <w:rFonts w:ascii="Josefin Sans" w:hAnsi="Josefin Sans" w:eastAsia="Josefin Sans" w:cs="Josefin Sans"/>
                <w:b w:val="0"/>
                <w:i w:val="0"/>
                <w:color w:val="8C8279"/>
                <w:sz w:val="18"/>
                <w:szCs w:val="18"/>
              </w:rPr>
              <w:t>2010 — 2013</w:t>
            </w:r>
          </w:p>
          <w:p>
            <w:pPr>
              <w:pStyle w:val="EntryMeta"/>
            </w:pPr>
            <w:r>
              <w:t>St. Aldwin's College</w:t>
            </w:r>
          </w:p>
        </w:tc>
        <w:tc>
          <w:tcPr>
            <w:tcW w:type="dxa" w:w="3742"/>
            <w:shd w:val="clear" w:color="auto" w:fill="F3EDE4"/>
            <w:tcMar>
              <w:top w:w="1247" w:type="dxa"/>
              <w:left w:w="567" w:type="dxa"/>
              <w:bottom w:w="794" w:type="dxa"/>
              <w:right w:w="680" w:type="dxa"/>
            </w:tcMar>
          </w:tcPr>
          <w:p>
            <w:pPr>
              <w:pStyle w:val="BodyText"/>
              <w:spacing w:after="12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96000" cy="1296000"/>
                  <wp:docPr id="1" name="Photo" descr="Photo placeholder: right-click &gt; Change Picture to add your photo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ellipse"/>
                          <a:ln w="25400">
                            <a:solidFill>
                              <a:srgbClr val="B89466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SideHeading"/>
              <w:jc w:val="center"/>
            </w:pPr>
            <w:r>
              <w:t>Contact</w:t>
            </w:r>
          </w:p>
          <w:p>
            <w:pPr>
              <w:pStyle w:val="SideLabel"/>
              <w:spacing w:before="60" w:after="0"/>
            </w:pPr>
            <w:r>
              <w:t>Phone</w:t>
            </w:r>
          </w:p>
          <w:p>
            <w:pPr>
              <w:pStyle w:val="SideText"/>
              <w:spacing w:after="0"/>
            </w:pPr>
            <w:r>
              <w:t>+91 94470 55667</w:t>
            </w:r>
          </w:p>
          <w:p>
            <w:pPr>
              <w:pStyle w:val="SideLabel"/>
              <w:spacing w:before="60" w:after="0"/>
            </w:pPr>
            <w:r>
              <w:t>Email</w:t>
            </w:r>
          </w:p>
          <w:p>
            <w:pPr>
              <w:pStyle w:val="SideText"/>
              <w:spacing w:after="0"/>
            </w:pPr>
            <w:r>
              <w:t>priya.nair@email.com</w:t>
            </w:r>
          </w:p>
          <w:p>
            <w:pPr>
              <w:pStyle w:val="SideLabel"/>
              <w:spacing w:before="60" w:after="0"/>
            </w:pPr>
            <w:r>
              <w:t>Location</w:t>
            </w:r>
          </w:p>
          <w:p>
            <w:pPr>
              <w:pStyle w:val="SideText"/>
              <w:spacing w:after="0"/>
            </w:pPr>
            <w:r>
              <w:t>Kochi, India</w:t>
            </w:r>
          </w:p>
          <w:p>
            <w:pPr>
              <w:pStyle w:val="SideLabel"/>
              <w:spacing w:before="60" w:after="0"/>
            </w:pPr>
            <w:r>
              <w:t>Profile</w:t>
            </w:r>
          </w:p>
          <w:p>
            <w:pPr>
              <w:pStyle w:val="SideText"/>
              <w:spacing w:after="0"/>
            </w:pPr>
            <w:r>
              <w:t>linkedin.com/in/priyanair</w:t>
            </w:r>
          </w:p>
          <w:p>
            <w:pPr>
              <w:pStyle w:val="SideHeading"/>
              <w:jc w:val="center"/>
            </w:pPr>
            <w:r>
              <w:t>Skills</w:t>
            </w:r>
          </w:p>
          <w:p>
            <w:pPr>
              <w:pStyle w:val="SideText"/>
              <w:spacing w:after="40"/>
            </w:pPr>
            <w:r>
              <w:t>Talent acquisition</w:t>
            </w:r>
          </w:p>
          <w:p>
            <w:pPr>
              <w:pStyle w:val="SideText"/>
              <w:spacing w:after="40"/>
            </w:pPr>
            <w:r>
              <w:t>Employee relations</w:t>
            </w:r>
          </w:p>
          <w:p>
            <w:pPr>
              <w:pStyle w:val="SideText"/>
              <w:spacing w:after="40"/>
            </w:pPr>
            <w:r>
              <w:t>Performance management</w:t>
            </w:r>
          </w:p>
          <w:p>
            <w:pPr>
              <w:pStyle w:val="SideText"/>
              <w:spacing w:after="40"/>
            </w:pPr>
            <w:r>
              <w:t>Learning &amp; development</w:t>
            </w:r>
          </w:p>
          <w:p>
            <w:pPr>
              <w:pStyle w:val="SideText"/>
              <w:spacing w:after="40"/>
            </w:pPr>
            <w:r>
              <w:t>HR analytics</w:t>
            </w:r>
          </w:p>
          <w:p>
            <w:pPr>
              <w:pStyle w:val="SideText"/>
              <w:spacing w:after="40"/>
            </w:pPr>
            <w:r>
              <w:t>Labour law compliance</w:t>
            </w:r>
          </w:p>
          <w:p>
            <w:pPr>
              <w:pStyle w:val="SideHeading"/>
              <w:jc w:val="center"/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Darwinbox</w:t>
            </w:r>
          </w:p>
          <w:p>
            <w:pPr>
              <w:pStyle w:val="SideText"/>
              <w:spacing w:after="40"/>
            </w:pPr>
            <w:r>
              <w:t>Workday</w:t>
            </w:r>
          </w:p>
          <w:p>
            <w:pPr>
              <w:pStyle w:val="SideText"/>
              <w:spacing w:after="40"/>
            </w:pPr>
            <w:r>
              <w:t>LinkedIn Recruiter</w:t>
            </w:r>
          </w:p>
          <w:p>
            <w:pPr>
              <w:pStyle w:val="SideText"/>
              <w:spacing w:after="40"/>
            </w:pPr>
            <w:r>
              <w:t>Excel</w:t>
            </w:r>
          </w:p>
          <w:p>
            <w:pPr>
              <w:pStyle w:val="SideText"/>
              <w:spacing w:after="40"/>
            </w:pPr>
            <w:r>
              <w:t>Google Workspace</w:t>
            </w:r>
          </w:p>
          <w:p>
            <w:pPr>
              <w:pStyle w:val="SideHeading"/>
              <w:jc w:val="center"/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Malayalam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Heading"/>
              <w:jc w:val="center"/>
            </w:pPr>
            <w:r>
              <w:t>Certifications</w:t>
            </w:r>
          </w:p>
          <w:p>
            <w:pPr>
              <w:pStyle w:val="SideBullet"/>
            </w:pPr>
            <w:r>
              <w:t>SHRM Certified Professional</w:t>
            </w:r>
          </w:p>
          <w:p>
            <w:pPr>
              <w:pStyle w:val="SideBullet"/>
            </w:pPr>
            <w:r>
              <w:t>POSH Trainer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295" w:hanging="272"/>
      </w:pPr>
      <w:rPr>
        <w:rFonts w:ascii="Arial" w:hAnsi="Arial" w:cs="Arial" w:hint="default"/>
        <w:color w:val="B89466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–"/>
      <w:lvlJc w:val="left"/>
      <w:pPr>
        <w:ind w:left="295" w:hanging="272"/>
      </w:pPr>
      <w:rPr>
        <w:rFonts w:ascii="Arial" w:hAnsi="Arial" w:cs="Arial" w:hint="default"/>
        <w:color w:val="B89466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Josefin Sans" w:hAnsi="Josefin Sans" w:eastAsia="Josefin Sans" w:cs="Josefin Sa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11" w:lineRule="auto"/>
    </w:pPr>
    <w:rPr>
      <w:rFonts w:ascii="Josefin Sans" w:hAnsi="Josefin Sans" w:eastAsia="Josefin Sans" w:cs="Josefin Sans"/>
      <w:color w:val="3A3430"/>
      <w:sz w:val="19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11" w:lineRule="auto"/>
    </w:pPr>
    <w:rPr>
      <w:rFonts w:ascii="Josefin Sans" w:hAnsi="Josefin Sans" w:eastAsia="Josefin Sans" w:cs="Josefin Sans"/>
      <w:b w:val="0"/>
      <w:i w:val="0"/>
      <w:caps w:val="0"/>
      <w:smallCaps w:val="0"/>
      <w:color w:val="3A3430"/>
      <w:sz w:val="19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4" w:lineRule="exact" w:line="840"/>
    </w:pPr>
    <w:rPr>
      <w:rFonts w:ascii="Cormorant Garamond" w:hAnsi="Cormorant Garamond" w:eastAsia="Cormorant Garamond" w:cs="Cormorant Garamond"/>
      <w:b w:val="0"/>
      <w:i w:val="0"/>
      <w:caps w:val="0"/>
      <w:smallCaps w:val="0"/>
      <w:color w:val="2B2622"/>
      <w:sz w:val="92"/>
      <w:szCs w:val="92"/>
    </w:rPr>
  </w:style>
  <w:style w:type="paragraph" w:customStyle="1" w:styleId="Role">
    <w:name w:val="Role"/>
    <w:basedOn w:val="Normal"/>
    <w:qFormat/>
    <w:pPr>
      <w:keepNext w:val="0"/>
      <w:widowControl/>
      <w:spacing w:before="0" w:after="176"/>
    </w:pPr>
    <w:rPr>
      <w:rFonts w:ascii="Josefin Sans" w:hAnsi="Josefin Sans" w:eastAsia="Josefin Sans" w:cs="Josefin Sans"/>
      <w:b w:val="0"/>
      <w:i w:val="0"/>
      <w:caps/>
      <w:smallCaps w:val="0"/>
      <w:color w:val="2B2622"/>
      <w:spacing w:val="80"/>
      <w:sz w:val="18"/>
      <w:szCs w:val="18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Josefin Sans" w:hAnsi="Josefin Sans" w:eastAsia="Josefin Sans" w:cs="Josefin Sans"/>
      <w:b w:val="0"/>
      <w:i w:val="0"/>
      <w:caps w:val="0"/>
      <w:smallCaps w:val="0"/>
      <w:color w:val="8C8279"/>
      <w:sz w:val="17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66" w:after="110"/>
    </w:pPr>
    <w:rPr>
      <w:rFonts w:ascii="Cormorant Garamond" w:hAnsi="Cormorant Garamond" w:eastAsia="Cormorant Garamond" w:cs="Cormorant Garamond"/>
      <w:b/>
      <w:bCs/>
      <w:i w:val="0"/>
      <w:caps w:val="0"/>
      <w:smallCaps w:val="0"/>
      <w:color w:val="2B2622"/>
      <w:spacing w:val="10"/>
      <w:sz w:val="29"/>
      <w:szCs w:val="29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11" w:lineRule="auto"/>
    </w:pPr>
    <w:rPr>
      <w:rFonts w:ascii="Josefin Sans" w:hAnsi="Josefin Sans" w:eastAsia="Josefin Sans" w:cs="Josefin Sans"/>
      <w:b w:val="0"/>
      <w:i w:val="0"/>
      <w:caps w:val="0"/>
      <w:smallCaps w:val="0"/>
      <w:color w:val="3A3430"/>
      <w:sz w:val="19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10" w:after="10"/>
    </w:pPr>
    <w:rPr>
      <w:rFonts w:ascii="Cormorant Garamond" w:hAnsi="Cormorant Garamond" w:eastAsia="Cormorant Garamond" w:cs="Cormorant Garamond"/>
      <w:b/>
      <w:bCs/>
      <w:i w:val="0"/>
      <w:caps w:val="0"/>
      <w:smallCaps w:val="0"/>
      <w:color w:val="3A3430"/>
      <w:sz w:val="27"/>
      <w:szCs w:val="27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Josefin Sans" w:hAnsi="Josefin Sans" w:eastAsia="Josefin Sans" w:cs="Josefin Sans"/>
      <w:b w:val="0"/>
      <w:i w:val="0"/>
      <w:caps w:val="0"/>
      <w:smallCaps w:val="0"/>
      <w:color w:val="9B7A4E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6" w:line="311" w:lineRule="auto"/>
      <w:ind w:left="295" w:hanging="272"/>
    </w:pPr>
    <w:rPr>
      <w:rFonts w:ascii="Josefin Sans" w:hAnsi="Josefin Sans" w:eastAsia="Josefin Sans" w:cs="Josefin Sans"/>
      <w:b w:val="0"/>
      <w:i w:val="0"/>
      <w:caps w:val="0"/>
      <w:smallCaps w:val="0"/>
      <w:color w:val="3A3430"/>
      <w:sz w:val="19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266" w:after="110"/>
      <w:jc w:val="center"/>
    </w:pPr>
    <w:rPr>
      <w:rFonts w:ascii="Cormorant Garamond" w:hAnsi="Cormorant Garamond" w:eastAsia="Cormorant Garamond" w:cs="Cormorant Garamond"/>
      <w:b/>
      <w:bCs/>
      <w:i w:val="0"/>
      <w:caps w:val="0"/>
      <w:smallCaps w:val="0"/>
      <w:color w:val="2B2622"/>
      <w:spacing w:val="10"/>
      <w:sz w:val="27"/>
      <w:szCs w:val="27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11" w:lineRule="auto"/>
      <w:jc w:val="center"/>
    </w:pPr>
    <w:rPr>
      <w:rFonts w:ascii="Josefin Sans" w:hAnsi="Josefin Sans" w:eastAsia="Josefin Sans" w:cs="Josefin Sans"/>
      <w:b w:val="0"/>
      <w:i w:val="0"/>
      <w:caps w:val="0"/>
      <w:smallCaps w:val="0"/>
      <w:color w:val="3A3430"/>
      <w:sz w:val="19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  <w:jc w:val="center"/>
    </w:pPr>
    <w:rPr>
      <w:rFonts w:ascii="Josefin Sans" w:hAnsi="Josefin Sans" w:eastAsia="Josefin Sans" w:cs="Josefin Sans"/>
      <w:b w:val="0"/>
      <w:i w:val="0"/>
      <w:caps/>
      <w:smallCaps w:val="0"/>
      <w:color w:val="8C8279"/>
      <w:spacing w:val="20"/>
      <w:sz w:val="18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6" w:line="311" w:lineRule="auto"/>
      <w:ind w:left="295" w:hanging="272"/>
    </w:pPr>
    <w:rPr>
      <w:rFonts w:ascii="Josefin Sans" w:hAnsi="Josefin Sans" w:eastAsia="Josefin Sans" w:cs="Josefin Sans"/>
      <w:b w:val="0"/>
      <w:i w:val="0"/>
      <w:caps w:val="0"/>
      <w:smallCaps w:val="0"/>
      <w:color w:val="3A3430"/>
      <w:sz w:val="19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Maison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