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CF5"/>
  <w:body>
    <w:p>
      <w:pPr>
        <w:pStyle w:val="Name"/>
        <w:jc w:val="center"/>
      </w:pPr>
      <w:r>
        <w:t>Aisha Rahman</w:t>
      </w:r>
    </w:p>
    <w:p>
      <w:pPr>
        <w:pStyle w:val="Role"/>
        <w:jc w:val="center"/>
      </w:pPr>
      <w:r>
        <w:t>Journalism &amp; Media Student</w:t>
      </w:r>
    </w:p>
    <w:p>
      <w:pPr>
        <w:pStyle w:val="Contact"/>
      </w:pPr>
      <w:r>
        <w:t>+91 98260 78901</w:t>
      </w:r>
      <w:r>
        <w:rPr>
          <w:color w:val="7A4E2D"/>
        </w:rPr>
        <w:t xml:space="preserve">  ~  </w:t>
      </w:r>
      <w:r>
        <w:t>aisha.rahman@email.com</w:t>
      </w:r>
      <w:r>
        <w:rPr>
          <w:color w:val="7A4E2D"/>
        </w:rPr>
        <w:t xml:space="preserve">  ~  </w:t>
      </w:r>
      <w:r>
        <w:t>Bhopal, India</w:t>
      </w:r>
      <w:r>
        <w:rPr>
          <w:color w:val="7A4E2D"/>
        </w:rPr>
        <w:t xml:space="preserve">  ~  </w:t>
      </w:r>
      <w:r>
        <w:t>aisharahman.in</w:t>
      </w:r>
    </w:p>
    <w:p>
      <w:pPr>
        <w:pStyle w:val="SectionHeading"/>
        <w:jc w:val="center"/>
      </w:pPr>
      <w:r>
        <w:t>A little about me</w:t>
      </w:r>
    </w:p>
    <w:p>
      <w:pPr>
        <w:pStyle w:val="Summary"/>
      </w:pPr>
      <w:r>
        <w:t>Journalism student who writes, edits and shoots short video. I have reported for the campus paper, run a student podcast and want to start my career in a digital newsroom.</w:t>
      </w:r>
    </w:p>
    <w:p>
      <w:pPr>
        <w:pStyle w:val="SectionHeading"/>
        <w:jc w:val="center"/>
      </w:pPr>
      <w:r>
        <w:t>Education</w:t>
      </w:r>
    </w:p>
    <w:p>
      <w:pPr>
        <w:pStyle w:val="EntryTitle"/>
        <w:tabs>
          <w:tab w:pos="9638" w:val="right"/>
        </w:tabs>
      </w:pPr>
      <w:r>
        <w:t>B.A., Journalism &amp; Mass Communication</w:t>
      </w:r>
      <w:r>
        <w:tab/>
      </w:r>
      <w:r>
        <w:rPr>
          <w:rFonts w:ascii="Lora" w:hAnsi="Lora" w:eastAsia="Lora" w:cs="Lora"/>
          <w:b w:val="0"/>
          <w:i w:val="0"/>
          <w:color w:val="6F6A73"/>
          <w:sz w:val="18"/>
          <w:szCs w:val="18"/>
        </w:rPr>
        <w:t>2023 — 2026</w:t>
      </w:r>
    </w:p>
    <w:p>
      <w:pPr>
        <w:pStyle w:val="EntryMeta"/>
      </w:pPr>
      <w:r>
        <w:t>Ganga Valley University</w:t>
      </w:r>
      <w:r>
        <w:t xml:space="preserve">  ~  CGPA 8.5 / 10</w:t>
      </w:r>
    </w:p>
    <w:p>
      <w:pPr>
        <w:pStyle w:val="EntryTitle"/>
        <w:tabs>
          <w:tab w:pos="9638" w:val="right"/>
        </w:tabs>
      </w:pPr>
      <w:r>
        <w:t>Class XII (MP Board)</w:t>
      </w:r>
      <w:r>
        <w:tab/>
      </w:r>
      <w:r>
        <w:rPr>
          <w:rFonts w:ascii="Lora" w:hAnsi="Lora" w:eastAsia="Lora" w:cs="Lora"/>
          <w:b w:val="0"/>
          <w:i w:val="0"/>
          <w:color w:val="6F6A73"/>
          <w:sz w:val="18"/>
          <w:szCs w:val="18"/>
        </w:rPr>
        <w:t>2023</w:t>
      </w:r>
    </w:p>
    <w:p>
      <w:pPr>
        <w:pStyle w:val="EntryMeta"/>
      </w:pPr>
      <w:r>
        <w:t>Aster Grove School, Bhopal</w:t>
      </w:r>
      <w:r>
        <w:t xml:space="preserve">  ~  92.0%</w:t>
      </w:r>
    </w:p>
    <w:p>
      <w:pPr>
        <w:pStyle w:val="SectionHeading"/>
        <w:jc w:val="center"/>
      </w:pPr>
      <w:r>
        <w:t>Projects</w:t>
      </w:r>
    </w:p>
    <w:p>
      <w:pPr>
        <w:pStyle w:val="EntryTitle"/>
        <w:tabs>
          <w:tab w:pos="9638" w:val="right"/>
        </w:tabs>
      </w:pPr>
      <w:r>
        <w:t>Voices of the Old City — podcast</w:t>
      </w:r>
      <w:r>
        <w:tab/>
      </w:r>
      <w:r>
        <w:rPr>
          <w:rFonts w:ascii="Lora" w:hAnsi="Lora" w:eastAsia="Lora" w:cs="Lora"/>
          <w:b w:val="0"/>
          <w:i w:val="0"/>
          <w:color w:val="6F6A73"/>
          <w:sz w:val="18"/>
          <w:szCs w:val="18"/>
        </w:rPr>
        <w:t>2024 — 2025</w:t>
      </w:r>
    </w:p>
    <w:p>
      <w:pPr>
        <w:pStyle w:val="EntryMeta"/>
      </w:pPr>
      <w:r>
        <w:t>Audio, interviews</w:t>
      </w:r>
    </w:p>
    <w:p>
      <w:pPr>
        <w:pStyle w:val="ResumeBullet"/>
      </w:pPr>
      <w:r>
        <w:t>Produced 12 episodes with local artisans; 6,000 listens.</w:t>
      </w:r>
    </w:p>
    <w:p>
      <w:pPr>
        <w:pStyle w:val="EntryTitle"/>
        <w:tabs>
          <w:tab w:pos="9638" w:val="right"/>
        </w:tabs>
      </w:pPr>
      <w:r>
        <w:t>Campus newspaper</w:t>
      </w:r>
      <w:r>
        <w:tab/>
      </w:r>
      <w:r>
        <w:rPr>
          <w:rFonts w:ascii="Lora" w:hAnsi="Lora" w:eastAsia="Lora" w:cs="Lora"/>
          <w:b w:val="0"/>
          <w:i w:val="0"/>
          <w:color w:val="6F6A73"/>
          <w:sz w:val="18"/>
          <w:szCs w:val="18"/>
        </w:rPr>
        <w:t>2023 — 2025</w:t>
      </w:r>
    </w:p>
    <w:p>
      <w:pPr>
        <w:pStyle w:val="EntryMeta"/>
      </w:pPr>
      <w:r>
        <w:t>Reporting, editing</w:t>
      </w:r>
    </w:p>
    <w:p>
      <w:pPr>
        <w:pStyle w:val="ResumeBullet"/>
      </w:pPr>
      <w:r>
        <w:t>Wrote 40 stories and edited the culture section.</w:t>
      </w:r>
    </w:p>
    <w:p>
      <w:pPr>
        <w:pStyle w:val="SectionHeading"/>
        <w:jc w:val="center"/>
      </w:pPr>
      <w:r>
        <w:t>Internship</w:t>
      </w:r>
    </w:p>
    <w:p>
      <w:pPr>
        <w:pStyle w:val="EntryTitle"/>
        <w:tabs>
          <w:tab w:pos="9638" w:val="right"/>
        </w:tabs>
      </w:pPr>
      <w:r>
        <w:t>Editorial Intern</w:t>
      </w:r>
      <w:r>
        <w:tab/>
      </w:r>
      <w:r>
        <w:rPr>
          <w:rFonts w:ascii="Lora" w:hAnsi="Lora" w:eastAsia="Lora" w:cs="Lora"/>
          <w:b w:val="0"/>
          <w:i w:val="0"/>
          <w:color w:val="6F6A73"/>
          <w:sz w:val="18"/>
          <w:szCs w:val="18"/>
        </w:rPr>
        <w:t>Jun — Jul 2025</w:t>
      </w:r>
    </w:p>
    <w:p>
      <w:pPr>
        <w:pStyle w:val="EntryMeta"/>
      </w:pPr>
      <w:r>
        <w:t>Monsoon Media House, Bhopal</w:t>
      </w:r>
    </w:p>
    <w:p>
      <w:pPr>
        <w:pStyle w:val="ResumeBullet"/>
      </w:pPr>
      <w:r>
        <w:t>Wrote 15 published city stories and two explainer videos.</w:t>
      </w:r>
    </w:p>
    <w:p>
      <w:pPr>
        <w:pStyle w:val="SectionHeading"/>
        <w:jc w:val="center"/>
      </w:pPr>
      <w:r>
        <w:t>Skills</w:t>
      </w:r>
    </w:p>
    <w:p>
      <w:pPr>
        <w:pStyle w:val="BodyText"/>
      </w:pPr>
      <w:r>
        <w:t>Reporting</w:t>
      </w:r>
      <w:r>
        <w:rPr>
          <w:color w:val="7A4E2D"/>
        </w:rPr>
        <w:t xml:space="preserve">  ~  </w:t>
      </w:r>
      <w:r>
        <w:t>Editing</w:t>
      </w:r>
      <w:r>
        <w:rPr>
          <w:color w:val="7A4E2D"/>
        </w:rPr>
        <w:t xml:space="preserve">  ~  </w:t>
      </w:r>
      <w:r>
        <w:t>Video storytelling</w:t>
      </w:r>
      <w:r>
        <w:rPr>
          <w:color w:val="7A4E2D"/>
        </w:rPr>
        <w:t xml:space="preserve">  ~  </w:t>
      </w:r>
      <w:r>
        <w:t>Social media</w:t>
      </w:r>
      <w:r>
        <w:rPr>
          <w:color w:val="7A4E2D"/>
        </w:rPr>
        <w:t xml:space="preserve">  ~  </w:t>
      </w:r>
      <w:r>
        <w:t>Interviewing</w:t>
      </w:r>
    </w:p>
    <w:p>
      <w:pPr>
        <w:pStyle w:val="SectionHeading"/>
        <w:jc w:val="center"/>
      </w:pPr>
      <w:r>
        <w:t>Achievements</w:t>
      </w:r>
    </w:p>
    <w:p>
      <w:pPr>
        <w:pStyle w:val="ResumeBullet"/>
      </w:pPr>
      <w:r>
        <w:t>Best Student Reporter award (2025)</w:t>
      </w:r>
    </w:p>
    <w:p>
      <w:pPr>
        <w:pStyle w:val="SectionHeading"/>
        <w:jc w:val="center"/>
      </w:pPr>
      <w:r>
        <w:t>Languages</w:t>
      </w:r>
    </w:p>
    <w:p>
      <w:pPr>
        <w:pStyle w:val="BodyText"/>
      </w:pPr>
      <w:r>
        <w:t>Hindi</w:t>
      </w:r>
      <w:r>
        <w:rPr>
          <w:color w:val="7A4E2D"/>
        </w:rPr>
        <w:t xml:space="preserve">  ~  </w:t>
      </w:r>
      <w:r>
        <w:t>English</w:t>
      </w:r>
      <w:r>
        <w:rPr>
          <w:color w:val="7A4E2D"/>
        </w:rPr>
        <w:t xml:space="preserve">  ~  </w:t>
      </w:r>
      <w:r>
        <w:t>Urdu</w:t>
      </w:r>
    </w:p>
    <w:sectPr w:rsidR="00FC693F" w:rsidRPr="0006063C" w:rsidSect="00034616">
      <w:pgSz w:w="11906" w:h="16838"/>
      <w:pgMar w:top="1134" w:right="1134" w:bottom="85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~"/>
      <w:lvlJc w:val="left"/>
      <w:pPr>
        <w:ind w:left="261" w:hanging="227"/>
      </w:pPr>
      <w:rPr>
        <w:rFonts w:ascii="Lora" w:hAnsi="Lora" w:cs="Lora" w:hint="default"/>
        <w:color w:val="7A4E2D"/>
      </w:rPr>
    </w:lvl>
  </w:abstractNum>
  <w:abstractNum w:abstractNumId="101">
    <w:multiLevelType w:val="singleLevel"/>
    <w:lvl w:ilvl="0">
      <w:start w:val="1"/>
      <w:numFmt w:val="bullet"/>
      <w:pStyle w:val="SideBullet"/>
      <w:lvlText w:val="~"/>
      <w:lvlJc w:val="left"/>
      <w:pPr>
        <w:ind w:left="261" w:hanging="227"/>
      </w:pPr>
      <w:rPr>
        <w:rFonts w:ascii="Lora" w:hAnsi="Lora" w:cs="Lora" w:hint="default"/>
        <w:color w:val="7A4E2D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ora" w:hAnsi="Lora" w:eastAsia="Lora" w:cs="Lor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00" w:lineRule="auto"/>
    </w:pPr>
    <w:rPr>
      <w:rFonts w:ascii="Lora" w:hAnsi="Lora" w:eastAsia="Lora" w:cs="Lora"/>
      <w:color w:val="2A2A33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00" w:lineRule="auto"/>
    </w:pPr>
    <w:rPr>
      <w:rFonts w:ascii="Lora" w:hAnsi="Lora" w:eastAsia="Lora" w:cs="Lora"/>
      <w:b w:val="0"/>
      <w:i w:val="0"/>
      <w:caps w:val="0"/>
      <w:smallCaps w:val="0"/>
      <w:color w:val="2A2A33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Rule="exact" w:line="880"/>
      <w:jc w:val="center"/>
    </w:pPr>
    <w:rPr>
      <w:rFonts w:ascii="Homemade Apple" w:hAnsi="Homemade Apple" w:eastAsia="Homemade Apple" w:cs="Homemade Apple"/>
      <w:b w:val="0"/>
      <w:i w:val="0"/>
      <w:caps w:val="0"/>
      <w:smallCaps w:val="0"/>
      <w:color w:val="1B2A4A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120"/>
      <w:jc w:val="center"/>
    </w:pPr>
    <w:rPr>
      <w:rFonts w:ascii="Lora" w:hAnsi="Lora" w:eastAsia="Lora" w:cs="Lora"/>
      <w:b w:val="0"/>
      <w:i/>
      <w:caps w:val="0"/>
      <w:smallCaps w:val="0"/>
      <w:color w:val="7A4E2D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  <w:jc w:val="center"/>
    </w:pPr>
    <w:rPr>
      <w:rFonts w:ascii="Lora" w:hAnsi="Lora" w:eastAsia="Lora" w:cs="Lora"/>
      <w:b w:val="0"/>
      <w:i w:val="0"/>
      <w:caps w:val="0"/>
      <w:smallCaps w:val="0"/>
      <w:color w:val="6F6A73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160" w:after="100"/>
      <w:jc w:val="center"/>
    </w:pPr>
    <w:rPr>
      <w:rFonts w:ascii="Dancing Script" w:hAnsi="Dancing Script" w:eastAsia="Dancing Script" w:cs="Dancing Script"/>
      <w:b/>
      <w:bCs/>
      <w:i w:val="0"/>
      <w:caps w:val="0"/>
      <w:smallCaps w:val="0"/>
      <w:color w:val="1B2A4A"/>
      <w:sz w:val="44"/>
      <w:szCs w:val="44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00" w:lineRule="auto"/>
    </w:pPr>
    <w:rPr>
      <w:rFonts w:ascii="Lora" w:hAnsi="Lora" w:eastAsia="Lora" w:cs="Lora"/>
      <w:b w:val="0"/>
      <w:i w:val="0"/>
      <w:caps w:val="0"/>
      <w:smallCaps w:val="0"/>
      <w:color w:val="2A2A33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10"/>
    </w:pPr>
    <w:rPr>
      <w:rFonts w:ascii="Dancing Script" w:hAnsi="Dancing Script" w:eastAsia="Dancing Script" w:cs="Dancing Script"/>
      <w:b/>
      <w:bCs/>
      <w:i w:val="0"/>
      <w:caps w:val="0"/>
      <w:smallCaps w:val="0"/>
      <w:color w:val="2A2A33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Lora" w:hAnsi="Lora" w:eastAsia="Lora" w:cs="Lora"/>
      <w:b w:val="0"/>
      <w:i/>
      <w:caps w:val="0"/>
      <w:smallCaps w:val="0"/>
      <w:color w:val="7A4E2D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4" w:line="300" w:lineRule="auto"/>
      <w:ind w:left="261" w:hanging="227"/>
    </w:pPr>
    <w:rPr>
      <w:rFonts w:ascii="Lora" w:hAnsi="Lora" w:eastAsia="Lora" w:cs="Lora"/>
      <w:b w:val="0"/>
      <w:i w:val="0"/>
      <w:caps w:val="0"/>
      <w:smallCaps w:val="0"/>
      <w:color w:val="2A2A33"/>
      <w:sz w:val="19"/>
      <w:szCs w:val="20"/>
    </w:rPr>
  </w:style>
  <w:style w:type="paragraph" w:customStyle="1" w:styleId="SideHeading">
    <w:name w:val="Side Heading"/>
    <w:basedOn w:val="Normal"/>
    <w:qFormat/>
    <w:pPr>
      <w:keepNext/>
      <w:widowControl/>
      <w:spacing w:before="160" w:after="100"/>
    </w:pPr>
    <w:rPr>
      <w:rFonts w:ascii="Dancing Script" w:hAnsi="Dancing Script" w:eastAsia="Dancing Script" w:cs="Dancing Script"/>
      <w:b/>
      <w:bCs/>
      <w:i w:val="0"/>
      <w:caps w:val="0"/>
      <w:smallCaps w:val="0"/>
      <w:color w:val="1B2A4A"/>
      <w:sz w:val="44"/>
      <w:szCs w:val="44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00" w:lineRule="auto"/>
    </w:pPr>
    <w:rPr>
      <w:rFonts w:ascii="Lora" w:hAnsi="Lora" w:eastAsia="Lora" w:cs="Lora"/>
      <w:b w:val="0"/>
      <w:i w:val="0"/>
      <w:caps w:val="0"/>
      <w:smallCaps w:val="0"/>
      <w:color w:val="2A2A33"/>
      <w:sz w:val="19"/>
      <w:szCs w:val="20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Lora" w:hAnsi="Lora" w:eastAsia="Lora" w:cs="Lora"/>
      <w:b w:val="0"/>
      <w:i w:val="0"/>
      <w:caps/>
      <w:smallCaps w:val="0"/>
      <w:color w:val="6F6A73"/>
      <w:spacing w:val="20"/>
      <w:sz w:val="18"/>
      <w:szCs w:val="19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4" w:line="300" w:lineRule="auto"/>
      <w:ind w:left="261" w:hanging="227"/>
    </w:pPr>
    <w:rPr>
      <w:rFonts w:ascii="Lora" w:hAnsi="Lora" w:eastAsia="Lora" w:cs="Lora"/>
      <w:b w:val="0"/>
      <w:i w:val="0"/>
      <w:caps w:val="0"/>
      <w:smallCaps w:val="0"/>
      <w:color w:val="2A2A33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 &amp; Quill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