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8FF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824"/>
        <w:gridCol w:w="4082"/>
      </w:tblGrid>
      <w:tr>
        <w:trPr>
          <w:trHeight w:val="16804" w:hRule="atLeast"/>
        </w:trPr>
        <w:tc>
          <w:tcPr>
            <w:tcW w:type="dxa" w:w="7824"/>
            <w:shd w:val="clear" w:color="auto" w:fill="F5F8FF"/>
            <w:tcMar>
              <w:top w:w="1020" w:type="dxa"/>
              <w:left w:w="907" w:type="dxa"/>
              <w:bottom w:w="680" w:type="dxa"/>
              <w:right w:w="567" w:type="dxa"/>
            </w:tcMar>
          </w:tcPr>
          <w:p>
            <w:pPr>
              <w:pStyle w:val="Name"/>
            </w:pPr>
            <w:r>
              <w:t>Harsh Gupta</w:t>
            </w:r>
          </w:p>
          <w:p>
            <w:pPr>
              <w:pStyle w:val="Role"/>
            </w:pPr>
            <w:r>
              <w:t>Statistics &amp; Data Science Student</w:t>
            </w:r>
          </w:p>
          <w:p>
            <w:pPr>
              <w:pStyle w:val="Contact"/>
            </w:pPr>
            <w:r>
              <w:t>+91 98930 89012</w:t>
            </w:r>
            <w:r>
              <w:rPr>
                <w:color w:val="E4572E"/>
              </w:rPr>
              <w:t xml:space="preserve">  /  </w:t>
            </w:r>
            <w:r>
              <w:t>harsh.gupta@email.com</w:t>
            </w:r>
          </w:p>
          <w:p>
            <w:pPr>
              <w:pStyle w:val="Contact"/>
            </w:pPr>
            <w:r>
              <w:t>Indore, India</w:t>
            </w:r>
            <w:r>
              <w:rPr>
                <w:color w:val="E4572E"/>
              </w:rPr>
              <w:t xml:space="preserve">  /  </w:t>
            </w:r>
            <w:r>
              <w:t>github.com/harshgupta</w:t>
            </w:r>
          </w:p>
          <w:p>
            <w:pPr>
              <w:pStyle w:val="SectionHeading"/>
              <w:pBdr>
                <w:bottom w:val="wave" w:sz="6" w:space="3" w:color="1D3D8F"/>
              </w:pBdr>
            </w:pPr>
            <w:r>
              <w:t>Profile</w:t>
            </w:r>
          </w:p>
          <w:p>
            <w:pPr>
              <w:pStyle w:val="Summary"/>
            </w:pPr>
            <w:r>
              <w:t>Statistics student who enjoys finding the story in data. Strong in Python, SQL and statistical modelling; looking for a data analyst or junior data scientist role.</w:t>
            </w:r>
          </w:p>
          <w:p>
            <w:pPr>
              <w:pStyle w:val="SectionHeading"/>
              <w:pBdr>
                <w:bottom w:val="wave" w:sz="6" w:space="3" w:color="1D3D8F"/>
              </w:pBdr>
            </w:pPr>
            <w:r>
              <w:t>Projects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Crop-yield forecasting for Madhya Pradesh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5B6B8C"/>
                <w:sz w:val="19"/>
                <w:szCs w:val="19"/>
              </w:rPr>
              <w:t>2025</w:t>
            </w:r>
          </w:p>
          <w:p>
            <w:pPr>
              <w:pStyle w:val="EntryMeta"/>
            </w:pPr>
            <w:r>
              <w:t>Python, scikit-learn</w:t>
            </w:r>
          </w:p>
          <w:p>
            <w:pPr>
              <w:pStyle w:val="ResumeBullet"/>
            </w:pPr>
            <w:r>
              <w:t>Built a model on 15 years of open data with 11% mean error.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Movie recommendation engine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5B6B8C"/>
                <w:sz w:val="19"/>
                <w:szCs w:val="19"/>
              </w:rPr>
              <w:t>2024</w:t>
            </w:r>
          </w:p>
          <w:p>
            <w:pPr>
              <w:pStyle w:val="EntryMeta"/>
            </w:pPr>
            <w:r>
              <w:t>Python, Streamlit</w:t>
            </w:r>
          </w:p>
          <w:p>
            <w:pPr>
              <w:pStyle w:val="ResumeBullet"/>
            </w:pPr>
            <w:r>
              <w:t>Collaborative-filtering demo with 500 active test users.</w:t>
            </w:r>
          </w:p>
          <w:p>
            <w:pPr>
              <w:pStyle w:val="SectionHeading"/>
              <w:pBdr>
                <w:bottom w:val="wave" w:sz="6" w:space="3" w:color="1D3D8F"/>
              </w:pBdr>
            </w:pPr>
            <w:r>
              <w:t>Internship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Data Analyst Intern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5B6B8C"/>
                <w:sz w:val="19"/>
                <w:szCs w:val="19"/>
              </w:rPr>
              <w:t>May — Jul 2025</w:t>
            </w:r>
          </w:p>
          <w:p>
            <w:pPr>
              <w:pStyle w:val="EntryMeta"/>
            </w:pPr>
            <w:r>
              <w:t>Northwind Analytics, Remote</w:t>
            </w:r>
          </w:p>
          <w:p>
            <w:pPr>
              <w:pStyle w:val="ResumeBullet"/>
            </w:pPr>
            <w:r>
              <w:t>Cleaned and analysed 2 lakh rows of sales data; built 3 dashboards.</w:t>
            </w:r>
          </w:p>
          <w:p>
            <w:pPr>
              <w:pStyle w:val="SectionHeading"/>
              <w:pBdr>
                <w:bottom w:val="wave" w:sz="6" w:space="3" w:color="1D3D8F"/>
              </w:pBdr>
            </w:pPr>
            <w:r>
              <w:t>Education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B.Sc., Statistics &amp; Data Science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5B6B8C"/>
                <w:sz w:val="19"/>
                <w:szCs w:val="19"/>
              </w:rPr>
              <w:t>2023 — 2026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/  CGPA 9.0 / 10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Class XII (CBSE)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5B6B8C"/>
                <w:sz w:val="19"/>
                <w:szCs w:val="19"/>
              </w:rPr>
              <w:t>2023</w:t>
            </w:r>
          </w:p>
          <w:p>
            <w:pPr>
              <w:pStyle w:val="EntryMeta"/>
            </w:pPr>
            <w:r>
              <w:t>Aster Grove School, Indore</w:t>
            </w:r>
            <w:r>
              <w:t xml:space="preserve">  /  93.4%</w:t>
            </w:r>
          </w:p>
        </w:tc>
        <w:tc>
          <w:tcPr>
            <w:tcW w:type="dxa" w:w="4082"/>
            <w:shd w:val="clear" w:color="auto" w:fill="E8EFFC"/>
            <w:tcMar>
              <w:top w:w="102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bottom w:val="wave" w:sz="6" w:space="3" w:color="1D3D8F"/>
              </w:pBdr>
              <w:spacing w:before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Python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Text"/>
              <w:spacing w:after="40"/>
            </w:pPr>
            <w:r>
              <w:t>Statistics</w:t>
            </w:r>
          </w:p>
          <w:p>
            <w:pPr>
              <w:pStyle w:val="SideText"/>
              <w:spacing w:after="40"/>
            </w:pPr>
            <w:r>
              <w:t>Machine learning</w:t>
            </w:r>
          </w:p>
          <w:p>
            <w:pPr>
              <w:pStyle w:val="SideText"/>
              <w:spacing w:after="40"/>
            </w:pPr>
            <w:r>
              <w:t>Data visualisation</w:t>
            </w:r>
          </w:p>
          <w:p>
            <w:pPr>
              <w:pStyle w:val="SideHeading"/>
              <w:pBdr>
                <w:bottom w:val="wave" w:sz="6" w:space="3" w:color="1D3D8F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pandas</w:t>
            </w:r>
          </w:p>
          <w:p>
            <w:pPr>
              <w:pStyle w:val="SideText"/>
              <w:spacing w:after="40"/>
            </w:pPr>
            <w:r>
              <w:t>scikit-learn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  <w:pBdr>
                <w:bottom w:val="wave" w:sz="6" w:space="3" w:color="1D3D8F"/>
              </w:pBdr>
            </w:pPr>
            <w:r>
              <w:t>Achievements</w:t>
            </w:r>
          </w:p>
          <w:p>
            <w:pPr>
              <w:pStyle w:val="SideBullet"/>
            </w:pPr>
            <w:r>
              <w:t>Kaggle Expert (notebooks)</w:t>
            </w:r>
          </w:p>
          <w:p>
            <w:pPr>
              <w:pStyle w:val="SideBullet"/>
            </w:pPr>
            <w:r>
              <w:t>University gold medal, 2nd year</w:t>
            </w:r>
          </w:p>
          <w:p>
            <w:pPr>
              <w:pStyle w:val="SideHeading"/>
              <w:pBdr>
                <w:bottom w:val="wave" w:sz="6" w:space="3" w:color="1D3D8F"/>
              </w:pBdr>
            </w:pPr>
            <w:r>
              <w:t>Coursework</w:t>
            </w:r>
          </w:p>
          <w:p>
            <w:pPr>
              <w:pStyle w:val="SideText"/>
              <w:spacing w:after="40"/>
            </w:pPr>
            <w:r>
              <w:t>Probability</w:t>
            </w:r>
          </w:p>
          <w:p>
            <w:pPr>
              <w:pStyle w:val="SideText"/>
              <w:spacing w:after="40"/>
            </w:pPr>
            <w:r>
              <w:t>Regression Analysis</w:t>
            </w:r>
          </w:p>
          <w:p>
            <w:pPr>
              <w:pStyle w:val="SideText"/>
              <w:spacing w:after="40"/>
            </w:pPr>
            <w:r>
              <w:t>Machine Learning</w:t>
            </w:r>
          </w:p>
          <w:p>
            <w:pPr>
              <w:pStyle w:val="SideText"/>
              <w:spacing w:after="40"/>
            </w:pPr>
            <w:r>
              <w:t>Time Series</w:t>
            </w:r>
          </w:p>
          <w:p>
            <w:pPr>
              <w:pStyle w:val="SideHeading"/>
              <w:pBdr>
                <w:bottom w:val="wave" w:sz="6" w:space="3" w:color="1D3D8F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➜"/>
      <w:lvlJc w:val="left"/>
      <w:pPr>
        <w:ind w:left="295" w:hanging="272"/>
      </w:pPr>
      <w:rPr>
        <w:rFonts w:ascii="Segoe UI Symbol" w:hAnsi="Segoe UI Symbol" w:cs="Segoe UI Symbol" w:hint="default"/>
        <w:color w:val="1D3D8F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➜"/>
      <w:lvlJc w:val="left"/>
      <w:pPr>
        <w:ind w:left="295" w:hanging="272"/>
      </w:pPr>
      <w:rPr>
        <w:rFonts w:ascii="Segoe UI Symbol" w:hAnsi="Segoe UI Symbol" w:cs="Segoe UI Symbol" w:hint="default"/>
        <w:color w:val="1D3D8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5" w:lineRule="auto"/>
    </w:pPr>
    <w:rPr>
      <w:rFonts w:ascii="Nunito" w:hAnsi="Nunito" w:eastAsia="Nunito" w:cs="Nunito"/>
      <w:color w:val="22314F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5" w:lineRule="auto"/>
    </w:pPr>
    <w:rPr>
      <w:rFonts w:ascii="Nunito" w:hAnsi="Nunito" w:eastAsia="Nunito" w:cs="Nunito"/>
      <w:b w:val="0"/>
      <w:i w:val="0"/>
      <w:caps w:val="0"/>
      <w:smallCaps w:val="0"/>
      <w:color w:val="22314F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Shadows Into Light" w:hAnsi="Shadows Into Light" w:eastAsia="Shadows Into Light" w:cs="Shadows Into Light"/>
      <w:b/>
      <w:bCs/>
      <w:i w:val="0"/>
      <w:caps w:val="0"/>
      <w:smallCaps w:val="0"/>
      <w:color w:val="1D3D8F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40"/>
    </w:pPr>
    <w:rPr>
      <w:rFonts w:ascii="Nunito" w:hAnsi="Nunito" w:eastAsia="Nunito" w:cs="Nunito"/>
      <w:b/>
      <w:bCs/>
      <w:i w:val="0"/>
      <w:caps w:val="0"/>
      <w:smallCaps w:val="0"/>
      <w:color w:val="E4572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unito" w:hAnsi="Nunito" w:eastAsia="Nunito" w:cs="Nunito"/>
      <w:b w:val="0"/>
      <w:i w:val="0"/>
      <w:caps w:val="0"/>
      <w:smallCaps w:val="0"/>
      <w:color w:val="5B6B8C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116"/>
    </w:pPr>
    <w:rPr>
      <w:rFonts w:ascii="Shadows Into Light" w:hAnsi="Shadows Into Light" w:eastAsia="Shadows Into Light" w:cs="Shadows Into Light"/>
      <w:b/>
      <w:bCs/>
      <w:i w:val="0"/>
      <w:caps w:val="0"/>
      <w:smallCaps w:val="0"/>
      <w:color w:val="1D3D8F"/>
      <w:spacing w:val="6"/>
      <w:sz w:val="41"/>
      <w:szCs w:val="4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5" w:lineRule="auto"/>
    </w:pPr>
    <w:rPr>
      <w:rFonts w:ascii="Nunito" w:hAnsi="Nunito" w:eastAsia="Nunito" w:cs="Nunito"/>
      <w:b w:val="0"/>
      <w:i w:val="0"/>
      <w:caps w:val="0"/>
      <w:smallCaps w:val="0"/>
      <w:color w:val="22314F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Shadows Into Light" w:hAnsi="Shadows Into Light" w:eastAsia="Shadows Into Light" w:cs="Shadows Into Light"/>
      <w:b/>
      <w:bCs/>
      <w:i w:val="0"/>
      <w:caps w:val="0"/>
      <w:smallCaps w:val="0"/>
      <w:color w:val="22314F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E4572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05" w:lineRule="auto"/>
      <w:ind w:left="295" w:hanging="272"/>
    </w:pPr>
    <w:rPr>
      <w:rFonts w:ascii="Nunito" w:hAnsi="Nunito" w:eastAsia="Nunito" w:cs="Nunito"/>
      <w:b w:val="0"/>
      <w:i w:val="0"/>
      <w:caps w:val="0"/>
      <w:smallCaps w:val="0"/>
      <w:color w:val="22314F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34" w:after="116"/>
    </w:pPr>
    <w:rPr>
      <w:rFonts w:ascii="Shadows Into Light" w:hAnsi="Shadows Into Light" w:eastAsia="Shadows Into Light" w:cs="Shadows Into Light"/>
      <w:b/>
      <w:bCs/>
      <w:i w:val="0"/>
      <w:caps w:val="0"/>
      <w:smallCaps w:val="0"/>
      <w:color w:val="1D3D8F"/>
      <w:spacing w:val="6"/>
      <w:sz w:val="41"/>
      <w:szCs w:val="4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5" w:lineRule="auto"/>
    </w:pPr>
    <w:rPr>
      <w:rFonts w:ascii="Nunito" w:hAnsi="Nunito" w:eastAsia="Nunito" w:cs="Nunito"/>
      <w:b w:val="0"/>
      <w:i w:val="0"/>
      <w:caps w:val="0"/>
      <w:smallCaps w:val="0"/>
      <w:color w:val="22314F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Nunito" w:hAnsi="Nunito" w:eastAsia="Nunito" w:cs="Nunito"/>
      <w:b w:val="0"/>
      <w:i w:val="0"/>
      <w:caps/>
      <w:smallCaps w:val="0"/>
      <w:color w:val="5B6B8C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05" w:lineRule="auto"/>
      <w:ind w:left="295" w:hanging="272"/>
    </w:pPr>
    <w:rPr>
      <w:rFonts w:ascii="Nunito" w:hAnsi="Nunito" w:eastAsia="Nunito" w:cs="Nunito"/>
      <w:b w:val="0"/>
      <w:i w:val="0"/>
      <w:caps w:val="0"/>
      <w:smallCaps w:val="0"/>
      <w:color w:val="22314F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Doodle Blue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