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309"/>
        <w:gridCol w:w="7597"/>
      </w:tblGrid>
      <w:tr>
        <w:trPr>
          <w:trHeight w:val="16804" w:hRule="atLeast"/>
        </w:trPr>
        <w:tc>
          <w:tcPr>
            <w:tcW w:type="dxa" w:w="4309"/>
            <w:shd w:val="clear" w:color="auto" w:fill="FCE7EC"/>
            <w:tcMar>
              <w:top w:w="1134" w:type="dxa"/>
              <w:left w:w="794" w:type="dxa"/>
              <w:bottom w:w="680" w:type="dxa"/>
              <w:right w:w="510" w:type="dxa"/>
            </w:tcMar>
          </w:tcPr>
          <w:p>
            <w:pPr>
              <w:pStyle w:val="SideHeading"/>
              <w:spacing w:before="0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+91 98200 11223</w:t>
            </w:r>
          </w:p>
          <w:p>
            <w:pPr>
              <w:pStyle w:val="SideText"/>
              <w:spacing w:after="30"/>
            </w:pPr>
            <w:r>
              <w:t>meera.iyer@email.com</w:t>
            </w:r>
          </w:p>
          <w:p>
            <w:pPr>
              <w:pStyle w:val="SideText"/>
              <w:spacing w:after="30"/>
            </w:pPr>
            <w:r>
              <w:t>Mumbai, India</w:t>
            </w:r>
          </w:p>
          <w:p>
            <w:pPr>
              <w:pStyle w:val="SideText"/>
              <w:spacing w:after="30"/>
            </w:pPr>
            <w:r>
              <w:t>linkedin.com/in/meeraiyer</w:t>
            </w:r>
          </w:p>
          <w:p>
            <w:pPr>
              <w:pStyle w:val="SideText"/>
              <w:spacing w:after="30"/>
            </w:pPr>
            <w:r>
              <w:t>meeraiyer.design</w:t>
            </w:r>
          </w:p>
          <w:p>
            <w:pPr>
              <w:pStyle w:val="SideHeading"/>
            </w:pPr>
            <w:r>
              <w:t>Skills</w:t>
            </w:r>
          </w:p>
          <w:p>
            <w:pPr>
              <w:pStyle w:val="SideText"/>
              <w:tabs>
                <w:tab w:pos="3005" w:val="right"/>
              </w:tabs>
              <w:spacing w:after="40"/>
            </w:pPr>
            <w:r>
              <w:t>Interaction design</w:t>
            </w:r>
            <w:r>
              <w:tab/>
            </w:r>
            <w:r>
              <w:rPr>
                <w:rFonts w:ascii="Arial" w:hAnsi="Arial" w:eastAsia="Arial" w:cs="Arial"/>
                <w:color w:val="B83B5E"/>
                <w:sz w:val="14"/>
                <w:szCs w:val="14"/>
              </w:rPr>
              <w:t>●●●●●</w:t>
            </w:r>
            <w:r>
              <w:rPr>
                <w:rFonts w:ascii="Arial" w:hAnsi="Arial" w:eastAsia="Arial" w:cs="Arial"/>
                <w:color w:val="F2BFCB"/>
                <w:sz w:val="14"/>
                <w:szCs w:val="14"/>
              </w:rPr>
            </w:r>
          </w:p>
          <w:p>
            <w:pPr>
              <w:pStyle w:val="SideText"/>
              <w:tabs>
                <w:tab w:pos="3005" w:val="right"/>
              </w:tabs>
              <w:spacing w:after="40"/>
            </w:pPr>
            <w:r>
              <w:t>Design systems</w:t>
            </w:r>
            <w:r>
              <w:tab/>
            </w:r>
            <w:r>
              <w:rPr>
                <w:rFonts w:ascii="Arial" w:hAnsi="Arial" w:eastAsia="Arial" w:cs="Arial"/>
                <w:color w:val="B83B5E"/>
                <w:sz w:val="14"/>
                <w:szCs w:val="14"/>
              </w:rPr>
              <w:t>●●●</w:t>
            </w:r>
            <w:r>
              <w:rPr>
                <w:rFonts w:ascii="Arial" w:hAnsi="Arial" w:eastAsia="Arial" w:cs="Arial"/>
                <w:color w:val="F2BFCB"/>
                <w:sz w:val="14"/>
                <w:szCs w:val="14"/>
              </w:rPr>
              <w:t>●●</w:t>
            </w:r>
          </w:p>
          <w:p>
            <w:pPr>
              <w:pStyle w:val="SideText"/>
              <w:tabs>
                <w:tab w:pos="3005" w:val="right"/>
              </w:tabs>
              <w:spacing w:after="40"/>
            </w:pPr>
            <w:r>
              <w:t>User research</w:t>
            </w:r>
            <w:r>
              <w:tab/>
            </w:r>
            <w:r>
              <w:rPr>
                <w:rFonts w:ascii="Arial" w:hAnsi="Arial" w:eastAsia="Arial" w:cs="Arial"/>
                <w:color w:val="B83B5E"/>
                <w:sz w:val="14"/>
                <w:szCs w:val="14"/>
              </w:rPr>
              <w:t>●●●●●</w:t>
            </w:r>
            <w:r>
              <w:rPr>
                <w:rFonts w:ascii="Arial" w:hAnsi="Arial" w:eastAsia="Arial" w:cs="Arial"/>
                <w:color w:val="F2BFCB"/>
                <w:sz w:val="14"/>
                <w:szCs w:val="14"/>
              </w:rPr>
            </w:r>
          </w:p>
          <w:p>
            <w:pPr>
              <w:pStyle w:val="SideText"/>
              <w:tabs>
                <w:tab w:pos="3005" w:val="right"/>
              </w:tabs>
              <w:spacing w:after="40"/>
            </w:pPr>
            <w:r>
              <w:t>Prototyping</w:t>
            </w:r>
            <w:r>
              <w:tab/>
            </w:r>
            <w:r>
              <w:rPr>
                <w:rFonts w:ascii="Arial" w:hAnsi="Arial" w:eastAsia="Arial" w:cs="Arial"/>
                <w:color w:val="B83B5E"/>
                <w:sz w:val="14"/>
                <w:szCs w:val="14"/>
              </w:rPr>
              <w:t>●●●●●</w:t>
            </w:r>
            <w:r>
              <w:rPr>
                <w:rFonts w:ascii="Arial" w:hAnsi="Arial" w:eastAsia="Arial" w:cs="Arial"/>
                <w:color w:val="F2BFCB"/>
                <w:sz w:val="14"/>
                <w:szCs w:val="14"/>
              </w:rPr>
            </w:r>
          </w:p>
          <w:p>
            <w:pPr>
              <w:pStyle w:val="SideText"/>
              <w:tabs>
                <w:tab w:pos="3005" w:val="right"/>
              </w:tabs>
              <w:spacing w:after="40"/>
            </w:pPr>
            <w:r>
              <w:t>Visual design</w:t>
            </w:r>
            <w:r>
              <w:tab/>
            </w:r>
            <w:r>
              <w:rPr>
                <w:rFonts w:ascii="Arial" w:hAnsi="Arial" w:eastAsia="Arial" w:cs="Arial"/>
                <w:color w:val="B83B5E"/>
                <w:sz w:val="14"/>
                <w:szCs w:val="14"/>
              </w:rPr>
              <w:t>●●●●</w:t>
            </w:r>
            <w:r>
              <w:rPr>
                <w:rFonts w:ascii="Arial" w:hAnsi="Arial" w:eastAsia="Arial" w:cs="Arial"/>
                <w:color w:val="F2BFCB"/>
                <w:sz w:val="14"/>
                <w:szCs w:val="14"/>
              </w:rPr>
              <w:t>●</w:t>
            </w:r>
          </w:p>
          <w:p>
            <w:pPr>
              <w:pStyle w:val="SideText"/>
              <w:tabs>
                <w:tab w:pos="3005" w:val="right"/>
              </w:tabs>
              <w:spacing w:after="40"/>
            </w:pPr>
            <w:r>
              <w:t>Workshop facilitation</w:t>
            </w:r>
            <w:r>
              <w:tab/>
            </w:r>
            <w:r>
              <w:rPr>
                <w:rFonts w:ascii="Arial" w:hAnsi="Arial" w:eastAsia="Arial" w:cs="Arial"/>
                <w:color w:val="B83B5E"/>
                <w:sz w:val="14"/>
                <w:szCs w:val="14"/>
              </w:rPr>
              <w:t>●●●●</w:t>
            </w:r>
            <w:r>
              <w:rPr>
                <w:rFonts w:ascii="Arial" w:hAnsi="Arial" w:eastAsia="Arial" w:cs="Arial"/>
                <w:color w:val="F2BFCB"/>
                <w:sz w:val="14"/>
                <w:szCs w:val="14"/>
              </w:rPr>
              <w:t>●</w:t>
            </w:r>
          </w:p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Figma</w:t>
            </w:r>
          </w:p>
          <w:p>
            <w:pPr>
              <w:pStyle w:val="SideText"/>
              <w:spacing w:after="40"/>
            </w:pPr>
            <w:r>
              <w:t>Framer</w:t>
            </w:r>
          </w:p>
          <w:p>
            <w:pPr>
              <w:pStyle w:val="SideText"/>
              <w:spacing w:after="40"/>
            </w:pPr>
            <w:r>
              <w:t>Adobe Illustrator</w:t>
            </w:r>
          </w:p>
          <w:p>
            <w:pPr>
              <w:pStyle w:val="SideText"/>
              <w:spacing w:after="40"/>
            </w:pPr>
            <w:r>
              <w:t>Protopie</w:t>
            </w:r>
          </w:p>
          <w:p>
            <w:pPr>
              <w:pStyle w:val="SideText"/>
              <w:spacing w:after="40"/>
            </w:pPr>
            <w:r>
              <w:t>Notion</w:t>
            </w:r>
          </w:p>
          <w:p>
            <w:pPr>
              <w:pStyle w:val="SideText"/>
              <w:spacing w:after="40"/>
            </w:pPr>
            <w:r>
              <w:t>Miro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Tamil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Marathi</w:t>
            </w:r>
          </w:p>
        </w:tc>
        <w:tc>
          <w:tcPr>
            <w:tcW w:type="dxa" w:w="7597"/>
            <w:shd w:val="clear" w:color="auto" w:fill="FFFFFF"/>
            <w:tcMar>
              <w:top w:w="1134" w:type="dxa"/>
              <w:left w:w="567" w:type="dxa"/>
              <w:bottom w:w="680" w:type="dxa"/>
              <w:right w:w="907" w:type="dxa"/>
            </w:tcMar>
          </w:tcPr>
          <w:p>
            <w:pPr>
              <w:pStyle w:val="Name"/>
            </w:pPr>
            <w:r>
              <w:t>Meera Iyer</w:t>
            </w:r>
          </w:p>
          <w:p>
            <w:pPr>
              <w:pStyle w:val="Role"/>
            </w:pPr>
            <w:r>
              <w:t>Product Designer</w:t>
            </w:r>
          </w:p>
          <w:p>
            <w:pPr>
              <w:pStyle w:val="SectionHeading"/>
            </w:pPr>
            <w:r>
              <w:rPr>
                <w:rFonts w:ascii="Caveat" w:hAnsi="Caveat" w:eastAsia="Caveat" w:cs="Caveat"/>
                <w:color w:val="B83B5E"/>
              </w:rPr>
              <w:t>01</w:t>
            </w:r>
            <w:r>
              <w:t xml:space="preserve">   </w:t>
            </w:r>
            <w:r>
              <w:t>Profile</w:t>
            </w:r>
          </w:p>
          <w:p>
            <w:pPr>
              <w:pStyle w:val="Summary"/>
            </w:pPr>
            <w:r>
              <w:t>Product designer who blends research, systems thinking and craft. Seven years shaping fintech and consumer apps from first sketch to shipped pixels, with a soft spot for accessible, joyful interfaces.</w:t>
            </w:r>
          </w:p>
          <w:p>
            <w:pPr>
              <w:pStyle w:val="SectionHeading"/>
            </w:pPr>
            <w:r>
              <w:rPr>
                <w:rFonts w:ascii="Caveat" w:hAnsi="Caveat" w:eastAsia="Caveat" w:cs="Caveat"/>
                <w:color w:val="B83B5E"/>
              </w:rPr>
              <w:t>02</w:t>
            </w:r>
            <w:r>
              <w:t xml:space="preserve">   </w:t>
            </w:r>
            <w:r>
              <w:t>Experience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Lead Product Designer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7E6B72"/>
                <w:sz w:val="20"/>
                <w:szCs w:val="20"/>
              </w:rPr>
              <w:t>2021 — Present</w:t>
            </w:r>
          </w:p>
          <w:p>
            <w:pPr>
              <w:pStyle w:val="EntryMeta"/>
            </w:pPr>
            <w:r>
              <w:t>Lumen &amp; Vale Studio, Mumbai</w:t>
            </w:r>
          </w:p>
          <w:p>
            <w:pPr>
              <w:pStyle w:val="ResumeBullet"/>
            </w:pPr>
            <w:r>
              <w:t>Lead a team of five designers across web and mobile for three client products.</w:t>
            </w:r>
          </w:p>
          <w:p>
            <w:pPr>
              <w:pStyle w:val="ResumeBullet"/>
            </w:pPr>
            <w:r>
              <w:t>Built the studio design system: 140 components, adopted by every new project.</w:t>
            </w:r>
          </w:p>
          <w:p>
            <w:pPr>
              <w:pStyle w:val="ResumeBullet"/>
            </w:pPr>
            <w:r>
              <w:t>Redesigned an onboarding flow that raised completion from 54% to 78%.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Product Designer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7E6B72"/>
                <w:sz w:val="20"/>
                <w:szCs w:val="20"/>
              </w:rPr>
              <w:t>2018 — 2021</w:t>
            </w:r>
          </w:p>
          <w:p>
            <w:pPr>
              <w:pStyle w:val="EntryMeta"/>
            </w:pPr>
            <w:r>
              <w:t>Copperline Finance, Mumbai</w:t>
            </w:r>
          </w:p>
          <w:p>
            <w:pPr>
              <w:pStyle w:val="ResumeBullet"/>
            </w:pPr>
            <w:r>
              <w:t>Designed the savings and goals experience for a personal-finance app.</w:t>
            </w:r>
          </w:p>
          <w:p>
            <w:pPr>
              <w:pStyle w:val="ResumeBullet"/>
            </w:pPr>
            <w:r>
              <w:t>Ran 60+ usability sessions in Hindi, Marathi and English.</w:t>
            </w:r>
          </w:p>
          <w:p>
            <w:pPr>
              <w:pStyle w:val="ResumeBullet"/>
            </w:pPr>
            <w:r>
              <w:t>Shipped dark mode and accessibility fixes that met WCAG AA.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Visual Designer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7E6B72"/>
                <w:sz w:val="20"/>
                <w:szCs w:val="20"/>
              </w:rPr>
              <w:t>2016 — 2018</w:t>
            </w:r>
          </w:p>
          <w:p>
            <w:pPr>
              <w:pStyle w:val="EntryMeta"/>
            </w:pPr>
            <w:r>
              <w:t>Marigold Design Co., Pune</w:t>
            </w:r>
          </w:p>
          <w:p>
            <w:pPr>
              <w:pStyle w:val="ResumeBullet"/>
            </w:pPr>
            <w:r>
              <w:t>Created brand identities and packaging for 20+ small businesses.</w:t>
            </w:r>
          </w:p>
          <w:p>
            <w:pPr>
              <w:pStyle w:val="ResumeBullet"/>
            </w:pPr>
            <w:r>
              <w:t>Art-directed photo shoots and campaign layouts.</w:t>
            </w:r>
          </w:p>
          <w:p>
            <w:pPr>
              <w:pStyle w:val="SectionHeading"/>
            </w:pPr>
            <w:r>
              <w:rPr>
                <w:rFonts w:ascii="Caveat" w:hAnsi="Caveat" w:eastAsia="Caveat" w:cs="Caveat"/>
                <w:color w:val="B83B5E"/>
              </w:rPr>
              <w:t>03</w:t>
            </w:r>
            <w:r>
              <w:t xml:space="preserve">   </w:t>
            </w:r>
            <w:r>
              <w:t>Education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B.Des, Communication Design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7E6B72"/>
                <w:sz w:val="20"/>
                <w:szCs w:val="20"/>
              </w:rPr>
              <w:t>2012 — 2016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·  Graduated with distinction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B83B5E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B83B5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unito" w:hAnsi="Nunito" w:eastAsia="Nunito" w:cs="Nuni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6" w:lineRule="auto"/>
    </w:pPr>
    <w:rPr>
      <w:rFonts w:ascii="Nunito" w:hAnsi="Nunito" w:eastAsia="Nunito" w:cs="Nunito"/>
      <w:color w:val="3D2C33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6" w:lineRule="auto"/>
    </w:pPr>
    <w:rPr>
      <w:rFonts w:ascii="Nunito" w:hAnsi="Nunito" w:eastAsia="Nunito" w:cs="Nunito"/>
      <w:b w:val="0"/>
      <w:i w:val="0"/>
      <w:caps w:val="0"/>
      <w:smallCaps w:val="0"/>
      <w:color w:val="3D2C33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Rule="exact" w:line="960"/>
    </w:pPr>
    <w:rPr>
      <w:rFonts w:ascii="Caveat" w:hAnsi="Caveat" w:eastAsia="Caveat" w:cs="Caveat"/>
      <w:b/>
      <w:bCs/>
      <w:i w:val="0"/>
      <w:caps w:val="0"/>
      <w:smallCaps w:val="0"/>
      <w:color w:val="B83B5E"/>
      <w:sz w:val="104"/>
      <w:szCs w:val="104"/>
    </w:rPr>
  </w:style>
  <w:style w:type="paragraph" w:customStyle="1" w:styleId="Role">
    <w:name w:val="Role"/>
    <w:basedOn w:val="Normal"/>
    <w:qFormat/>
    <w:pPr>
      <w:keepNext w:val="0"/>
      <w:widowControl/>
      <w:spacing w:before="0" w:after="150"/>
    </w:pPr>
    <w:rPr>
      <w:rFonts w:ascii="Nunito" w:hAnsi="Nunito" w:eastAsia="Nunito" w:cs="Nunito"/>
      <w:b/>
      <w:bCs/>
      <w:i w:val="0"/>
      <w:caps w:val="0"/>
      <w:smallCaps w:val="0"/>
      <w:color w:val="3D2C33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Nunito" w:hAnsi="Nunito" w:eastAsia="Nunito" w:cs="Nunito"/>
      <w:b w:val="0"/>
      <w:i w:val="0"/>
      <w:caps w:val="0"/>
      <w:smallCaps w:val="0"/>
      <w:color w:val="7E6B72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50" w:after="124"/>
    </w:pPr>
    <w:rPr>
      <w:rFonts w:ascii="Caveat" w:hAnsi="Caveat" w:eastAsia="Caveat" w:cs="Caveat"/>
      <w:b/>
      <w:bCs/>
      <w:i w:val="0"/>
      <w:caps w:val="0"/>
      <w:smallCaps w:val="0"/>
      <w:color w:val="3D2C33"/>
      <w:sz w:val="49"/>
      <w:szCs w:val="49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6" w:lineRule="auto"/>
    </w:pPr>
    <w:rPr>
      <w:rFonts w:ascii="Nunito" w:hAnsi="Nunito" w:eastAsia="Nunito" w:cs="Nunito"/>
      <w:b w:val="0"/>
      <w:i w:val="0"/>
      <w:caps w:val="0"/>
      <w:smallCaps w:val="0"/>
      <w:color w:val="3D2C33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Caveat" w:hAnsi="Caveat" w:eastAsia="Caveat" w:cs="Caveat"/>
      <w:b/>
      <w:bCs/>
      <w:i w:val="0"/>
      <w:caps w:val="0"/>
      <w:smallCaps w:val="0"/>
      <w:color w:val="3D2C33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Nunito" w:hAnsi="Nunito" w:eastAsia="Nunito" w:cs="Nunito"/>
      <w:b w:val="0"/>
      <w:i w:val="0"/>
      <w:caps w:val="0"/>
      <w:smallCaps w:val="0"/>
      <w:color w:val="B83B5E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26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3D2C33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50" w:after="124"/>
    </w:pPr>
    <w:rPr>
      <w:rFonts w:ascii="Caveat" w:hAnsi="Caveat" w:eastAsia="Caveat" w:cs="Caveat"/>
      <w:b/>
      <w:bCs/>
      <w:i w:val="0"/>
      <w:caps w:val="0"/>
      <w:smallCaps w:val="0"/>
      <w:color w:val="3D2C33"/>
      <w:sz w:val="49"/>
      <w:szCs w:val="49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6" w:lineRule="auto"/>
    </w:pPr>
    <w:rPr>
      <w:rFonts w:ascii="Nunito" w:hAnsi="Nunito" w:eastAsia="Nunito" w:cs="Nunito"/>
      <w:b w:val="0"/>
      <w:i w:val="0"/>
      <w:caps w:val="0"/>
      <w:smallCaps w:val="0"/>
      <w:color w:val="3D2C33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Nunito" w:hAnsi="Nunito" w:eastAsia="Nunito" w:cs="Nunito"/>
      <w:b w:val="0"/>
      <w:i w:val="0"/>
      <w:caps/>
      <w:smallCaps w:val="0"/>
      <w:color w:val="7E6B72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26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3D2C33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Caveat Blush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