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11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647"/>
        <w:gridCol w:w="3764"/>
      </w:tblGrid>
      <w:tr>
        <w:tc>
          <w:tcPr>
            <w:tcW w:type="dxa" w:w="5647"/>
          </w:tcPr>
          <w:p>
            <w:pPr>
              <w:pStyle w:val="Name"/>
            </w:pPr>
            <w:r>
              <w:t>Siddharth Rao</w:t>
            </w:r>
          </w:p>
          <w:p>
            <w:pPr>
              <w:pStyle w:val="Role"/>
            </w:pPr>
            <w:r>
              <w:t>Mechanical Design Engineer</w:t>
            </w:r>
          </w:p>
        </w:tc>
        <w:tc>
          <w:tcPr>
            <w:tcW w:type="dxa" w:w="3764"/>
            <w:vAlign w:val="bottom"/>
          </w:tcPr>
          <w:p>
            <w:pPr>
              <w:pStyle w:val="Contact"/>
              <w:spacing w:after="20"/>
              <w:jc w:val="right"/>
            </w:pPr>
            <w:r>
              <w:t>+91 98410 70809</w:t>
            </w:r>
          </w:p>
          <w:p>
            <w:pPr>
              <w:pStyle w:val="Contact"/>
              <w:spacing w:after="20"/>
              <w:jc w:val="right"/>
            </w:pPr>
            <w:r>
              <w:t>siddharth.rao@email.com</w:t>
            </w:r>
          </w:p>
          <w:p>
            <w:pPr>
              <w:pStyle w:val="Contact"/>
              <w:spacing w:after="20"/>
              <w:jc w:val="right"/>
            </w:pPr>
            <w:r>
              <w:t>Chennai, India</w:t>
            </w:r>
          </w:p>
          <w:p>
            <w:pPr>
              <w:pStyle w:val="Contact"/>
              <w:spacing w:after="20"/>
              <w:jc w:val="right"/>
            </w:pPr>
            <w:r>
              <w:t>linkedin.com/in/siddharthrao</w:t>
            </w:r>
          </w:p>
        </w:tc>
      </w:tr>
    </w:tbl>
    <w:p>
      <w:pPr>
        <w:pStyle w:val="BodyText"/>
        <w:pBdr>
          <w:bottom w:val="single" w:sz="4" w:space="0" w:color="0A0A0A"/>
        </w:pBdr>
        <w:spacing w:after="0" w:lineRule="exact" w:line="120"/>
      </w:pPr>
      <w:r/>
    </w:p>
    <w:p>
      <w:pPr>
        <w:pStyle w:val="SectionHeading"/>
      </w:pPr>
      <w:r>
        <w:t>Profile</w:t>
      </w:r>
    </w:p>
    <w:p>
      <w:pPr>
        <w:pStyle w:val="Summary"/>
      </w:pPr>
      <w:r>
        <w:t>Mechanical design engineer with 5 years in automotive components. I take parts from concept and simulation to tooling and production, with a strong eye for cost and manufacturability.</w:t>
      </w:r>
    </w:p>
    <w:p>
      <w:pPr>
        <w:pStyle w:val="SectionHeading"/>
      </w:pPr>
      <w:r>
        <w:t>Experience</w:t>
      </w:r>
    </w:p>
    <w:p>
      <w:pPr>
        <w:pStyle w:val="EntryTitle"/>
        <w:tabs>
          <w:tab w:pos="9411" w:val="right"/>
        </w:tabs>
        <w:spacing w:after="40"/>
      </w:pPr>
      <w:r>
        <w:t>Design Engineer</w:t>
      </w:r>
      <w:r>
        <w:rPr>
          <w:b w:val="0"/>
          <w:color w:val="0A0A0A"/>
        </w:rPr>
        <w:t xml:space="preserve">  ·  </w:t>
      </w:r>
      <w:r>
        <w:rPr>
          <w:rFonts w:ascii="Archivo" w:hAnsi="Archivo" w:eastAsia="Archivo" w:cs="Archivo"/>
          <w:b w:val="0"/>
          <w:i w:val="0"/>
          <w:color w:val="5C5C5C"/>
          <w:sz w:val="21"/>
          <w:szCs w:val="22"/>
        </w:rPr>
        <w:t>Kestrel Mobility, Chennai</w:t>
      </w:r>
      <w:r>
        <w:tab/>
      </w:r>
      <w:r>
        <w:rPr>
          <w:rFonts w:ascii="Archivo" w:hAnsi="Archivo" w:eastAsia="Archivo" w:cs="Archivo"/>
          <w:b w:val="0"/>
          <w:color w:val="8C8C8C"/>
          <w:sz w:val="21"/>
          <w:szCs w:val="22"/>
        </w:rPr>
        <w:t>2021 — Present</w:t>
      </w:r>
    </w:p>
    <w:p>
      <w:pPr>
        <w:pStyle w:val="ResumeBullet"/>
      </w:pPr>
      <w:r>
        <w:t>Design brake and suspension brackets for two-wheeler platforms.</w:t>
      </w:r>
    </w:p>
    <w:p>
      <w:pPr>
        <w:pStyle w:val="ResumeBullet"/>
      </w:pPr>
      <w:r>
        <w:t>Cut part weight by 14% with topology optimisation while meeting fatigue targets.</w:t>
      </w:r>
    </w:p>
    <w:p>
      <w:pPr>
        <w:pStyle w:val="ResumeBullet"/>
      </w:pPr>
      <w:r>
        <w:t>Work with suppliers on DFM reviews and PPAP submissions.</w:t>
      </w:r>
    </w:p>
    <w:p>
      <w:pPr>
        <w:pStyle w:val="EntryTitle"/>
        <w:tabs>
          <w:tab w:pos="9411" w:val="right"/>
        </w:tabs>
        <w:spacing w:after="40"/>
      </w:pPr>
      <w:r>
        <w:t>Graduate Engineer Trainee</w:t>
      </w:r>
      <w:r>
        <w:rPr>
          <w:b w:val="0"/>
          <w:color w:val="0A0A0A"/>
        </w:rPr>
        <w:t xml:space="preserve">  ·  </w:t>
      </w:r>
      <w:r>
        <w:rPr>
          <w:rFonts w:ascii="Archivo" w:hAnsi="Archivo" w:eastAsia="Archivo" w:cs="Archivo"/>
          <w:b w:val="0"/>
          <w:i w:val="0"/>
          <w:color w:val="5C5C5C"/>
          <w:sz w:val="21"/>
          <w:szCs w:val="22"/>
        </w:rPr>
        <w:t>Kestrel Mobility, Hosur</w:t>
      </w:r>
      <w:r>
        <w:tab/>
      </w:r>
      <w:r>
        <w:rPr>
          <w:rFonts w:ascii="Archivo" w:hAnsi="Archivo" w:eastAsia="Archivo" w:cs="Archivo"/>
          <w:b w:val="0"/>
          <w:color w:val="8C8C8C"/>
          <w:sz w:val="21"/>
          <w:szCs w:val="22"/>
        </w:rPr>
        <w:t>2019 — 2021</w:t>
      </w:r>
    </w:p>
    <w:p>
      <w:pPr>
        <w:pStyle w:val="ResumeBullet"/>
      </w:pPr>
      <w:r>
        <w:t>Supported CAD modelling, drawings and GD&amp;T for 60+ parts.</w:t>
      </w:r>
    </w:p>
    <w:p>
      <w:pPr>
        <w:pStyle w:val="ResumeBullet"/>
      </w:pPr>
      <w:r>
        <w:t>Ran FEA studies for bracket redesigns.</w:t>
      </w:r>
    </w:p>
    <w:p>
      <w:pPr>
        <w:pStyle w:val="SectionHeading"/>
      </w:pPr>
      <w:r>
        <w:t>Education</w:t>
      </w:r>
    </w:p>
    <w:p>
      <w:pPr>
        <w:pStyle w:val="EntryTitle"/>
        <w:tabs>
          <w:tab w:pos="9411" w:val="right"/>
        </w:tabs>
      </w:pPr>
      <w:r>
        <w:t>B.E., Mechanical Engineering</w:t>
      </w:r>
      <w:r>
        <w:tab/>
      </w:r>
      <w:r>
        <w:rPr>
          <w:rFonts w:ascii="Archivo" w:hAnsi="Archivo" w:eastAsia="Archivo" w:cs="Archivo"/>
          <w:b w:val="0"/>
          <w:i w:val="0"/>
          <w:color w:val="8C8C8C"/>
          <w:sz w:val="21"/>
          <w:szCs w:val="22"/>
        </w:rPr>
        <w:t>2015 — 2019</w:t>
      </w:r>
    </w:p>
    <w:p>
      <w:pPr>
        <w:pStyle w:val="EntryMeta"/>
      </w:pPr>
      <w:r>
        <w:t>Northern Institute of Engineering &amp; Technology</w:t>
      </w:r>
      <w:r>
        <w:t xml:space="preserve">   ·   CGPA 8.6 / 10</w:t>
      </w:r>
    </w:p>
    <w:p>
      <w:pPr>
        <w:pStyle w:val="SectionHeading"/>
      </w:pPr>
      <w:r>
        <w:t>Skills</w:t>
      </w:r>
    </w:p>
    <w:p>
      <w:pPr>
        <w:pStyle w:val="BodyText"/>
      </w:pPr>
      <w:r>
        <w:t>3D CAD &amp; drawings</w:t>
      </w:r>
      <w:r>
        <w:rPr>
          <w:color w:val="0A0A0A"/>
        </w:rPr>
        <w:t xml:space="preserve">   ·   </w:t>
      </w:r>
      <w:r>
        <w:t>GD&amp;T</w:t>
      </w:r>
      <w:r>
        <w:rPr>
          <w:color w:val="0A0A0A"/>
        </w:rPr>
        <w:t xml:space="preserve">   ·   </w:t>
      </w:r>
      <w:r>
        <w:t>FEA</w:t>
      </w:r>
      <w:r>
        <w:rPr>
          <w:color w:val="0A0A0A"/>
        </w:rPr>
        <w:t xml:space="preserve">   ·   </w:t>
      </w:r>
      <w:r>
        <w:t>DFM / DFA</w:t>
      </w:r>
      <w:r>
        <w:rPr>
          <w:color w:val="0A0A0A"/>
        </w:rPr>
        <w:t xml:space="preserve">   ·   </w:t>
      </w:r>
      <w:r>
        <w:t>Tolerance stack-up</w:t>
      </w:r>
      <w:r>
        <w:rPr>
          <w:color w:val="0A0A0A"/>
        </w:rPr>
        <w:t xml:space="preserve">   ·   </w:t>
      </w:r>
      <w:r>
        <w:t>Root cause analysis</w:t>
      </w:r>
    </w:p>
    <w:p>
      <w:pPr>
        <w:pStyle w:val="SectionHeading"/>
      </w:pPr>
      <w:r>
        <w:t>Tools</w:t>
      </w:r>
    </w:p>
    <w:p>
      <w:pPr>
        <w:pStyle w:val="BodyText"/>
      </w:pPr>
      <w:r>
        <w:t>SolidWorks</w:t>
      </w:r>
      <w:r>
        <w:rPr>
          <w:color w:val="0A0A0A"/>
        </w:rPr>
        <w:t xml:space="preserve">   ·   </w:t>
      </w:r>
      <w:r>
        <w:t>CATIA</w:t>
      </w:r>
      <w:r>
        <w:rPr>
          <w:color w:val="0A0A0A"/>
        </w:rPr>
        <w:t xml:space="preserve">   ·   </w:t>
      </w:r>
      <w:r>
        <w:t>ANSYS</w:t>
      </w:r>
      <w:r>
        <w:rPr>
          <w:color w:val="0A0A0A"/>
        </w:rPr>
        <w:t xml:space="preserve">   ·   </w:t>
      </w:r>
      <w:r>
        <w:t>Creo</w:t>
      </w:r>
      <w:r>
        <w:rPr>
          <w:color w:val="0A0A0A"/>
        </w:rPr>
        <w:t xml:space="preserve">   ·   </w:t>
      </w:r>
      <w:r>
        <w:t>MATLAB</w:t>
      </w:r>
    </w:p>
    <w:p>
      <w:pPr>
        <w:pStyle w:val="SectionHeading"/>
      </w:pPr>
      <w:r>
        <w:t>Certifications</w:t>
      </w:r>
    </w:p>
    <w:p>
      <w:pPr>
        <w:pStyle w:val="ResumeBullet"/>
      </w:pPr>
      <w:r>
        <w:t>Certified SolidWorks Professional</w:t>
      </w:r>
    </w:p>
    <w:sectPr w:rsidR="00FC693F" w:rsidRPr="0006063C" w:rsidSect="00034616">
      <w:pgSz w:w="11906" w:h="16838"/>
      <w:pgMar w:top="1247" w:right="1247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95" w:hanging="272"/>
      </w:pPr>
      <w:rPr>
        <w:rFonts w:ascii="Arial" w:hAnsi="Arial" w:cs="Arial" w:hint="default"/>
        <w:color w:val="0A0A0A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–"/>
      <w:lvlJc w:val="left"/>
      <w:pPr>
        <w:ind w:left="295" w:hanging="272"/>
      </w:pPr>
      <w:rPr>
        <w:rFonts w:ascii="Arial" w:hAnsi="Arial" w:cs="Arial" w:hint="default"/>
        <w:color w:val="0A0A0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chivo" w:hAnsi="Archivo" w:eastAsia="Archivo" w:cs="Archiv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73" w:lineRule="auto"/>
    </w:pPr>
    <w:rPr>
      <w:rFonts w:ascii="Archivo" w:hAnsi="Archivo" w:eastAsia="Archivo" w:cs="Archivo"/>
      <w:color w:val="1C1C1C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73" w:lineRule="auto"/>
    </w:pPr>
    <w:rPr>
      <w:rFonts w:ascii="Archivo" w:hAnsi="Archivo" w:eastAsia="Archivo" w:cs="Archivo"/>
      <w:b w:val="0"/>
      <w:i w:val="0"/>
      <w:caps w:val="0"/>
      <w:smallCaps w:val="0"/>
      <w:color w:val="1C1C1C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8" w:line="240" w:lineRule="auto"/>
    </w:pPr>
    <w:rPr>
      <w:rFonts w:ascii="Archivo" w:hAnsi="Archivo" w:eastAsia="Archivo" w:cs="Archivo"/>
      <w:b/>
      <w:bCs/>
      <w:i w:val="0"/>
      <w:caps w:val="0"/>
      <w:smallCaps w:val="0"/>
      <w:color w:val="0A0A0A"/>
      <w:spacing w:val="-20"/>
      <w:sz w:val="72"/>
      <w:szCs w:val="72"/>
    </w:rPr>
  </w:style>
  <w:style w:type="paragraph" w:customStyle="1" w:styleId="Role">
    <w:name w:val="Role"/>
    <w:basedOn w:val="Normal"/>
    <w:qFormat/>
    <w:pPr>
      <w:keepNext w:val="0"/>
      <w:widowControl/>
      <w:spacing w:before="0" w:after="0"/>
    </w:pPr>
    <w:rPr>
      <w:rFonts w:ascii="Archivo" w:hAnsi="Archivo" w:eastAsia="Archivo" w:cs="Archivo"/>
      <w:b w:val="0"/>
      <w:i w:val="0"/>
      <w:caps w:val="0"/>
      <w:smallCaps w:val="0"/>
      <w:color w:val="0A0A0A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Archivo" w:hAnsi="Archivo" w:eastAsia="Archivo" w:cs="Archivo"/>
      <w:b w:val="0"/>
      <w:i w:val="0"/>
      <w:caps w:val="0"/>
      <w:smallCaps w:val="0"/>
      <w:color w:val="8C8C8C"/>
      <w:sz w:val="20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458" w:after="144"/>
    </w:pPr>
    <w:rPr>
      <w:rFonts w:ascii="Archivo" w:hAnsi="Archivo" w:eastAsia="Archivo" w:cs="Archivo"/>
      <w:b/>
      <w:bCs/>
      <w:i w:val="0"/>
      <w:caps/>
      <w:smallCaps w:val="0"/>
      <w:color w:val="9A9A9A"/>
      <w:spacing w:val="40"/>
      <w:sz w:val="19"/>
      <w:szCs w:val="19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73" w:lineRule="auto"/>
    </w:pPr>
    <w:rPr>
      <w:rFonts w:ascii="Archivo" w:hAnsi="Archivo" w:eastAsia="Archivo" w:cs="Archivo"/>
      <w:b w:val="0"/>
      <w:i w:val="0"/>
      <w:caps w:val="0"/>
      <w:smallCaps w:val="0"/>
      <w:color w:val="1C1C1C"/>
      <w:sz w:val="22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144" w:after="10"/>
    </w:pPr>
    <w:rPr>
      <w:rFonts w:ascii="Archivo" w:hAnsi="Archivo" w:eastAsia="Archivo" w:cs="Archivo"/>
      <w:b/>
      <w:bCs/>
      <w:i w:val="0"/>
      <w:caps w:val="0"/>
      <w:smallCaps w:val="0"/>
      <w:color w:val="1C1C1C"/>
      <w:sz w:val="25"/>
      <w:szCs w:val="25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Archivo" w:hAnsi="Archivo" w:eastAsia="Archivo" w:cs="Archivo"/>
      <w:b w:val="0"/>
      <w:i w:val="0"/>
      <w:caps w:val="0"/>
      <w:smallCaps w:val="0"/>
      <w:color w:val="5C5C5C"/>
      <w:sz w:val="21"/>
      <w:szCs w:val="22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4" w:line="373" w:lineRule="auto"/>
      <w:ind w:left="295" w:hanging="272"/>
    </w:pPr>
    <w:rPr>
      <w:rFonts w:ascii="Archivo" w:hAnsi="Archivo" w:eastAsia="Archivo" w:cs="Archivo"/>
      <w:b w:val="0"/>
      <w:i w:val="0"/>
      <w:caps w:val="0"/>
      <w:smallCaps w:val="0"/>
      <w:color w:val="1C1C1C"/>
      <w:sz w:val="22"/>
      <w:szCs w:val="22"/>
    </w:rPr>
  </w:style>
  <w:style w:type="paragraph" w:customStyle="1" w:styleId="SideHeading">
    <w:name w:val="Side Heading"/>
    <w:basedOn w:val="Normal"/>
    <w:qFormat/>
    <w:pPr>
      <w:keepNext/>
      <w:widowControl/>
      <w:spacing w:before="458" w:after="144"/>
    </w:pPr>
    <w:rPr>
      <w:rFonts w:ascii="Archivo" w:hAnsi="Archivo" w:eastAsia="Archivo" w:cs="Archivo"/>
      <w:b/>
      <w:bCs/>
      <w:i w:val="0"/>
      <w:caps/>
      <w:smallCaps w:val="0"/>
      <w:color w:val="9A9A9A"/>
      <w:spacing w:val="40"/>
      <w:sz w:val="19"/>
      <w:szCs w:val="19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73" w:lineRule="auto"/>
    </w:pPr>
    <w:rPr>
      <w:rFonts w:ascii="Archivo" w:hAnsi="Archivo" w:eastAsia="Archivo" w:cs="Archivo"/>
      <w:b w:val="0"/>
      <w:i w:val="0"/>
      <w:caps w:val="0"/>
      <w:smallCaps w:val="0"/>
      <w:color w:val="1C1C1C"/>
      <w:sz w:val="22"/>
      <w:szCs w:val="22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Archivo" w:hAnsi="Archivo" w:eastAsia="Archivo" w:cs="Archivo"/>
      <w:b w:val="0"/>
      <w:i w:val="0"/>
      <w:caps/>
      <w:smallCaps w:val="0"/>
      <w:color w:val="8C8C8C"/>
      <w:spacing w:val="20"/>
      <w:sz w:val="21"/>
      <w:szCs w:val="21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4" w:line="373" w:lineRule="auto"/>
      <w:ind w:left="295" w:hanging="272"/>
    </w:pPr>
    <w:rPr>
      <w:rFonts w:ascii="Archivo" w:hAnsi="Archivo" w:eastAsia="Archivo" w:cs="Archivo"/>
      <w:b w:val="0"/>
      <w:i w:val="0"/>
      <w:caps w:val="0"/>
      <w:smallCaps w:val="0"/>
      <w:color w:val="1C1C1C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Helvetica Air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