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jc w:val="center"/>
      </w:pPr>
      <w:r>
        <w:t>Sana Qureshi</w:t>
      </w:r>
    </w:p>
    <w:p>
      <w:pPr>
        <w:pStyle w:val="Role"/>
        <w:jc w:val="center"/>
      </w:pPr>
      <w:r>
        <w:t>High School Teacher — Science</w:t>
      </w:r>
    </w:p>
    <w:p>
      <w:pPr>
        <w:pStyle w:val="Contact"/>
      </w:pPr>
      <w:r>
        <w:t>+91 94150 66778</w:t>
      </w:r>
      <w:r>
        <w:rPr>
          <w:color w:val="C9C1B6"/>
        </w:rPr>
        <w:t xml:space="preserve">   </w:t>
      </w:r>
      <w:r>
        <w:t>sana.qureshi@email.com</w:t>
      </w:r>
      <w:r>
        <w:rPr>
          <w:color w:val="C9C1B6"/>
        </w:rPr>
        <w:t xml:space="preserve">   </w:t>
      </w:r>
      <w:r>
        <w:t>Lucknow, India</w:t>
      </w:r>
      <w:r>
        <w:rPr>
          <w:color w:val="C9C1B6"/>
        </w:rPr>
        <w:t xml:space="preserve">   </w:t>
      </w:r>
      <w:r>
        <w:t>linkedin.com/in/sanaqureshi</w:t>
      </w:r>
    </w:p>
    <w:p>
      <w:pPr>
        <w:pStyle w:val="SectionHeading"/>
        <w:jc w:val="center"/>
      </w:pPr>
      <w:r>
        <w:t>Profile</w:t>
      </w:r>
    </w:p>
    <w:p>
      <w:pPr>
        <w:pStyle w:val="Summary"/>
      </w:pPr>
      <w:r>
        <w:t>Science teacher with 8 years of making physics and chemistry hands-on for Classes 8–12. I design inquiry-based lessons, mentor science-fair teams and use simple tech to help every learner keep up.</w:t>
      </w:r>
    </w:p>
    <w:p>
      <w:pPr>
        <w:pStyle w:val="SectionHeading"/>
        <w:jc w:val="center"/>
      </w:pPr>
      <w:r>
        <w:t>Experience</w:t>
      </w:r>
    </w:p>
    <w:p>
      <w:pPr>
        <w:pStyle w:val="EntryTitle"/>
      </w:pPr>
      <w:r>
        <w:t>Senior Science Teacher</w:t>
      </w:r>
    </w:p>
    <w:p>
      <w:pPr>
        <w:pStyle w:val="EntryMeta"/>
      </w:pPr>
      <w:r>
        <w:t>Aster Grove School, Lucknow</w:t>
      </w:r>
      <w:r>
        <w:rPr>
          <w:color w:val="C9C1B6"/>
        </w:rPr>
        <w:t xml:space="preserve">   </w:t>
      </w:r>
      <w:r>
        <w:rPr>
          <w:i w:val="0"/>
          <w:color w:val="8F877C"/>
        </w:rPr>
        <w:t>2020 — Present</w:t>
      </w:r>
    </w:p>
    <w:p>
      <w:pPr>
        <w:pStyle w:val="ResumeBullet"/>
      </w:pPr>
      <w:r>
        <w:t>Teach physics and chemistry to 180 students across Classes 9–12.</w:t>
      </w:r>
    </w:p>
    <w:p>
      <w:pPr>
        <w:pStyle w:val="ResumeBullet"/>
      </w:pPr>
      <w:r>
        <w:t>Raised the Class 12 physics average from 68% to 81% over three batches.</w:t>
      </w:r>
    </w:p>
    <w:p>
      <w:pPr>
        <w:pStyle w:val="ResumeBullet"/>
      </w:pPr>
      <w:r>
        <w:t>Coach the school science-fair team: two state-level wins.</w:t>
      </w:r>
    </w:p>
    <w:p>
      <w:pPr>
        <w:pStyle w:val="EntryTitle"/>
      </w:pPr>
      <w:r>
        <w:t>Science Teacher</w:t>
      </w:r>
    </w:p>
    <w:p>
      <w:pPr>
        <w:pStyle w:val="EntryMeta"/>
      </w:pPr>
      <w:r>
        <w:t>Brightpath EdTech (Learning Centres), Lucknow</w:t>
      </w:r>
      <w:r>
        <w:rPr>
          <w:color w:val="C9C1B6"/>
        </w:rPr>
        <w:t xml:space="preserve">   </w:t>
      </w:r>
      <w:r>
        <w:rPr>
          <w:i w:val="0"/>
          <w:color w:val="8F877C"/>
        </w:rPr>
        <w:t>2017 — 2020</w:t>
      </w:r>
    </w:p>
    <w:p>
      <w:pPr>
        <w:pStyle w:val="ResumeBullet"/>
      </w:pPr>
      <w:r>
        <w:t>Designed 120 lab-style video lessons in Hindi and English.</w:t>
      </w:r>
    </w:p>
    <w:p>
      <w:pPr>
        <w:pStyle w:val="ResumeBullet"/>
      </w:pPr>
      <w:r>
        <w:t>Led parent workshops on study habits and exam stress.</w:t>
      </w:r>
    </w:p>
    <w:p>
      <w:pPr>
        <w:pStyle w:val="EntryTitle"/>
      </w:pPr>
      <w:r>
        <w:t>Trainee Teacher</w:t>
      </w:r>
    </w:p>
    <w:p>
      <w:pPr>
        <w:pStyle w:val="EntryMeta"/>
      </w:pPr>
      <w:r>
        <w:t>Aster Grove School, Lucknow</w:t>
      </w:r>
      <w:r>
        <w:rPr>
          <w:color w:val="C9C1B6"/>
        </w:rPr>
        <w:t xml:space="preserve">   </w:t>
      </w:r>
      <w:r>
        <w:rPr>
          <w:i w:val="0"/>
          <w:color w:val="8F877C"/>
        </w:rPr>
        <w:t>2016 — 2017</w:t>
      </w:r>
    </w:p>
    <w:p>
      <w:pPr>
        <w:pStyle w:val="ResumeBullet"/>
      </w:pPr>
      <w:r>
        <w:t>Supported lab sessions and remedial classes for Class 8.</w:t>
      </w:r>
    </w:p>
    <w:p>
      <w:pPr>
        <w:pStyle w:val="SectionHeading"/>
        <w:jc w:val="center"/>
      </w:pPr>
      <w:r>
        <w:t>Education</w:t>
      </w:r>
    </w:p>
    <w:p>
      <w:pPr>
        <w:pStyle w:val="EntryTitle"/>
      </w:pPr>
      <w:r>
        <w:t>M.Sc., Physics</w:t>
      </w:r>
    </w:p>
    <w:p>
      <w:pPr>
        <w:pStyle w:val="EntryMeta"/>
      </w:pPr>
      <w:r>
        <w:t>Ganga Valley University</w:t>
      </w:r>
      <w:r>
        <w:rPr>
          <w:color w:val="C9C1B6"/>
        </w:rPr>
        <w:t xml:space="preserve">   </w:t>
      </w:r>
      <w:r>
        <w:rPr>
          <w:i w:val="0"/>
          <w:color w:val="8F877C"/>
        </w:rPr>
        <w:t>2013 — 2015</w:t>
      </w:r>
    </w:p>
    <w:p>
      <w:pPr>
        <w:pStyle w:val="EntryTitle"/>
      </w:pPr>
      <w:r>
        <w:t>B.Ed.</w:t>
      </w:r>
    </w:p>
    <w:p>
      <w:pPr>
        <w:pStyle w:val="EntryMeta"/>
      </w:pPr>
      <w:r>
        <w:t>Ganga Valley University</w:t>
      </w:r>
      <w:r>
        <w:rPr>
          <w:color w:val="C9C1B6"/>
        </w:rPr>
        <w:t xml:space="preserve">   </w:t>
      </w:r>
      <w:r>
        <w:rPr>
          <w:i w:val="0"/>
          <w:color w:val="8F877C"/>
        </w:rPr>
        <w:t>2015 — 2016</w:t>
      </w:r>
    </w:p>
    <w:p>
      <w:pPr>
        <w:pStyle w:val="SectionHeading"/>
        <w:jc w:val="center"/>
      </w:pPr>
      <w:r>
        <w:t>Skills</w:t>
      </w:r>
    </w:p>
    <w:p>
      <w:pPr>
        <w:pStyle w:val="BodyText"/>
      </w:pPr>
      <w:r>
        <w:t>Inquiry-based learning</w:t>
      </w:r>
      <w:r>
        <w:rPr>
          <w:color w:val="A39A8E"/>
        </w:rPr>
        <w:t xml:space="preserve">   </w:t>
      </w:r>
      <w:r>
        <w:t>Lab safety</w:t>
      </w:r>
      <w:r>
        <w:rPr>
          <w:color w:val="A39A8E"/>
        </w:rPr>
        <w:t xml:space="preserve">   </w:t>
      </w:r>
      <w:r>
        <w:t>Curriculum planning</w:t>
      </w:r>
      <w:r>
        <w:rPr>
          <w:color w:val="A39A8E"/>
        </w:rPr>
        <w:t xml:space="preserve">   </w:t>
      </w:r>
      <w:r>
        <w:t>Assessment design</w:t>
      </w:r>
      <w:r>
        <w:rPr>
          <w:color w:val="A39A8E"/>
        </w:rPr>
        <w:t xml:space="preserve">   </w:t>
      </w:r>
      <w:r>
        <w:t>Classroom technology</w:t>
      </w:r>
      <w:r>
        <w:rPr>
          <w:color w:val="A39A8E"/>
        </w:rPr>
        <w:t xml:space="preserve">   </w:t>
      </w:r>
      <w:r>
        <w:t>Student mentoring</w:t>
      </w:r>
    </w:p>
    <w:p>
      <w:pPr>
        <w:pStyle w:val="SectionHeading"/>
        <w:jc w:val="center"/>
      </w:pPr>
      <w:r>
        <w:t>Certifications</w:t>
      </w:r>
    </w:p>
    <w:p>
      <w:pPr>
        <w:pStyle w:val="ResumeBullet"/>
      </w:pPr>
      <w:r>
        <w:t>CTET Qualified</w:t>
      </w:r>
    </w:p>
    <w:p>
      <w:pPr>
        <w:pStyle w:val="ResumeBullet"/>
      </w:pPr>
      <w:r>
        <w:t>Teaching with Technology</w:t>
      </w:r>
    </w:p>
    <w:p>
      <w:pPr>
        <w:pStyle w:val="SectionHeading"/>
        <w:jc w:val="center"/>
      </w:pPr>
      <w:r>
        <w:t>Languages</w:t>
      </w:r>
    </w:p>
    <w:p>
      <w:pPr>
        <w:pStyle w:val="BodyText"/>
      </w:pPr>
      <w:r>
        <w:t>Hindi</w:t>
      </w:r>
      <w:r>
        <w:rPr>
          <w:color w:val="A39A8E"/>
        </w:rPr>
        <w:t xml:space="preserve">   </w:t>
      </w:r>
      <w:r>
        <w:t>English</w:t>
      </w:r>
      <w:r>
        <w:rPr>
          <w:color w:val="A39A8E"/>
        </w:rPr>
        <w:t xml:space="preserve">   </w:t>
      </w:r>
      <w:r>
        <w:t>Urdu</w:t>
      </w:r>
    </w:p>
    <w:sectPr w:rsidR="00FC693F" w:rsidRPr="0006063C" w:rsidSect="00034616">
      <w:pgSz w:w="11906" w:h="16838"/>
      <w:pgMar w:top="1361" w:right="1361" w:bottom="1020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·"/>
      <w:lvlJc w:val="left"/>
      <w:pPr>
        <w:ind w:left="261" w:hanging="227"/>
      </w:pPr>
      <w:rPr>
        <w:rFonts w:ascii="Arial" w:hAnsi="Arial" w:cs="Arial" w:hint="default"/>
        <w:color w:val="A39A8E"/>
        <w:sz w:val="24"/>
        <w:szCs w:val="24"/>
      </w:rPr>
    </w:lvl>
  </w:abstractNum>
  <w:abstractNum w:abstractNumId="101">
    <w:multiLevelType w:val="singleLevel"/>
    <w:lvl w:ilvl="0">
      <w:start w:val="1"/>
      <w:numFmt w:val="bullet"/>
      <w:pStyle w:val="SideBullet"/>
      <w:lvlText w:val="·"/>
      <w:lvlJc w:val="left"/>
      <w:pPr>
        <w:ind w:left="261" w:hanging="227"/>
      </w:pPr>
      <w:rPr>
        <w:rFonts w:ascii="Arial" w:hAnsi="Arial" w:cs="Arial" w:hint="default"/>
        <w:color w:val="A39A8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unito" w:hAnsi="Nunito" w:eastAsia="Nunito" w:cs="Nuni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8" w:lineRule="auto"/>
    </w:pPr>
    <w:rPr>
      <w:rFonts w:ascii="Nunito" w:hAnsi="Nunito" w:eastAsia="Nunito" w:cs="Nunito"/>
      <w:color w:val="3D3A36"/>
      <w:sz w:val="17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8" w:lineRule="auto"/>
    </w:pPr>
    <w:rPr>
      <w:rFonts w:ascii="Nunito" w:hAnsi="Nunito" w:eastAsia="Nunito" w:cs="Nunito"/>
      <w:b w:val="0"/>
      <w:i w:val="0"/>
      <w:caps w:val="0"/>
      <w:smallCaps w:val="0"/>
      <w:color w:val="3D3A36"/>
      <w:sz w:val="17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34" w:line="240" w:lineRule="auto"/>
      <w:jc w:val="center"/>
    </w:pPr>
    <w:rPr>
      <w:rFonts w:ascii="Nunito" w:hAnsi="Nunito" w:eastAsia="Nunito" w:cs="Nunito"/>
      <w:b w:val="0"/>
      <w:i w:val="0"/>
      <w:caps w:val="0"/>
      <w:smallCaps w:val="0"/>
      <w:color w:val="3D3A36"/>
      <w:spacing w:val="40"/>
      <w:sz w:val="56"/>
      <w:szCs w:val="56"/>
    </w:rPr>
  </w:style>
  <w:style w:type="paragraph" w:customStyle="1" w:styleId="Role">
    <w:name w:val="Role"/>
    <w:basedOn w:val="Normal"/>
    <w:qFormat/>
    <w:pPr>
      <w:keepNext w:val="0"/>
      <w:widowControl/>
      <w:spacing w:before="0" w:after="102"/>
      <w:jc w:val="center"/>
    </w:pPr>
    <w:rPr>
      <w:rFonts w:ascii="Nunito" w:hAnsi="Nunito" w:eastAsia="Nunito" w:cs="Nunito"/>
      <w:b w:val="0"/>
      <w:i w:val="0"/>
      <w:caps/>
      <w:smallCaps w:val="0"/>
      <w:color w:val="A39A8E"/>
      <w:spacing w:val="60"/>
      <w:sz w:val="18"/>
      <w:szCs w:val="1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  <w:jc w:val="center"/>
    </w:pPr>
    <w:rPr>
      <w:rFonts w:ascii="Nunito" w:hAnsi="Nunito" w:eastAsia="Nunito" w:cs="Nunito"/>
      <w:b w:val="0"/>
      <w:i w:val="0"/>
      <w:caps w:val="0"/>
      <w:smallCaps w:val="0"/>
      <w:color w:val="8F877C"/>
      <w:sz w:val="15"/>
      <w:szCs w:val="16"/>
    </w:rPr>
  </w:style>
  <w:style w:type="paragraph" w:customStyle="1" w:styleId="SectionHeading">
    <w:name w:val="Section Heading"/>
    <w:basedOn w:val="Normal"/>
    <w:qFormat/>
    <w:pPr>
      <w:keepNext/>
      <w:widowControl/>
      <w:spacing w:before="272" w:after="84"/>
      <w:jc w:val="center"/>
    </w:pPr>
    <w:rPr>
      <w:rFonts w:ascii="Nunito" w:hAnsi="Nunito" w:eastAsia="Nunito" w:cs="Nunito"/>
      <w:b/>
      <w:bCs/>
      <w:i w:val="0"/>
      <w:caps/>
      <w:smallCaps w:val="0"/>
      <w:color w:val="A39A8E"/>
      <w:spacing w:val="80"/>
      <w:sz w:val="16"/>
      <w:szCs w:val="16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8" w:lineRule="auto"/>
    </w:pPr>
    <w:rPr>
      <w:rFonts w:ascii="Nunito" w:hAnsi="Nunito" w:eastAsia="Nunito" w:cs="Nunito"/>
      <w:b w:val="0"/>
      <w:i w:val="0"/>
      <w:caps w:val="0"/>
      <w:smallCaps w:val="0"/>
      <w:color w:val="3D3A36"/>
      <w:sz w:val="17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84" w:after="10"/>
    </w:pPr>
    <w:rPr>
      <w:rFonts w:ascii="Nunito" w:hAnsi="Nunito" w:eastAsia="Nunito" w:cs="Nunito"/>
      <w:b/>
      <w:bCs/>
      <w:i w:val="0"/>
      <w:caps w:val="0"/>
      <w:smallCaps w:val="0"/>
      <w:color w:val="3D3A36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Nunito" w:hAnsi="Nunito" w:eastAsia="Nunito" w:cs="Nunito"/>
      <w:b w:val="0"/>
      <w:i w:val="0"/>
      <w:caps w:val="0"/>
      <w:smallCaps w:val="0"/>
      <w:color w:val="8F877C"/>
      <w:sz w:val="16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318" w:lineRule="auto"/>
      <w:ind w:left="261" w:hanging="227"/>
    </w:pPr>
    <w:rPr>
      <w:rFonts w:ascii="Nunito" w:hAnsi="Nunito" w:eastAsia="Nunito" w:cs="Nunito"/>
      <w:b w:val="0"/>
      <w:i w:val="0"/>
      <w:caps w:val="0"/>
      <w:smallCaps w:val="0"/>
      <w:color w:val="3D3A36"/>
      <w:sz w:val="17"/>
      <w:szCs w:val="18"/>
    </w:rPr>
  </w:style>
  <w:style w:type="paragraph" w:customStyle="1" w:styleId="SideHeading">
    <w:name w:val="Side Heading"/>
    <w:basedOn w:val="Normal"/>
    <w:qFormat/>
    <w:pPr>
      <w:keepNext/>
      <w:widowControl/>
      <w:spacing w:before="272" w:after="84"/>
    </w:pPr>
    <w:rPr>
      <w:rFonts w:ascii="Nunito" w:hAnsi="Nunito" w:eastAsia="Nunito" w:cs="Nunito"/>
      <w:b/>
      <w:bCs/>
      <w:i w:val="0"/>
      <w:caps/>
      <w:smallCaps w:val="0"/>
      <w:color w:val="A39A8E"/>
      <w:spacing w:val="80"/>
      <w:sz w:val="16"/>
      <w:szCs w:val="16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8" w:lineRule="auto"/>
    </w:pPr>
    <w:rPr>
      <w:rFonts w:ascii="Nunito" w:hAnsi="Nunito" w:eastAsia="Nunito" w:cs="Nunito"/>
      <w:b w:val="0"/>
      <w:i w:val="0"/>
      <w:caps w:val="0"/>
      <w:smallCaps w:val="0"/>
      <w:color w:val="3D3A36"/>
      <w:sz w:val="17"/>
      <w:szCs w:val="18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Nunito" w:hAnsi="Nunito" w:eastAsia="Nunito" w:cs="Nunito"/>
      <w:b w:val="0"/>
      <w:i w:val="0"/>
      <w:caps/>
      <w:smallCaps w:val="0"/>
      <w:color w:val="8F877C"/>
      <w:spacing w:val="20"/>
      <w:sz w:val="16"/>
      <w:szCs w:val="17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0" w:line="318" w:lineRule="auto"/>
      <w:ind w:left="261" w:hanging="227"/>
    </w:pPr>
    <w:rPr>
      <w:rFonts w:ascii="Nunito" w:hAnsi="Nunito" w:eastAsia="Nunito" w:cs="Nunito"/>
      <w:b w:val="0"/>
      <w:i w:val="0"/>
      <w:caps w:val="0"/>
      <w:smallCaps w:val="0"/>
      <w:color w:val="3D3A36"/>
      <w:sz w:val="17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Muji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