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A0F0A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0A0F0A"/>
            <w:tcMar>
              <w:top w:w="1020" w:type="dxa"/>
              <w:left w:w="1020" w:type="dxa"/>
              <w:bottom w:w="680" w:type="dxa"/>
              <w:right w:w="1020" w:type="dxa"/>
            </w:tcMar>
          </w:tcPr>
          <w:p>
            <w:pPr>
              <w:pStyle w:val="Name"/>
            </w:pPr>
            <w:r>
              <w:t>Kavya Menon</w:t>
            </w:r>
          </w:p>
          <w:p>
            <w:pPr>
              <w:pStyle w:val="Role"/>
            </w:pPr>
            <w:r>
              <w:t>Computer Science Engineering Student</w:t>
            </w:r>
          </w:p>
          <w:p>
            <w:pPr>
              <w:pStyle w:val="Contact"/>
            </w:pPr>
            <w:r>
              <w:t>+91 98765 01234</w:t>
            </w:r>
            <w:r>
              <w:rPr>
                <w:color w:val="39FF88"/>
              </w:rPr>
              <w:t xml:space="preserve">  ~  </w:t>
            </w:r>
            <w:r>
              <w:t>kavya.menon@email.com</w:t>
            </w:r>
            <w:r>
              <w:rPr>
                <w:color w:val="39FF88"/>
              </w:rPr>
              <w:t xml:space="preserve">  ~  </w:t>
            </w:r>
            <w:r>
              <w:t>Bengaluru, India</w:t>
            </w:r>
            <w:r>
              <w:rPr>
                <w:color w:val="39FF88"/>
              </w:rPr>
              <w:t xml:space="preserve">  ~  </w:t>
            </w:r>
            <w:r>
              <w:t>github.com/kavyamenon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whoami</w:t>
            </w:r>
          </w:p>
          <w:p>
            <w:pPr>
              <w:pStyle w:val="Summary"/>
            </w:pPr>
            <w:r>
              <w:t>Final-year CSE student who loves building useful web apps. Comfortable across the stack, curious about machine learning and looking for a software engineering role where I can learn fast and ship.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education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B.Tech, Computer Science &amp; Engineering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FA58C"/>
                <w:sz w:val="17"/>
                <w:szCs w:val="17"/>
              </w:rPr>
              <w:t>2022 — 2026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~  CGPA 8.9 / 10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Class XII (CBSE)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FA58C"/>
                <w:sz w:val="17"/>
                <w:szCs w:val="17"/>
              </w:rPr>
              <w:t>2022</w:t>
            </w:r>
          </w:p>
          <w:p>
            <w:pPr>
              <w:pStyle w:val="EntryMeta"/>
            </w:pPr>
            <w:r>
              <w:t>Aster Grove School, Kochi</w:t>
            </w:r>
            <w:r>
              <w:t xml:space="preserve">  ~  94.2%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Class X (CBSE)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FA58C"/>
                <w:sz w:val="17"/>
                <w:szCs w:val="17"/>
              </w:rPr>
              <w:t>2020</w:t>
            </w:r>
          </w:p>
          <w:p>
            <w:pPr>
              <w:pStyle w:val="EntryMeta"/>
            </w:pPr>
            <w:r>
              <w:t>Aster Grove School, Kochi</w:t>
            </w:r>
            <w:r>
              <w:t xml:space="preserve">  ~  96.0%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projects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CampusEats — canteen pre-order app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FA58C"/>
                <w:sz w:val="17"/>
                <w:szCs w:val="17"/>
              </w:rPr>
              <w:t>2025</w:t>
            </w:r>
          </w:p>
          <w:p>
            <w:pPr>
              <w:pStyle w:val="EntryMeta"/>
            </w:pPr>
            <w:r>
              <w:t>React, Node.js, MongoDB</w:t>
            </w:r>
          </w:p>
          <w:p>
            <w:pPr>
              <w:pStyle w:val="ResumeBullet"/>
            </w:pPr>
            <w:r>
              <w:t>Built a pre-order app used by 1,200 students; cut canteen queues at lunch by half.</w:t>
            </w:r>
          </w:p>
          <w:p>
            <w:pPr>
              <w:pStyle w:val="ResumeBullet"/>
            </w:pPr>
            <w:r>
              <w:t>Added UPI-style payment mock-ups and live order tracking.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Plant disease detector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FA58C"/>
                <w:sz w:val="17"/>
                <w:szCs w:val="17"/>
              </w:rPr>
              <w:t>2024</w:t>
            </w:r>
          </w:p>
          <w:p>
            <w:pPr>
              <w:pStyle w:val="EntryMeta"/>
            </w:pPr>
            <w:r>
              <w:t>Python, TensorFlow</w:t>
            </w:r>
          </w:p>
          <w:p>
            <w:pPr>
              <w:pStyle w:val="ResumeBullet"/>
            </w:pPr>
            <w:r>
              <w:t>Trained a CNN on 8,000 leaf images reaching 94% test accuracy.</w:t>
            </w:r>
          </w:p>
          <w:p>
            <w:pPr>
              <w:pStyle w:val="ResumeBullet"/>
            </w:pPr>
            <w:r>
              <w:t>Deployed as a simple web demo for a farmers' workshop.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internship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Software Engineering Intern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FA58C"/>
                <w:sz w:val="17"/>
                <w:szCs w:val="17"/>
              </w:rPr>
              <w:t>May — Jul 2025</w:t>
            </w:r>
          </w:p>
          <w:p>
            <w:pPr>
              <w:pStyle w:val="EntryMeta"/>
            </w:pPr>
            <w:r>
              <w:t>Orbitra Software, Hyderabad</w:t>
            </w:r>
          </w:p>
          <w:p>
            <w:pPr>
              <w:pStyle w:val="ResumeBullet"/>
            </w:pPr>
            <w:r>
              <w:t>Built REST endpoints and unit tests for an internal reporting tool.</w:t>
            </w:r>
          </w:p>
          <w:p>
            <w:pPr>
              <w:pStyle w:val="ResumeBullet"/>
            </w:pPr>
            <w:r>
              <w:t>Reduced a slow report query from 9 s to 1.5 s.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stack</w:t>
            </w:r>
          </w:p>
          <w:p>
            <w:pPr>
              <w:pStyle w:val="BodyText"/>
              <w:spacing w:line="420" w:lineRule="auto"/>
            </w:pP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Java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Python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JavaScript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React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Node.js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SQL </w:t>
            </w:r>
            <w:r>
              <w:t xml:space="preserve">   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tools</w:t>
            </w:r>
          </w:p>
          <w:p>
            <w:pPr>
              <w:pStyle w:val="BodyText"/>
              <w:spacing w:line="420" w:lineRule="auto"/>
            </w:pP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Git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Docker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Linux </w:t>
            </w:r>
            <w:r>
              <w:t xml:space="preserve">   </w:t>
            </w:r>
            <w:r>
              <w:rPr>
                <w:color w:val="B6F5C9"/>
                <w:sz w:val="16"/>
                <w:szCs w:val="17"/>
                <w:shd w:val="clear" w:color="auto" w:fill="133A20"/>
              </w:rPr>
              <w:t xml:space="preserve"> Figma </w:t>
            </w:r>
            <w:r>
              <w:t xml:space="preserve">   </w:t>
            </w:r>
          </w:p>
          <w:p>
            <w:pPr>
              <w:pStyle w:val="SectionHeading"/>
            </w:pPr>
            <w:r>
              <w:rPr>
                <w:color w:val="39FF88"/>
              </w:rPr>
              <w:t xml:space="preserve">$ </w:t>
            </w:r>
            <w:r>
              <w:t>achievements</w:t>
            </w:r>
          </w:p>
          <w:p>
            <w:pPr>
              <w:pStyle w:val="ResumeBullet"/>
            </w:pPr>
            <w:r>
              <w:t>Winner, inter-college hackathon (2024)</w:t>
            </w:r>
          </w:p>
          <w:p>
            <w:pPr>
              <w:pStyle w:val="ResumeBullet"/>
            </w:pPr>
            <w:r>
              <w:t>Top 5%, national coding contest (2025)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&gt;"/>
      <w:lvlJc w:val="left"/>
      <w:pPr>
        <w:ind w:left="261" w:hanging="227"/>
      </w:pPr>
      <w:rPr>
        <w:rFonts w:ascii="IBM Plex Mono" w:hAnsi="IBM Plex Mono" w:cs="IBM Plex Mono" w:hint="default"/>
        <w:color w:val="39FF8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&gt;"/>
      <w:lvlJc w:val="left"/>
      <w:pPr>
        <w:ind w:left="261" w:hanging="227"/>
      </w:pPr>
      <w:rPr>
        <w:rFonts w:ascii="IBM Plex Mono" w:hAnsi="IBM Plex Mono" w:cs="IBM Plex Mono" w:hint="default"/>
        <w:color w:val="39FF8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3" w:lineRule="auto"/>
    </w:pPr>
    <w:rPr>
      <w:rFonts w:ascii="Inter" w:hAnsi="Inter" w:eastAsia="Inter" w:cs="Inter"/>
      <w:color w:val="D3E6D9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3" w:lineRule="auto"/>
    </w:pPr>
    <w:rPr>
      <w:rFonts w:ascii="Inter" w:hAnsi="Inter" w:eastAsia="Inter" w:cs="Inter"/>
      <w:b w:val="0"/>
      <w:i w:val="0"/>
      <w:caps w:val="0"/>
      <w:smallCaps w:val="0"/>
      <w:color w:val="D3E6D9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</w:pPr>
    <w:rPr>
      <w:rFonts w:ascii="IBM Plex Mono" w:hAnsi="IBM Plex Mono" w:eastAsia="IBM Plex Mono" w:cs="IBM Plex Mono"/>
      <w:b/>
      <w:bCs/>
      <w:i w:val="0"/>
      <w:caps w:val="0"/>
      <w:smallCaps w:val="0"/>
      <w:color w:val="39FF88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74"/>
    </w:pPr>
    <w:rPr>
      <w:rFonts w:ascii="IBM Plex Mono" w:hAnsi="IBM Plex Mono" w:eastAsia="IBM Plex Mono" w:cs="IBM Plex Mono"/>
      <w:b w:val="0"/>
      <w:i w:val="0"/>
      <w:caps w:val="0"/>
      <w:smallCaps w:val="0"/>
      <w:color w:val="B6F5C9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7FA58C"/>
      <w:sz w:val="15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92"/>
    </w:pPr>
    <w:rPr>
      <w:rFonts w:ascii="IBM Plex Mono" w:hAnsi="IBM Plex Mono" w:eastAsia="IBM Plex Mono" w:cs="IBM Plex Mono"/>
      <w:b/>
      <w:bCs/>
      <w:i w:val="0"/>
      <w:caps w:val="0"/>
      <w:smallCaps w:val="0"/>
      <w:color w:val="39FF88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3" w:lineRule="auto"/>
    </w:pPr>
    <w:rPr>
      <w:rFonts w:ascii="Inter" w:hAnsi="Inter" w:eastAsia="Inter" w:cs="Inter"/>
      <w:b w:val="0"/>
      <w:i w:val="0"/>
      <w:caps w:val="0"/>
      <w:smallCaps w:val="0"/>
      <w:color w:val="D3E6D9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IBM Plex Mono" w:hAnsi="IBM Plex Mono" w:eastAsia="IBM Plex Mono" w:cs="IBM Plex Mono"/>
      <w:b/>
      <w:bCs/>
      <w:i w:val="0"/>
      <w:caps w:val="0"/>
      <w:smallCaps w:val="0"/>
      <w:color w:val="FFFFFF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39FF88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303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D3E6D9"/>
      <w:sz w:val="17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92"/>
    </w:pPr>
    <w:rPr>
      <w:rFonts w:ascii="IBM Plex Mono" w:hAnsi="IBM Plex Mono" w:eastAsia="IBM Plex Mono" w:cs="IBM Plex Mono"/>
      <w:b/>
      <w:bCs/>
      <w:i w:val="0"/>
      <w:caps w:val="0"/>
      <w:smallCaps w:val="0"/>
      <w:color w:val="39FF88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3" w:lineRule="auto"/>
    </w:pPr>
    <w:rPr>
      <w:rFonts w:ascii="Inter" w:hAnsi="Inter" w:eastAsia="Inter" w:cs="Inter"/>
      <w:b w:val="0"/>
      <w:i w:val="0"/>
      <w:caps w:val="0"/>
      <w:smallCaps w:val="0"/>
      <w:color w:val="D3E6D9"/>
      <w:sz w:val="17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7FA58C"/>
      <w:spacing w:val="20"/>
      <w:sz w:val="16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303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D3E6D9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