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0D0B12"/>
  <w:body>
    <w:tbl>
      <w:tblPr>
        <w:tblW w:w="11906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7030"/>
        <w:gridCol w:w="4876"/>
      </w:tblGrid>
      <w:tr>
        <w:trPr>
          <w:trHeight w:val="3969" w:hRule="exact"/>
        </w:trPr>
        <w:tc>
          <w:tcPr>
            <w:tcW w:type="dxa" w:w="11906"/>
            <w:gridSpan w:val="2"/>
            <w:shd w:val="clear" w:color="auto" w:fill="0D0B12"/>
            <w:tcMar>
              <w:top w:w="1134" w:type="dxa"/>
              <w:left w:w="907" w:type="dxa"/>
              <w:bottom w:w="454" w:type="dxa"/>
              <w:right w:w="794" w:type="dxa"/>
            </w:tcMar>
            <w:vAlign w:val="bottom"/>
          </w:tcPr>
          <w:p>
            <w:pPr>
              <w:pStyle w:val="Name"/>
              <w:spacing w:after="0"/>
            </w:pPr>
            <w:r>
              <w:t>Ananya</w:t>
            </w:r>
          </w:p>
          <w:p>
            <w:pPr>
              <w:pStyle w:val="Name"/>
            </w:pPr>
            <w:r>
              <w:rPr>
                <w:b/>
                <w:bCs/>
                <w:color w:val="A78BFA"/>
              </w:rPr>
              <w:t>Sharma</w:t>
            </w:r>
          </w:p>
          <w:p>
            <w:pPr>
              <w:pStyle w:val="Role"/>
            </w:pPr>
            <w:r>
              <w:t>Marketing Manager</w:t>
            </w:r>
          </w:p>
          <w:p>
            <w:pPr>
              <w:pStyle w:val="Contact"/>
            </w:pPr>
            <w:r>
              <w:t>+91 98110 22334</w:t>
            </w:r>
            <w:r>
              <w:rPr>
                <w:color w:val="A78BFA"/>
              </w:rPr>
              <w:t xml:space="preserve">   ✦   </w:t>
            </w:r>
            <w:r>
              <w:t>ananya.sharma@email.com</w:t>
            </w:r>
            <w:r>
              <w:rPr>
                <w:color w:val="A78BFA"/>
              </w:rPr>
              <w:t xml:space="preserve">   ✦   </w:t>
            </w:r>
            <w:r>
              <w:t>Gurugram, India</w:t>
            </w:r>
            <w:r>
              <w:rPr>
                <w:color w:val="A78BFA"/>
              </w:rPr>
              <w:t xml:space="preserve">   ✦   </w:t>
            </w:r>
            <w:r>
              <w:t>linkedin.com/in/ananyasharma</w:t>
            </w:r>
          </w:p>
        </w:tc>
      </w:tr>
      <w:tr>
        <w:trPr>
          <w:trHeight w:val="12835" w:hRule="atLeast"/>
        </w:trPr>
        <w:tc>
          <w:tcPr>
            <w:tcW w:type="dxa" w:w="7030"/>
            <w:shd w:val="clear" w:color="auto" w:fill="0D0B12"/>
            <w:tcMar>
              <w:top w:w="680" w:type="dxa"/>
              <w:left w:w="907" w:type="dxa"/>
              <w:bottom w:w="680" w:type="dxa"/>
              <w:right w:w="567" w:type="dxa"/>
            </w:tcMar>
          </w:tcPr>
          <w:p>
            <w:pPr>
              <w:pStyle w:val="SectionHeading"/>
              <w:spacing w:before="0"/>
            </w:pPr>
            <w:r>
              <w:rPr>
                <w:rFonts w:ascii="Arial" w:hAnsi="Arial" w:eastAsia="Arial" w:cs="Arial"/>
                <w:color w:val="A78BFA"/>
                <w:sz w:val="15"/>
                <w:szCs w:val="15"/>
              </w:rPr>
              <w:t xml:space="preserve">●  </w:t>
            </w:r>
            <w:r>
              <w:t>Profile</w:t>
            </w:r>
          </w:p>
          <w:p>
            <w:pPr>
              <w:pStyle w:val="Summary"/>
            </w:pPr>
            <w:r>
              <w:t>Brand and growth marketer with 8 years across D2C and hospitality. I build campaigns from insight to execution, manage budgets with discipline and love a good creative brief.</w:t>
            </w:r>
          </w:p>
          <w:p>
            <w:pPr>
              <w:pStyle w:val="SectionHeading"/>
            </w:pPr>
            <w:r>
              <w:rPr>
                <w:rFonts w:ascii="Arial" w:hAnsi="Arial" w:eastAsia="Arial" w:cs="Arial"/>
                <w:color w:val="A78BFA"/>
                <w:sz w:val="15"/>
                <w:szCs w:val="15"/>
              </w:rPr>
              <w:t xml:space="preserve">●  </w:t>
            </w:r>
            <w:r>
              <w:t>Experience</w:t>
            </w:r>
          </w:p>
          <w:p>
            <w:pPr>
              <w:pStyle w:val="EntryTitle"/>
              <w:tabs>
                <w:tab w:pos="5556" w:val="right"/>
              </w:tabs>
            </w:pPr>
            <w:r>
              <w:t>Marketing Manager</w:t>
            </w:r>
            <w:r>
              <w:tab/>
            </w:r>
            <w:r>
              <w:rPr>
                <w:rFonts w:ascii="DM Sans" w:hAnsi="DM Sans" w:eastAsia="DM Sans" w:cs="DM Sans"/>
                <w:b w:val="0"/>
                <w:i w:val="0"/>
                <w:color w:val="8E86A0"/>
                <w:sz w:val="19"/>
                <w:szCs w:val="19"/>
              </w:rPr>
              <w:t>2021 — Present</w:t>
            </w:r>
          </w:p>
          <w:p>
            <w:pPr>
              <w:pStyle w:val="EntryMeta"/>
            </w:pPr>
            <w:r>
              <w:t>Halcyon Hotels &amp; Resorts, Gurugram</w:t>
            </w:r>
          </w:p>
          <w:p>
            <w:pPr>
              <w:pStyle w:val="ResumeBullet"/>
            </w:pPr>
            <w:r>
              <w:t>Run a ₹4 crore annual marketing budget across 12 properties.</w:t>
            </w:r>
          </w:p>
          <w:p>
            <w:pPr>
              <w:pStyle w:val="ResumeBullet"/>
            </w:pPr>
            <w:r>
              <w:t>Launched a loyalty programme that reached 85,000 members in its first year.</w:t>
            </w:r>
          </w:p>
          <w:p>
            <w:pPr>
              <w:pStyle w:val="ResumeBullet"/>
            </w:pPr>
            <w:r>
              <w:t>Grew direct bookings from 31% to 46% of revenue through search and CRM.</w:t>
            </w:r>
          </w:p>
          <w:p>
            <w:pPr>
              <w:pStyle w:val="EntryTitle"/>
              <w:tabs>
                <w:tab w:pos="5556" w:val="right"/>
              </w:tabs>
            </w:pPr>
            <w:r>
              <w:t>Senior Brand Executive</w:t>
            </w:r>
            <w:r>
              <w:tab/>
            </w:r>
            <w:r>
              <w:rPr>
                <w:rFonts w:ascii="DM Sans" w:hAnsi="DM Sans" w:eastAsia="DM Sans" w:cs="DM Sans"/>
                <w:b w:val="0"/>
                <w:i w:val="0"/>
                <w:color w:val="8E86A0"/>
                <w:sz w:val="19"/>
                <w:szCs w:val="19"/>
              </w:rPr>
              <w:t>2018 — 2021</w:t>
            </w:r>
          </w:p>
          <w:p>
            <w:pPr>
              <w:pStyle w:val="EntryMeta"/>
            </w:pPr>
            <w:r>
              <w:t>Saffronleaf Foods, New Delhi</w:t>
            </w:r>
          </w:p>
          <w:p>
            <w:pPr>
              <w:pStyle w:val="ResumeBullet"/>
            </w:pPr>
            <w:r>
              <w:t>Led the relaunch of a packaged-snacks range across 9 states.</w:t>
            </w:r>
          </w:p>
          <w:p>
            <w:pPr>
              <w:pStyle w:val="ResumeBullet"/>
            </w:pPr>
            <w:r>
              <w:t>Managed agencies for TV, digital and in-store campaigns.</w:t>
            </w:r>
          </w:p>
          <w:p>
            <w:pPr>
              <w:pStyle w:val="ResumeBullet"/>
            </w:pPr>
            <w:r>
              <w:t>Built a creator programme with 120 regional food creators.</w:t>
            </w:r>
          </w:p>
          <w:p>
            <w:pPr>
              <w:pStyle w:val="EntryTitle"/>
              <w:tabs>
                <w:tab w:pos="5556" w:val="right"/>
              </w:tabs>
            </w:pPr>
            <w:r>
              <w:t>Marketing Associate</w:t>
            </w:r>
            <w:r>
              <w:tab/>
            </w:r>
            <w:r>
              <w:rPr>
                <w:rFonts w:ascii="DM Sans" w:hAnsi="DM Sans" w:eastAsia="DM Sans" w:cs="DM Sans"/>
                <w:b w:val="0"/>
                <w:i w:val="0"/>
                <w:color w:val="8E86A0"/>
                <w:sz w:val="19"/>
                <w:szCs w:val="19"/>
              </w:rPr>
              <w:t>2016 — 2018</w:t>
            </w:r>
          </w:p>
          <w:p>
            <w:pPr>
              <w:pStyle w:val="EntryMeta"/>
            </w:pPr>
            <w:r>
              <w:t>Pinecrest Retail, Noida</w:t>
            </w:r>
          </w:p>
          <w:p>
            <w:pPr>
              <w:pStyle w:val="ResumeBullet"/>
            </w:pPr>
            <w:r>
              <w:t>Planned seasonal sale campaigns and in-store promotions for 40 stores.</w:t>
            </w:r>
          </w:p>
        </w:tc>
        <w:tc>
          <w:tcPr>
            <w:tcW w:type="dxa" w:w="4876"/>
            <w:shd w:val="clear" w:color="auto" w:fill="17131F"/>
            <w:tcMar>
              <w:top w:w="680" w:type="dxa"/>
              <w:left w:w="454" w:type="dxa"/>
              <w:bottom w:w="680" w:type="dxa"/>
              <w:right w:w="794" w:type="dxa"/>
            </w:tcMar>
          </w:tcPr>
          <w:p>
            <w:pPr>
              <w:pStyle w:val="SideHeading"/>
              <w:spacing w:before="0"/>
            </w:pPr>
            <w:r>
              <w:rPr>
                <w:rFonts w:ascii="Arial" w:hAnsi="Arial" w:eastAsia="Arial" w:cs="Arial"/>
                <w:color w:val="A78BFA"/>
                <w:sz w:val="15"/>
                <w:szCs w:val="15"/>
              </w:rPr>
              <w:t xml:space="preserve">●  </w:t>
            </w:r>
            <w:r>
              <w:t>Education</w:t>
            </w:r>
          </w:p>
          <w:p>
            <w:pPr>
              <w:pStyle w:val="SideText"/>
              <w:spacing w:after="0"/>
            </w:pPr>
            <w:r>
              <w:rPr>
                <w:b/>
                <w:bCs/>
              </w:rPr>
              <w:t>MBA, Marketing</w:t>
            </w:r>
          </w:p>
          <w:p>
            <w:pPr>
              <w:pStyle w:val="SideText"/>
              <w:spacing w:after="0"/>
            </w:pPr>
            <w:r>
              <w:t>Sunrise Institute of Management</w:t>
            </w:r>
          </w:p>
          <w:p>
            <w:pPr>
              <w:pStyle w:val="SideText"/>
              <w:spacing w:after="80"/>
            </w:pPr>
            <w:r>
              <w:rPr>
                <w:color w:val="8E86A0"/>
              </w:rPr>
              <w:t>2014 — 2016</w:t>
            </w:r>
          </w:p>
          <w:p>
            <w:pPr>
              <w:pStyle w:val="SideText"/>
              <w:spacing w:after="0"/>
            </w:pPr>
            <w:r>
              <w:rPr>
                <w:b/>
                <w:bCs/>
              </w:rPr>
              <w:t>BBA</w:t>
            </w:r>
          </w:p>
          <w:p>
            <w:pPr>
              <w:pStyle w:val="SideText"/>
              <w:spacing w:after="0"/>
            </w:pPr>
            <w:r>
              <w:t>Aravali College of Commerce</w:t>
            </w:r>
          </w:p>
          <w:p>
            <w:pPr>
              <w:pStyle w:val="SideText"/>
              <w:spacing w:after="80"/>
            </w:pPr>
            <w:r>
              <w:rPr>
                <w:color w:val="8E86A0"/>
              </w:rPr>
              <w:t>2011 — 2014</w:t>
            </w:r>
          </w:p>
          <w:p>
            <w:pPr>
              <w:pStyle w:val="SideHeading"/>
            </w:pPr>
            <w:r>
              <w:rPr>
                <w:rFonts w:ascii="Arial" w:hAnsi="Arial" w:eastAsia="Arial" w:cs="Arial"/>
                <w:color w:val="A78BFA"/>
                <w:sz w:val="15"/>
                <w:szCs w:val="15"/>
              </w:rPr>
              <w:t xml:space="preserve">●  </w:t>
            </w:r>
            <w:r>
              <w:t>Skills</w:t>
            </w:r>
          </w:p>
          <w:p>
            <w:pPr>
              <w:pStyle w:val="SideText"/>
              <w:spacing w:line="420" w:lineRule="auto"/>
            </w:pPr>
            <w:r>
              <w:rPr>
                <w:color w:val="E9E3F7"/>
                <w:sz w:val="18"/>
                <w:szCs w:val="18"/>
                <w:shd w:val="clear" w:color="auto" w:fill="2B2340"/>
              </w:rPr>
              <w:t xml:space="preserve"> Brand strategy </w:t>
            </w:r>
            <w:r>
              <w:t xml:space="preserve">   </w:t>
            </w:r>
            <w:r>
              <w:rPr>
                <w:color w:val="E9E3F7"/>
                <w:sz w:val="18"/>
                <w:szCs w:val="18"/>
                <w:shd w:val="clear" w:color="auto" w:fill="2B2340"/>
              </w:rPr>
              <w:t xml:space="preserve"> Performance marketing </w:t>
            </w:r>
            <w:r>
              <w:t xml:space="preserve">   </w:t>
            </w:r>
            <w:r>
              <w:rPr>
                <w:color w:val="E9E3F7"/>
                <w:sz w:val="18"/>
                <w:szCs w:val="18"/>
                <w:shd w:val="clear" w:color="auto" w:fill="2B2340"/>
              </w:rPr>
              <w:t xml:space="preserve"> CRM &amp; loyalty </w:t>
            </w:r>
            <w:r>
              <w:t xml:space="preserve">   </w:t>
            </w:r>
            <w:r>
              <w:rPr>
                <w:color w:val="E9E3F7"/>
                <w:sz w:val="18"/>
                <w:szCs w:val="18"/>
                <w:shd w:val="clear" w:color="auto" w:fill="2B2340"/>
              </w:rPr>
              <w:t xml:space="preserve"> Budget planning </w:t>
            </w:r>
            <w:r>
              <w:t xml:space="preserve">   </w:t>
            </w:r>
            <w:r>
              <w:rPr>
                <w:color w:val="E9E3F7"/>
                <w:sz w:val="18"/>
                <w:szCs w:val="18"/>
                <w:shd w:val="clear" w:color="auto" w:fill="2B2340"/>
              </w:rPr>
              <w:t xml:space="preserve"> Agency management </w:t>
            </w:r>
            <w:r>
              <w:t xml:space="preserve">   </w:t>
            </w:r>
            <w:r>
              <w:rPr>
                <w:color w:val="E9E3F7"/>
                <w:sz w:val="18"/>
                <w:szCs w:val="18"/>
                <w:shd w:val="clear" w:color="auto" w:fill="2B2340"/>
              </w:rPr>
              <w:t xml:space="preserve"> Market research </w:t>
            </w:r>
            <w:r>
              <w:t xml:space="preserve">   </w:t>
            </w:r>
          </w:p>
          <w:p>
            <w:pPr>
              <w:pStyle w:val="SideHeading"/>
            </w:pPr>
            <w:r>
              <w:rPr>
                <w:rFonts w:ascii="Arial" w:hAnsi="Arial" w:eastAsia="Arial" w:cs="Arial"/>
                <w:color w:val="A78BFA"/>
                <w:sz w:val="15"/>
                <w:szCs w:val="15"/>
              </w:rPr>
              <w:t xml:space="preserve">●  </w:t>
            </w:r>
            <w:r>
              <w:t>Tools</w:t>
            </w:r>
          </w:p>
          <w:p>
            <w:pPr>
              <w:pStyle w:val="SideText"/>
              <w:spacing w:after="40"/>
            </w:pPr>
            <w:r>
              <w:t>Google Ads</w:t>
            </w:r>
          </w:p>
          <w:p>
            <w:pPr>
              <w:pStyle w:val="SideText"/>
              <w:spacing w:after="40"/>
            </w:pPr>
            <w:r>
              <w:t>Meta Ads Manager</w:t>
            </w:r>
          </w:p>
          <w:p>
            <w:pPr>
              <w:pStyle w:val="SideText"/>
              <w:spacing w:after="40"/>
            </w:pPr>
            <w:r>
              <w:t>HubSpot</w:t>
            </w:r>
          </w:p>
          <w:p>
            <w:pPr>
              <w:pStyle w:val="SideText"/>
              <w:spacing w:after="40"/>
            </w:pPr>
            <w:r>
              <w:t>GA4</w:t>
            </w:r>
          </w:p>
          <w:p>
            <w:pPr>
              <w:pStyle w:val="SideText"/>
              <w:spacing w:after="40"/>
            </w:pPr>
            <w:r>
              <w:t>Canva</w:t>
            </w:r>
          </w:p>
          <w:p>
            <w:pPr>
              <w:pStyle w:val="SideText"/>
              <w:spacing w:after="40"/>
            </w:pPr>
            <w:r>
              <w:t>Excel</w:t>
            </w:r>
          </w:p>
          <w:p>
            <w:pPr>
              <w:pStyle w:val="SideHeading"/>
            </w:pPr>
            <w:r>
              <w:rPr>
                <w:rFonts w:ascii="Arial" w:hAnsi="Arial" w:eastAsia="Arial" w:cs="Arial"/>
                <w:color w:val="A78BFA"/>
                <w:sz w:val="15"/>
                <w:szCs w:val="15"/>
              </w:rPr>
              <w:t xml:space="preserve">●  </w:t>
            </w:r>
            <w:r>
              <w:t>Languages</w:t>
            </w:r>
          </w:p>
          <w:p>
            <w:pPr>
              <w:pStyle w:val="SideText"/>
              <w:spacing w:after="40"/>
            </w:pPr>
            <w:r>
              <w:t>English</w:t>
            </w:r>
          </w:p>
          <w:p>
            <w:pPr>
              <w:pStyle w:val="SideText"/>
              <w:spacing w:after="40"/>
            </w:pPr>
            <w:r>
              <w:t>Hindi</w:t>
            </w:r>
          </w:p>
          <w:p>
            <w:pPr>
              <w:pStyle w:val="SideText"/>
              <w:spacing w:after="40"/>
            </w:pPr>
            <w:r>
              <w:t>Punjabi</w:t>
            </w:r>
          </w:p>
          <w:p>
            <w:pPr>
              <w:pStyle w:val="SideHeading"/>
            </w:pPr>
            <w:r>
              <w:rPr>
                <w:rFonts w:ascii="Arial" w:hAnsi="Arial" w:eastAsia="Arial" w:cs="Arial"/>
                <w:color w:val="A78BFA"/>
                <w:sz w:val="15"/>
                <w:szCs w:val="15"/>
              </w:rPr>
              <w:t xml:space="preserve">●  </w:t>
            </w:r>
            <w:r>
              <w:t>Awards</w:t>
            </w:r>
          </w:p>
          <w:p>
            <w:pPr>
              <w:pStyle w:val="SideBullet"/>
            </w:pPr>
            <w:r>
              <w:t>Halcyon Leadership Award, 2023</w:t>
            </w:r>
          </w:p>
        </w:tc>
      </w:tr>
    </w:tbl>
    <w:p>
      <w:pPr>
        <w:spacing w:lineRule="exact" w:line="20" w:before="0" w:after="0"/>
        <w:rPr>
          <w:sz w:val="2"/>
          <w:szCs w:val="2"/>
        </w:rPr>
      </w:pP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◦"/>
      <w:lvlJc w:val="left"/>
      <w:pPr>
        <w:ind w:left="261" w:hanging="227"/>
      </w:pPr>
      <w:rPr>
        <w:rFonts w:ascii="Segoe UI Symbol" w:hAnsi="Segoe UI Symbol" w:cs="Segoe UI Symbol" w:hint="default"/>
        <w:color w:val="A78BFA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◦"/>
      <w:lvlJc w:val="left"/>
      <w:pPr>
        <w:ind w:left="261" w:hanging="227"/>
      </w:pPr>
      <w:rPr>
        <w:rFonts w:ascii="Segoe UI Symbol" w:hAnsi="Segoe UI Symbol" w:cs="Segoe UI Symbol" w:hint="default"/>
        <w:color w:val="A78BFA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isplayBackgroundShape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DM Sans" w:hAnsi="DM Sans" w:eastAsia="DM Sans" w:cs="DM Sans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330" w:lineRule="auto"/>
    </w:pPr>
    <w:rPr>
      <w:rFonts w:ascii="DM Sans" w:hAnsi="DM Sans" w:eastAsia="DM Sans" w:cs="DM Sans"/>
      <w:color w:val="CFC9DB"/>
      <w:sz w:val="19"/>
      <w:szCs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330" w:lineRule="auto"/>
    </w:pPr>
    <w:rPr>
      <w:rFonts w:ascii="DM Sans" w:hAnsi="DM Sans" w:eastAsia="DM Sans" w:cs="DM Sans"/>
      <w:b w:val="0"/>
      <w:i w:val="0"/>
      <w:caps w:val="0"/>
      <w:smallCaps w:val="0"/>
      <w:color w:val="CFC9DB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6" w:lineRule="exact" w:line="920"/>
    </w:pPr>
    <w:rPr>
      <w:rFonts w:ascii="Syne" w:hAnsi="Syne" w:eastAsia="Syne" w:cs="Syne"/>
      <w:b/>
      <w:bCs/>
      <w:i w:val="0"/>
      <w:caps w:val="0"/>
      <w:smallCaps w:val="0"/>
      <w:color w:val="FFFFFF"/>
      <w:spacing w:val="-30"/>
      <w:sz w:val="100"/>
      <w:szCs w:val="100"/>
    </w:rPr>
  </w:style>
  <w:style w:type="paragraph" w:customStyle="1" w:styleId="Role">
    <w:name w:val="Role"/>
    <w:basedOn w:val="Normal"/>
    <w:qFormat/>
    <w:pPr>
      <w:keepNext w:val="0"/>
      <w:widowControl/>
      <w:spacing w:before="0" w:after="94"/>
    </w:pPr>
    <w:rPr>
      <w:rFonts w:ascii="Syne" w:hAnsi="Syne" w:eastAsia="Syne" w:cs="Syne"/>
      <w:b w:val="0"/>
      <w:i w:val="0"/>
      <w:caps w:val="0"/>
      <w:smallCaps w:val="0"/>
      <w:color w:val="C4B5FD"/>
      <w:sz w:val="21"/>
      <w:szCs w:val="21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</w:pPr>
    <w:rPr>
      <w:rFonts w:ascii="DM Sans" w:hAnsi="DM Sans" w:eastAsia="DM Sans" w:cs="DM Sans"/>
      <w:b w:val="0"/>
      <w:i w:val="0"/>
      <w:caps w:val="0"/>
      <w:smallCaps w:val="0"/>
      <w:color w:val="9890AA"/>
      <w:sz w:val="17"/>
      <w:szCs w:val="18"/>
    </w:rPr>
  </w:style>
  <w:style w:type="paragraph" w:customStyle="1" w:styleId="SectionHeading">
    <w:name w:val="Section Heading"/>
    <w:basedOn w:val="Normal"/>
    <w:qFormat/>
    <w:pPr>
      <w:keepNext/>
      <w:widowControl/>
      <w:spacing w:before="280" w:after="116"/>
    </w:pPr>
    <w:rPr>
      <w:rFonts w:ascii="Syne" w:hAnsi="Syne" w:eastAsia="Syne" w:cs="Syne"/>
      <w:b/>
      <w:bCs/>
      <w:i w:val="0"/>
      <w:caps/>
      <w:smallCaps w:val="0"/>
      <w:color w:val="FFFFFF"/>
      <w:spacing w:val="40"/>
      <w:sz w:val="22"/>
      <w:szCs w:val="22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330" w:lineRule="auto"/>
    </w:pPr>
    <w:rPr>
      <w:rFonts w:ascii="DM Sans" w:hAnsi="DM Sans" w:eastAsia="DM Sans" w:cs="DM Sans"/>
      <w:b w:val="0"/>
      <w:i w:val="0"/>
      <w:caps w:val="0"/>
      <w:smallCaps w:val="0"/>
      <w:color w:val="CFC9DB"/>
      <w:sz w:val="19"/>
      <w:szCs w:val="19"/>
    </w:rPr>
  </w:style>
  <w:style w:type="paragraph" w:customStyle="1" w:styleId="EntryTitle">
    <w:name w:val="Entry Title"/>
    <w:basedOn w:val="Normal"/>
    <w:qFormat/>
    <w:pPr>
      <w:keepNext/>
      <w:widowControl/>
      <w:spacing w:before="116" w:after="10"/>
    </w:pPr>
    <w:rPr>
      <w:rFonts w:ascii="Syne" w:hAnsi="Syne" w:eastAsia="Syne" w:cs="Syne"/>
      <w:b/>
      <w:bCs/>
      <w:i w:val="0"/>
      <w:caps w:val="0"/>
      <w:smallCaps w:val="0"/>
      <w:color w:val="FFFFFF"/>
      <w:sz w:val="23"/>
      <w:szCs w:val="23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DM Sans" w:hAnsi="DM Sans" w:eastAsia="DM Sans" w:cs="DM Sans"/>
      <w:b w:val="0"/>
      <w:i w:val="0"/>
      <w:caps w:val="0"/>
      <w:smallCaps w:val="0"/>
      <w:color w:val="C4B5FD"/>
      <w:sz w:val="19"/>
      <w:szCs w:val="19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8" w:line="330" w:lineRule="auto"/>
      <w:ind w:left="261" w:hanging="227"/>
    </w:pPr>
    <w:rPr>
      <w:rFonts w:ascii="DM Sans" w:hAnsi="DM Sans" w:eastAsia="DM Sans" w:cs="DM Sans"/>
      <w:b w:val="0"/>
      <w:i w:val="0"/>
      <w:caps w:val="0"/>
      <w:smallCaps w:val="0"/>
      <w:color w:val="CFC9DB"/>
      <w:sz w:val="19"/>
      <w:szCs w:val="19"/>
    </w:rPr>
  </w:style>
  <w:style w:type="paragraph" w:customStyle="1" w:styleId="SideHeading">
    <w:name w:val="Side Heading"/>
    <w:basedOn w:val="Normal"/>
    <w:qFormat/>
    <w:pPr>
      <w:keepNext/>
      <w:widowControl/>
      <w:spacing w:before="280" w:after="116"/>
    </w:pPr>
    <w:rPr>
      <w:rFonts w:ascii="Syne" w:hAnsi="Syne" w:eastAsia="Syne" w:cs="Syne"/>
      <w:b/>
      <w:bCs/>
      <w:i w:val="0"/>
      <w:caps/>
      <w:smallCaps w:val="0"/>
      <w:color w:val="FFFFFF"/>
      <w:spacing w:val="40"/>
      <w:sz w:val="22"/>
      <w:szCs w:val="22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330" w:lineRule="auto"/>
    </w:pPr>
    <w:rPr>
      <w:rFonts w:ascii="DM Sans" w:hAnsi="DM Sans" w:eastAsia="DM Sans" w:cs="DM Sans"/>
      <w:b w:val="0"/>
      <w:i w:val="0"/>
      <w:caps w:val="0"/>
      <w:smallCaps w:val="0"/>
      <w:color w:val="CFC9DB"/>
      <w:sz w:val="19"/>
      <w:szCs w:val="19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DM Sans" w:hAnsi="DM Sans" w:eastAsia="DM Sans" w:cs="DM Sans"/>
      <w:b w:val="0"/>
      <w:i w:val="0"/>
      <w:caps/>
      <w:smallCaps w:val="0"/>
      <w:color w:val="8E86A0"/>
      <w:spacing w:val="20"/>
      <w:sz w:val="18"/>
      <w:szCs w:val="18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28" w:line="330" w:lineRule="auto"/>
      <w:ind w:left="261" w:hanging="227"/>
    </w:pPr>
    <w:rPr>
      <w:rFonts w:ascii="DM Sans" w:hAnsi="DM Sans" w:eastAsia="DM Sans" w:cs="DM Sans"/>
      <w:b w:val="0"/>
      <w:i w:val="0"/>
      <w:caps w:val="0"/>
      <w:smallCaps w:val="0"/>
      <w:color w:val="CFC9DB"/>
      <w:sz w:val="19"/>
      <w:szCs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Velvet Night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