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824"/>
        <w:gridCol w:w="4082"/>
      </w:tblGrid>
      <w:tr>
        <w:trPr>
          <w:trHeight w:val="16804" w:hRule="atLeast"/>
        </w:trPr>
        <w:tc>
          <w:tcPr>
            <w:tcW w:type="dxa" w:w="7824"/>
            <w:shd w:val="clear" w:color="auto" w:fill="FFFFFF"/>
            <w:tcMar>
              <w:top w:w="1020" w:type="dxa"/>
              <w:left w:w="794" w:type="dxa"/>
              <w:bottom w:w="680" w:type="dxa"/>
              <w:right w:w="680" w:type="dxa"/>
            </w:tcMar>
          </w:tcPr>
          <w:p>
            <w:pPr>
              <w:pStyle w:val="Name"/>
            </w:pPr>
            <w:r>
              <w:t>Arjun Reddy</w:t>
            </w:r>
          </w:p>
          <w:p>
            <w:pPr>
              <w:pStyle w:val="Role"/>
            </w:pPr>
            <w:r>
              <w:t>Civil Engineer</w:t>
            </w:r>
          </w:p>
          <w:p>
            <w:pPr>
              <w:pStyle w:val="Contact"/>
            </w:pPr>
            <w:r>
              <w:t>+91 90000 12345</w:t>
            </w:r>
            <w:r>
              <w:rPr>
                <w:color w:val="0E7490"/>
              </w:rPr>
              <w:t xml:space="preserve">  ·  </w:t>
            </w:r>
            <w:r>
              <w:t>arjun.reddy@email.com</w:t>
            </w:r>
            <w:r>
              <w:rPr>
                <w:color w:val="0E7490"/>
              </w:rPr>
              <w:t xml:space="preserve">  ·  </w:t>
            </w:r>
            <w:r>
              <w:t>Hyderabad, India</w:t>
            </w:r>
            <w:r>
              <w:rPr>
                <w:color w:val="0E7490"/>
              </w:rPr>
              <w:t xml:space="preserve">  ·  </w:t>
            </w:r>
            <w:r>
              <w:t>linkedin.com/in/arjunreddy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0E7490"/>
                <w:sz w:val="16"/>
                <w:szCs w:val="16"/>
              </w:rPr>
              <w:t xml:space="preserve">▲  </w:t>
            </w:r>
            <w:r>
              <w:t>Profile</w:t>
            </w:r>
          </w:p>
          <w:p>
            <w:pPr>
              <w:pStyle w:val="Summary"/>
            </w:pPr>
            <w:r>
              <w:t>Site and planning engineer with 6 years on residential towers and highway projects. Strong in execution planning, quantity surveying and keeping sites safe, on budget and on time.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0E7490"/>
                <w:sz w:val="16"/>
                <w:szCs w:val="16"/>
              </w:rPr>
              <w:t xml:space="preserve">▲  </w:t>
            </w:r>
            <w:r>
              <w:t>Experience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Project Engineer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27882"/>
                <w:sz w:val="20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Greenfield Infra Projects, Hyderabad</w:t>
            </w:r>
          </w:p>
          <w:p>
            <w:pPr>
              <w:pStyle w:val="ResumeBullet"/>
            </w:pPr>
            <w:r>
              <w:t>Manage execution of two 22-storey residential towers worth ₹180 crore.</w:t>
            </w:r>
          </w:p>
          <w:p>
            <w:pPr>
              <w:pStyle w:val="ResumeBullet"/>
            </w:pPr>
            <w:r>
              <w:t>Introduced weekly look-ahead planning that recovered six weeks of delay.</w:t>
            </w:r>
          </w:p>
          <w:p>
            <w:pPr>
              <w:pStyle w:val="ResumeBullet"/>
            </w:pPr>
            <w:r>
              <w:t>Achieved 1.2 million safe man-hours with zero lost-time incidents.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Site Engineer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27882"/>
                <w:sz w:val="20"/>
                <w:szCs w:val="20"/>
              </w:rPr>
              <w:t>2018 — 2021</w:t>
            </w:r>
          </w:p>
          <w:p>
            <w:pPr>
              <w:pStyle w:val="EntryMeta"/>
            </w:pPr>
            <w:r>
              <w:t>Quarry Lane Builders, Vijayawada</w:t>
            </w:r>
          </w:p>
          <w:p>
            <w:pPr>
              <w:pStyle w:val="ResumeBullet"/>
            </w:pPr>
            <w:r>
              <w:t>Supervised a 14 km state highway package including two minor bridges.</w:t>
            </w:r>
          </w:p>
          <w:p>
            <w:pPr>
              <w:pStyle w:val="ResumeBullet"/>
            </w:pPr>
            <w:r>
              <w:t>Prepared BOQs, bar bending schedules and contractor bills.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Graduate Trainee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27882"/>
                <w:sz w:val="20"/>
                <w:szCs w:val="20"/>
              </w:rPr>
              <w:t>2017 — 2018</w:t>
            </w:r>
          </w:p>
          <w:p>
            <w:pPr>
              <w:pStyle w:val="EntryMeta"/>
            </w:pPr>
            <w:r>
              <w:t>Greenfield Infra Projects, Hyderabad</w:t>
            </w:r>
          </w:p>
          <w:p>
            <w:pPr>
              <w:pStyle w:val="ResumeBullet"/>
            </w:pPr>
            <w:r>
              <w:t>Supported quality checks on concrete, steel and soil testing.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0E7490"/>
                <w:sz w:val="16"/>
                <w:szCs w:val="16"/>
              </w:rPr>
              <w:t xml:space="preserve">▲  </w:t>
            </w:r>
            <w:r>
              <w:t>Education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B.Tech, Civil Engineering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627882"/>
                <w:sz w:val="20"/>
                <w:szCs w:val="20"/>
              </w:rPr>
              <w:t>2013 — 2017</w:t>
            </w:r>
          </w:p>
          <w:p>
            <w:pPr>
              <w:pStyle w:val="EntryMeta"/>
            </w:pPr>
            <w:r>
              <w:t>Northern Institute of Engineering &amp; Technology</w:t>
            </w:r>
            <w:r>
              <w:t xml:space="preserve">  ·  CGPA 8.1 / 10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0E7490"/>
                <w:sz w:val="16"/>
                <w:szCs w:val="16"/>
              </w:rPr>
              <w:t xml:space="preserve">▲  </w:t>
            </w:r>
            <w:r>
              <w:t>Awards</w:t>
            </w:r>
          </w:p>
          <w:p>
            <w:pPr>
              <w:pStyle w:val="ResumeBullet"/>
            </w:pPr>
            <w:r>
              <w:t>Best Site Award, Greenfield 2023</w:t>
            </w:r>
          </w:p>
        </w:tc>
        <w:tc>
          <w:tcPr>
            <w:tcW w:type="dxa" w:w="4082"/>
            <w:shd w:val="clear" w:color="auto" w:fill="0E7490"/>
            <w:tcMar>
              <w:top w:w="1020" w:type="dxa"/>
              <w:left w:w="567" w:type="dxa"/>
              <w:bottom w:w="680" w:type="dxa"/>
              <w:right w:w="680" w:type="dxa"/>
            </w:tcMar>
          </w:tcPr>
          <w:p>
            <w:pPr>
              <w:pStyle w:val="SideHeading"/>
              <w:spacing w:before="0"/>
            </w:pPr>
            <w:r>
              <w:rPr>
                <w:rFonts w:ascii="Arial" w:hAnsi="Arial" w:eastAsia="Arial" w:cs="Arial"/>
                <w:color w:val="FDE68A"/>
                <w:sz w:val="16"/>
                <w:szCs w:val="16"/>
              </w:rPr>
              <w:t xml:space="preserve">▲  </w:t>
            </w: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+91 90000 12345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arjun.reddy@email.com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Hyderabad,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linkedin.com/in/arjunreddy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FDE68A"/>
                <w:sz w:val="16"/>
                <w:szCs w:val="16"/>
              </w:rPr>
              <w:t xml:space="preserve">▲  </w:t>
            </w:r>
            <w:r>
              <w:t>Skills</w:t>
            </w:r>
          </w:p>
          <w:p>
            <w:pPr>
              <w:pStyle w:val="SideText"/>
              <w:spacing w:after="20"/>
            </w:pPr>
            <w:r>
              <w:t>Project planning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222"/>
              <w:gridCol w:w="556"/>
            </w:tblGrid>
            <w:tr>
              <w:trPr>
                <w:trHeight w:val="79" w:hRule="exact"/>
              </w:trPr>
              <w:tc>
                <w:tcPr>
                  <w:tcW w:type="dxa" w:w="2222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556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Quantity surveying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222"/>
              <w:gridCol w:w="556"/>
            </w:tblGrid>
            <w:tr>
              <w:trPr>
                <w:trHeight w:val="79" w:hRule="exact"/>
              </w:trPr>
              <w:tc>
                <w:tcPr>
                  <w:tcW w:type="dxa" w:w="2222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556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Structural drawings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Quality control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500"/>
              <w:gridCol w:w="278"/>
            </w:tblGrid>
            <w:tr>
              <w:trPr>
                <w:trHeight w:val="79" w:hRule="exact"/>
              </w:trPr>
              <w:tc>
                <w:tcPr>
                  <w:tcW w:type="dxa" w:w="2500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78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Site safety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Contractor management</w:t>
            </w:r>
          </w:p>
          <w:tbl>
            <w:tblPr>
              <w:tblW w:w="277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67"/>
              <w:gridCol w:w="1111"/>
            </w:tblGrid>
            <w:tr>
              <w:trPr>
                <w:trHeight w:val="79" w:hRule="exact"/>
              </w:trPr>
              <w:tc>
                <w:tcPr>
                  <w:tcW w:type="dxa" w:w="1667"/>
                  <w:shd w:val="clear" w:color="auto" w:fill="FDE68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111"/>
                  <w:shd w:val="clear" w:color="auto" w:fill="2B8BA6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Heading"/>
            </w:pPr>
            <w:r>
              <w:rPr>
                <w:rFonts w:ascii="Arial" w:hAnsi="Arial" w:eastAsia="Arial" w:cs="Arial"/>
                <w:color w:val="FDE68A"/>
                <w:sz w:val="16"/>
                <w:szCs w:val="16"/>
              </w:rPr>
              <w:t xml:space="preserve">▲  </w:t>
            </w:r>
            <w:r>
              <w:t>Tools</w:t>
            </w:r>
          </w:p>
          <w:p>
            <w:pPr>
              <w:pStyle w:val="SideText"/>
              <w:spacing w:after="40"/>
            </w:pPr>
            <w:r>
              <w:t>AutoCAD</w:t>
            </w:r>
          </w:p>
          <w:p>
            <w:pPr>
              <w:pStyle w:val="SideText"/>
              <w:spacing w:after="40"/>
            </w:pPr>
            <w:r>
              <w:t>Primavera P6</w:t>
            </w:r>
          </w:p>
          <w:p>
            <w:pPr>
              <w:pStyle w:val="SideText"/>
              <w:spacing w:after="40"/>
            </w:pPr>
            <w:r>
              <w:t>MS Project</w:t>
            </w:r>
          </w:p>
          <w:p>
            <w:pPr>
              <w:pStyle w:val="SideText"/>
              <w:spacing w:after="40"/>
            </w:pPr>
            <w:r>
              <w:t>STAAD.Pro</w:t>
            </w:r>
          </w:p>
          <w:p>
            <w:pPr>
              <w:pStyle w:val="SideText"/>
              <w:spacing w:after="40"/>
            </w:pPr>
            <w:r>
              <w:t>Revit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FDE68A"/>
                <w:sz w:val="16"/>
                <w:szCs w:val="16"/>
              </w:rPr>
              <w:t xml:space="preserve">▲  </w:t>
            </w: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Telugu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FDE68A"/>
                <w:sz w:val="16"/>
                <w:szCs w:val="16"/>
              </w:rPr>
              <w:t xml:space="preserve">▲  </w:t>
            </w:r>
            <w:r>
              <w:t>Certifications</w:t>
            </w:r>
          </w:p>
          <w:p>
            <w:pPr>
              <w:pStyle w:val="SideBullet"/>
            </w:pPr>
            <w:r>
              <w:t>PMP (in progress)</w:t>
            </w:r>
          </w:p>
          <w:p>
            <w:pPr>
              <w:pStyle w:val="SideBullet"/>
            </w:pPr>
            <w:r>
              <w:t>Construction Safety Management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E7490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FDE68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9" w:lineRule="auto"/>
    </w:pPr>
    <w:rPr>
      <w:rFonts w:ascii="DM Sans" w:hAnsi="DM Sans" w:eastAsia="DM Sans" w:cs="DM Sans"/>
      <w:color w:val="233841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9" w:lineRule="auto"/>
    </w:pPr>
    <w:rPr>
      <w:rFonts w:ascii="DM Sans" w:hAnsi="DM Sans" w:eastAsia="DM Sans" w:cs="DM Sans"/>
      <w:b w:val="0"/>
      <w:i w:val="0"/>
      <w:caps w:val="0"/>
      <w:smallCaps w:val="0"/>
      <w:color w:val="233841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DM Sans" w:hAnsi="DM Sans" w:eastAsia="DM Sans" w:cs="DM Sans"/>
      <w:b/>
      <w:bCs/>
      <w:i w:val="0"/>
      <w:caps w:val="0"/>
      <w:smallCaps w:val="0"/>
      <w:color w:val="0E7490"/>
      <w:spacing w:val="-20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100"/>
    </w:pPr>
    <w:rPr>
      <w:rFonts w:ascii="DM Sans" w:hAnsi="DM Sans" w:eastAsia="DM Sans" w:cs="DM Sans"/>
      <w:b/>
      <w:bCs/>
      <w:i w:val="0"/>
      <w:caps w:val="0"/>
      <w:smallCaps w:val="0"/>
      <w:color w:val="F59E0B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627882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DM Sans" w:hAnsi="DM Sans" w:eastAsia="DM Sans" w:cs="DM Sans"/>
      <w:b/>
      <w:bCs/>
      <w:i w:val="0"/>
      <w:caps/>
      <w:smallCaps w:val="0"/>
      <w:color w:val="0E3A4A"/>
      <w:spacing w:val="3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9" w:lineRule="auto"/>
    </w:pPr>
    <w:rPr>
      <w:rFonts w:ascii="DM Sans" w:hAnsi="DM Sans" w:eastAsia="DM Sans" w:cs="DM Sans"/>
      <w:b w:val="0"/>
      <w:i w:val="0"/>
      <w:caps w:val="0"/>
      <w:smallCaps w:val="0"/>
      <w:color w:val="233841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DM Sans" w:hAnsi="DM Sans" w:eastAsia="DM Sans" w:cs="DM Sans"/>
      <w:b/>
      <w:bCs/>
      <w:i w:val="0"/>
      <w:caps w:val="0"/>
      <w:smallCaps w:val="0"/>
      <w:color w:val="233841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0E7490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39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233841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DM Sans" w:hAnsi="DM Sans" w:eastAsia="DM Sans" w:cs="DM Sans"/>
      <w:b/>
      <w:bCs/>
      <w:i w:val="0"/>
      <w:caps/>
      <w:smallCaps w:val="0"/>
      <w:color w:val="FFFFFF"/>
      <w:spacing w:val="30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9" w:lineRule="auto"/>
    </w:pPr>
    <w:rPr>
      <w:rFonts w:ascii="DM Sans" w:hAnsi="DM Sans" w:eastAsia="DM Sans" w:cs="DM Sans"/>
      <w:b w:val="0"/>
      <w:i w:val="0"/>
      <w:caps w:val="0"/>
      <w:smallCaps w:val="0"/>
      <w:color w:val="E6F6FA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A5D8E6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39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E6F6FA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 Duo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