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906" w:type="dxa"/>
        <w:jc w:val="left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3969"/>
        <w:gridCol w:w="7937"/>
      </w:tblGrid>
      <w:tr>
        <w:trPr>
          <w:trHeight w:val="16804" w:hRule="atLeast"/>
        </w:trPr>
        <w:tc>
          <w:tcPr>
            <w:tcW w:type="dxa" w:w="3969"/>
            <w:shd w:val="clear" w:color="auto" w:fill="334155"/>
            <w:tcMar>
              <w:top w:w="1020" w:type="dxa"/>
              <w:left w:w="680" w:type="dxa"/>
              <w:bottom w:w="680" w:type="dxa"/>
              <w:right w:w="567" w:type="dxa"/>
            </w:tcMar>
          </w:tcPr>
          <w:p>
            <w:pPr>
              <w:pStyle w:val="Name"/>
              <w:spacing w:after="0"/>
              <w:jc w:val="left"/>
            </w:pPr>
            <w:r>
              <w:t>Rohan</w:t>
            </w:r>
          </w:p>
          <w:p>
            <w:pPr>
              <w:pStyle w:val="Name"/>
              <w:jc w:val="left"/>
            </w:pPr>
            <w:r>
              <w:rPr>
                <w:b/>
                <w:bCs/>
                <w:color w:val="38BDF8"/>
              </w:rPr>
              <w:t>Kulkarni</w:t>
            </w:r>
          </w:p>
          <w:p>
            <w:pPr>
              <w:pStyle w:val="Role"/>
              <w:jc w:val="left"/>
            </w:pPr>
            <w:r>
              <w:t>Software Engineer</w:t>
            </w:r>
          </w:p>
          <w:p>
            <w:pPr>
              <w:pStyle w:val="BodyText"/>
              <w:spacing w:after="120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296000" cy="1296000"/>
                  <wp:docPr id="1" name="Photo" descr="Photo placeholder: right-click &gt; Change Picture to add your photo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hot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6000" cy="1296000"/>
                          </a:xfrm>
                          <a:prstGeom prst="ellipse"/>
                          <a:ln w="25400">
                            <a:solidFill>
                              <a:srgbClr val="38BDF8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SideHeading"/>
            </w:pPr>
            <w:r>
              <w:t>Contact</w:t>
            </w:r>
          </w:p>
          <w:p>
            <w:pPr>
              <w:pStyle w:val="SideText"/>
              <w:spacing w:after="30"/>
            </w:pPr>
            <w:r>
              <w:rPr>
                <w:b/>
                <w:color w:val="38BDF8"/>
                <w:sz w:val="14"/>
                <w:szCs w:val="14"/>
                <w:bCs/>
                <w:spacing w:val="16"/>
              </w:rPr>
              <w:t xml:space="preserve">PHONE  </w:t>
            </w:r>
            <w:r>
              <w:t>+91 99887 66554</w:t>
            </w:r>
          </w:p>
          <w:p>
            <w:pPr>
              <w:pStyle w:val="SideText"/>
              <w:spacing w:after="30"/>
            </w:pPr>
            <w:r>
              <w:rPr>
                <w:b/>
                <w:color w:val="38BDF8"/>
                <w:sz w:val="14"/>
                <w:szCs w:val="14"/>
                <w:bCs/>
                <w:spacing w:val="16"/>
              </w:rPr>
              <w:t xml:space="preserve">EMAIL  </w:t>
            </w:r>
            <w:r>
              <w:t>rohan.kulkarni@email.com</w:t>
            </w:r>
          </w:p>
          <w:p>
            <w:pPr>
              <w:pStyle w:val="SideText"/>
              <w:spacing w:after="30"/>
            </w:pPr>
            <w:r>
              <w:rPr>
                <w:b/>
                <w:color w:val="38BDF8"/>
                <w:sz w:val="14"/>
                <w:szCs w:val="14"/>
                <w:bCs/>
                <w:spacing w:val="16"/>
              </w:rPr>
              <w:t xml:space="preserve">LOCATION  </w:t>
            </w:r>
            <w:r>
              <w:t>Hyderabad, India</w:t>
            </w:r>
          </w:p>
          <w:p>
            <w:pPr>
              <w:pStyle w:val="SideText"/>
              <w:spacing w:after="30"/>
            </w:pPr>
            <w:r>
              <w:rPr>
                <w:b/>
                <w:color w:val="38BDF8"/>
                <w:sz w:val="14"/>
                <w:szCs w:val="14"/>
                <w:bCs/>
                <w:spacing w:val="16"/>
              </w:rPr>
              <w:t xml:space="preserve">PROFILE  </w:t>
            </w:r>
            <w:r>
              <w:t>github.com/rohankulkarni</w:t>
            </w:r>
          </w:p>
          <w:p>
            <w:pPr>
              <w:pStyle w:val="SideText"/>
              <w:spacing w:after="30"/>
            </w:pPr>
            <w:r>
              <w:rPr>
                <w:b/>
                <w:color w:val="38BDF8"/>
                <w:sz w:val="14"/>
                <w:szCs w:val="14"/>
                <w:bCs/>
                <w:spacing w:val="16"/>
              </w:rPr>
              <w:t xml:space="preserve">WEBSITE  </w:t>
            </w:r>
            <w:r>
              <w:t>rohan.codes</w:t>
            </w:r>
          </w:p>
          <w:p>
            <w:pPr>
              <w:pStyle w:val="SideHeading"/>
            </w:pPr>
            <w:r>
              <w:t>Skills</w:t>
            </w:r>
          </w:p>
          <w:p>
            <w:pPr>
              <w:pStyle w:val="SideText"/>
              <w:spacing w:after="20"/>
            </w:pPr>
            <w:r>
              <w:t>Go</w:t>
            </w:r>
          </w:p>
          <w:tbl>
            <w:tblPr>
              <w:tblW w:w="2667" w:type="dxa"/>
              <w:jc w:val="left"/>
              <w:tblInd w:w="0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2400"/>
              <w:gridCol w:w="267"/>
            </w:tblGrid>
            <w:tr>
              <w:trPr>
                <w:trHeight w:val="79" w:hRule="exact"/>
              </w:trPr>
              <w:tc>
                <w:tcPr>
                  <w:tcW w:type="dxa" w:w="2400"/>
                  <w:shd w:val="clear" w:color="auto" w:fill="38BDF8"/>
                </w:tcPr>
                <w:p>
                  <w:pPr>
                    <w:spacing w:after="0" w:lineRule="exact" w:line="20"/>
                    <w:rPr>
                      <w:sz w:val="2"/>
                    </w:rPr>
                  </w:pPr>
                </w:p>
              </w:tc>
              <w:tc>
                <w:tcPr>
                  <w:tcW w:type="dxa" w:w="267"/>
                  <w:shd w:val="clear" w:color="auto" w:fill="475569"/>
                </w:tcPr>
                <w:p>
                  <w:pPr>
                    <w:spacing w:after="0" w:lineRule="exact" w:line="20"/>
                    <w:rPr>
                      <w:sz w:val="2"/>
                    </w:rPr>
                  </w:pPr>
                </w:p>
              </w:tc>
            </w:tr>
          </w:tbl>
          <w:p>
            <w:pPr>
              <w:pStyle w:val="SideText"/>
              <w:spacing w:after="20"/>
            </w:pPr>
            <w:r>
              <w:t>Python</w:t>
            </w:r>
          </w:p>
          <w:tbl>
            <w:tblPr>
              <w:tblW w:w="2667" w:type="dxa"/>
              <w:jc w:val="left"/>
              <w:tblInd w:w="0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1600"/>
              <w:gridCol w:w="1067"/>
            </w:tblGrid>
            <w:tr>
              <w:trPr>
                <w:trHeight w:val="79" w:hRule="exact"/>
              </w:trPr>
              <w:tc>
                <w:tcPr>
                  <w:tcW w:type="dxa" w:w="1600"/>
                  <w:shd w:val="clear" w:color="auto" w:fill="38BDF8"/>
                </w:tcPr>
                <w:p>
                  <w:pPr>
                    <w:spacing w:after="0" w:lineRule="exact" w:line="20"/>
                    <w:rPr>
                      <w:sz w:val="2"/>
                    </w:rPr>
                  </w:pPr>
                </w:p>
              </w:tc>
              <w:tc>
                <w:tcPr>
                  <w:tcW w:type="dxa" w:w="1067"/>
                  <w:shd w:val="clear" w:color="auto" w:fill="475569"/>
                </w:tcPr>
                <w:p>
                  <w:pPr>
                    <w:spacing w:after="0" w:lineRule="exact" w:line="20"/>
                    <w:rPr>
                      <w:sz w:val="2"/>
                    </w:rPr>
                  </w:pPr>
                </w:p>
              </w:tc>
            </w:tr>
          </w:tbl>
          <w:p>
            <w:pPr>
              <w:pStyle w:val="SideText"/>
              <w:spacing w:after="20"/>
            </w:pPr>
            <w:r>
              <w:t>PostgreSQL</w:t>
            </w:r>
          </w:p>
          <w:tbl>
            <w:tblPr>
              <w:tblW w:w="2667" w:type="dxa"/>
              <w:jc w:val="left"/>
              <w:tblInd w:w="0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2133"/>
              <w:gridCol w:w="533"/>
            </w:tblGrid>
            <w:tr>
              <w:trPr>
                <w:trHeight w:val="79" w:hRule="exact"/>
              </w:trPr>
              <w:tc>
                <w:tcPr>
                  <w:tcW w:type="dxa" w:w="2133"/>
                  <w:shd w:val="clear" w:color="auto" w:fill="38BDF8"/>
                </w:tcPr>
                <w:p>
                  <w:pPr>
                    <w:spacing w:after="0" w:lineRule="exact" w:line="20"/>
                    <w:rPr>
                      <w:sz w:val="2"/>
                    </w:rPr>
                  </w:pPr>
                </w:p>
              </w:tc>
              <w:tc>
                <w:tcPr>
                  <w:tcW w:type="dxa" w:w="533"/>
                  <w:shd w:val="clear" w:color="auto" w:fill="475569"/>
                </w:tcPr>
                <w:p>
                  <w:pPr>
                    <w:spacing w:after="0" w:lineRule="exact" w:line="20"/>
                    <w:rPr>
                      <w:sz w:val="2"/>
                    </w:rPr>
                  </w:pPr>
                </w:p>
              </w:tc>
            </w:tr>
          </w:tbl>
          <w:p>
            <w:pPr>
              <w:pStyle w:val="SideText"/>
              <w:spacing w:after="20"/>
            </w:pPr>
            <w:r>
              <w:t>Distributed systems</w:t>
            </w:r>
          </w:p>
          <w:tbl>
            <w:tblPr>
              <w:tblW w:w="2667" w:type="dxa"/>
              <w:jc w:val="left"/>
              <w:tblInd w:w="0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1600"/>
              <w:gridCol w:w="1067"/>
            </w:tblGrid>
            <w:tr>
              <w:trPr>
                <w:trHeight w:val="79" w:hRule="exact"/>
              </w:trPr>
              <w:tc>
                <w:tcPr>
                  <w:tcW w:type="dxa" w:w="1600"/>
                  <w:shd w:val="clear" w:color="auto" w:fill="38BDF8"/>
                </w:tcPr>
                <w:p>
                  <w:pPr>
                    <w:spacing w:after="0" w:lineRule="exact" w:line="20"/>
                    <w:rPr>
                      <w:sz w:val="2"/>
                    </w:rPr>
                  </w:pPr>
                </w:p>
              </w:tc>
              <w:tc>
                <w:tcPr>
                  <w:tcW w:type="dxa" w:w="1067"/>
                  <w:shd w:val="clear" w:color="auto" w:fill="475569"/>
                </w:tcPr>
                <w:p>
                  <w:pPr>
                    <w:spacing w:after="0" w:lineRule="exact" w:line="20"/>
                    <w:rPr>
                      <w:sz w:val="2"/>
                    </w:rPr>
                  </w:pPr>
                </w:p>
              </w:tc>
            </w:tr>
          </w:tbl>
          <w:p>
            <w:pPr>
              <w:pStyle w:val="SideText"/>
              <w:spacing w:after="20"/>
            </w:pPr>
            <w:r>
              <w:t>System design</w:t>
            </w:r>
          </w:p>
          <w:tbl>
            <w:tblPr>
              <w:tblW w:w="2667" w:type="dxa"/>
              <w:jc w:val="left"/>
              <w:tblInd w:w="0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2400"/>
              <w:gridCol w:w="267"/>
            </w:tblGrid>
            <w:tr>
              <w:trPr>
                <w:trHeight w:val="79" w:hRule="exact"/>
              </w:trPr>
              <w:tc>
                <w:tcPr>
                  <w:tcW w:type="dxa" w:w="2400"/>
                  <w:shd w:val="clear" w:color="auto" w:fill="38BDF8"/>
                </w:tcPr>
                <w:p>
                  <w:pPr>
                    <w:spacing w:after="0" w:lineRule="exact" w:line="20"/>
                    <w:rPr>
                      <w:sz w:val="2"/>
                    </w:rPr>
                  </w:pPr>
                </w:p>
              </w:tc>
              <w:tc>
                <w:tcPr>
                  <w:tcW w:type="dxa" w:w="267"/>
                  <w:shd w:val="clear" w:color="auto" w:fill="475569"/>
                </w:tcPr>
                <w:p>
                  <w:pPr>
                    <w:spacing w:after="0" w:lineRule="exact" w:line="20"/>
                    <w:rPr>
                      <w:sz w:val="2"/>
                    </w:rPr>
                  </w:pPr>
                </w:p>
              </w:tc>
            </w:tr>
          </w:tbl>
          <w:p>
            <w:pPr>
              <w:pStyle w:val="SideText"/>
              <w:spacing w:after="20"/>
            </w:pPr>
            <w:r>
              <w:t>Observability</w:t>
            </w:r>
          </w:p>
          <w:tbl>
            <w:tblPr>
              <w:tblW w:w="2667" w:type="dxa"/>
              <w:jc w:val="left"/>
              <w:tblInd w:w="0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2400"/>
              <w:gridCol w:w="267"/>
            </w:tblGrid>
            <w:tr>
              <w:trPr>
                <w:trHeight w:val="79" w:hRule="exact"/>
              </w:trPr>
              <w:tc>
                <w:tcPr>
                  <w:tcW w:type="dxa" w:w="2400"/>
                  <w:shd w:val="clear" w:color="auto" w:fill="38BDF8"/>
                </w:tcPr>
                <w:p>
                  <w:pPr>
                    <w:spacing w:after="0" w:lineRule="exact" w:line="20"/>
                    <w:rPr>
                      <w:sz w:val="2"/>
                    </w:rPr>
                  </w:pPr>
                </w:p>
              </w:tc>
              <w:tc>
                <w:tcPr>
                  <w:tcW w:type="dxa" w:w="267"/>
                  <w:shd w:val="clear" w:color="auto" w:fill="475569"/>
                </w:tcPr>
                <w:p>
                  <w:pPr>
                    <w:spacing w:after="0" w:lineRule="exact" w:line="20"/>
                    <w:rPr>
                      <w:sz w:val="2"/>
                    </w:rPr>
                  </w:pPr>
                </w:p>
              </w:tc>
            </w:tr>
          </w:tbl>
          <w:p>
            <w:pPr>
              <w:pStyle w:val="SideHeading"/>
            </w:pPr>
            <w:r>
              <w:t>Tools</w:t>
            </w:r>
          </w:p>
          <w:p>
            <w:pPr>
              <w:pStyle w:val="SideText"/>
              <w:spacing w:line="420" w:lineRule="auto"/>
            </w:pPr>
            <w:r>
              <w:rPr>
                <w:color w:val="E2E8F0"/>
                <w:sz w:val="16"/>
                <w:szCs w:val="17"/>
                <w:shd w:val="clear" w:color="auto" w:fill="475569"/>
              </w:rPr>
              <w:t xml:space="preserve"> Kubernetes </w:t>
            </w:r>
            <w:r>
              <w:t xml:space="preserve">   </w:t>
            </w:r>
            <w:r>
              <w:rPr>
                <w:color w:val="E2E8F0"/>
                <w:sz w:val="16"/>
                <w:szCs w:val="17"/>
                <w:shd w:val="clear" w:color="auto" w:fill="475569"/>
              </w:rPr>
              <w:t xml:space="preserve"> Docker </w:t>
            </w:r>
            <w:r>
              <w:t xml:space="preserve">   </w:t>
            </w:r>
            <w:r>
              <w:rPr>
                <w:color w:val="E2E8F0"/>
                <w:sz w:val="16"/>
                <w:szCs w:val="17"/>
                <w:shd w:val="clear" w:color="auto" w:fill="475569"/>
              </w:rPr>
              <w:t xml:space="preserve"> Terraform </w:t>
            </w:r>
            <w:r>
              <w:t xml:space="preserve">   </w:t>
            </w:r>
            <w:r>
              <w:rPr>
                <w:color w:val="E2E8F0"/>
                <w:sz w:val="16"/>
                <w:szCs w:val="17"/>
                <w:shd w:val="clear" w:color="auto" w:fill="475569"/>
              </w:rPr>
              <w:t xml:space="preserve"> Kafka </w:t>
            </w:r>
            <w:r>
              <w:t xml:space="preserve">   </w:t>
            </w:r>
            <w:r>
              <w:rPr>
                <w:color w:val="E2E8F0"/>
                <w:sz w:val="16"/>
                <w:szCs w:val="17"/>
                <w:shd w:val="clear" w:color="auto" w:fill="475569"/>
              </w:rPr>
              <w:t xml:space="preserve"> Grafana </w:t>
            </w:r>
            <w:r>
              <w:t xml:space="preserve">   </w:t>
            </w:r>
            <w:r>
              <w:rPr>
                <w:color w:val="E2E8F0"/>
                <w:sz w:val="16"/>
                <w:szCs w:val="17"/>
                <w:shd w:val="clear" w:color="auto" w:fill="475569"/>
              </w:rPr>
              <w:t xml:space="preserve"> AWS </w:t>
            </w:r>
            <w:r>
              <w:t xml:space="preserve">   </w:t>
            </w:r>
          </w:p>
          <w:p>
            <w:pPr>
              <w:pStyle w:val="SideHeading"/>
            </w:pPr>
            <w:r>
              <w:t>Languages</w:t>
            </w:r>
          </w:p>
          <w:p>
            <w:pPr>
              <w:pStyle w:val="SideText"/>
              <w:spacing w:after="40"/>
            </w:pPr>
            <w:r>
              <w:t>English</w:t>
            </w:r>
          </w:p>
          <w:p>
            <w:pPr>
              <w:pStyle w:val="SideText"/>
              <w:spacing w:after="40"/>
            </w:pPr>
            <w:r>
              <w:t>Marathi</w:t>
            </w:r>
          </w:p>
          <w:p>
            <w:pPr>
              <w:pStyle w:val="SideText"/>
              <w:spacing w:after="40"/>
            </w:pPr>
            <w:r>
              <w:t>Hindi</w:t>
            </w:r>
          </w:p>
          <w:p>
            <w:pPr>
              <w:pStyle w:val="SideText"/>
              <w:spacing w:after="40"/>
            </w:pPr>
            <w:r>
              <w:t>Telugu</w:t>
            </w:r>
          </w:p>
          <w:p>
            <w:pPr>
              <w:pStyle w:val="SideHeading"/>
            </w:pPr>
            <w:r>
              <w:t>Certifications</w:t>
            </w:r>
          </w:p>
          <w:p>
            <w:pPr>
              <w:pStyle w:val="SideBullet"/>
            </w:pPr>
            <w:r>
              <w:t>AWS Certified Developer – Associate</w:t>
            </w:r>
          </w:p>
        </w:tc>
        <w:tc>
          <w:tcPr>
            <w:tcW w:type="dxa" w:w="7937"/>
            <w:shd w:val="clear" w:color="auto" w:fill="FFFFFF"/>
            <w:tcMar>
              <w:top w:w="1020" w:type="dxa"/>
              <w:left w:w="680" w:type="dxa"/>
              <w:bottom w:w="680" w:type="dxa"/>
              <w:right w:w="794" w:type="dxa"/>
            </w:tcMar>
          </w:tcPr>
          <w:p>
            <w:pPr>
              <w:pStyle w:val="SectionHeading"/>
              <w:pBdr>
                <w:bottom w:val="single" w:sz="6" w:space="3" w:color="CBD5E1"/>
              </w:pBdr>
              <w:spacing w:before="0"/>
            </w:pPr>
            <w:r>
              <w:t>Profile</w:t>
            </w:r>
          </w:p>
          <w:p>
            <w:pPr>
              <w:pStyle w:val="Summary"/>
            </w:pPr>
            <w:r>
              <w:t>Backend engineer with 5 years building reliable, well-tested services in Go and Python. I care about clean APIs, calm on-call rotations and writing docs that the next engineer thanks me for.</w:t>
            </w:r>
          </w:p>
          <w:p>
            <w:pPr>
              <w:pStyle w:val="SectionHeading"/>
              <w:pBdr>
                <w:bottom w:val="single" w:sz="6" w:space="3" w:color="CBD5E1"/>
              </w:pBdr>
            </w:pPr>
            <w:r>
              <w:t>Experience</w:t>
            </w:r>
          </w:p>
          <w:p>
            <w:pPr>
              <w:pStyle w:val="EntryTitle"/>
              <w:tabs>
                <w:tab w:pos="6463" w:val="right"/>
              </w:tabs>
            </w:pPr>
            <w:r>
              <w:t>Software Engineer II</w:t>
            </w:r>
            <w:r>
              <w:tab/>
            </w:r>
            <w:r>
              <w:rPr>
                <w:rFonts w:ascii="Inter" w:hAnsi="Inter" w:eastAsia="Inter" w:cs="Inter"/>
                <w:b w:val="0"/>
                <w:i w:val="0"/>
                <w:color w:val="64748B"/>
                <w:sz w:val="18"/>
                <w:szCs w:val="18"/>
              </w:rPr>
              <w:t>2022 — Present</w:t>
            </w:r>
          </w:p>
          <w:p>
            <w:pPr>
              <w:pStyle w:val="EntryMeta"/>
            </w:pPr>
            <w:r>
              <w:t>Orbitra Software, Hyderabad</w:t>
            </w:r>
          </w:p>
          <w:p>
            <w:pPr>
              <w:pStyle w:val="ResumeBullet"/>
            </w:pPr>
            <w:r>
              <w:t>Own the payments reconciliation service processing 2 million events a day.</w:t>
            </w:r>
          </w:p>
          <w:p>
            <w:pPr>
              <w:pStyle w:val="ResumeBullet"/>
            </w:pPr>
            <w:r>
              <w:t>Reduced p95 API latency from 480 ms to 120 ms by redesigning the caching layer.</w:t>
            </w:r>
          </w:p>
          <w:p>
            <w:pPr>
              <w:pStyle w:val="ResumeBullet"/>
            </w:pPr>
            <w:r>
              <w:t>Led migration of 14 services to Kubernetes with zero customer-facing downtime.</w:t>
            </w:r>
          </w:p>
          <w:p>
            <w:pPr>
              <w:pStyle w:val="ResumeBullet"/>
            </w:pPr>
            <w:r>
              <w:t>Introduced contract testing, cutting integration bugs by roughly half.</w:t>
            </w:r>
          </w:p>
          <w:p>
            <w:pPr>
              <w:pStyle w:val="EntryTitle"/>
              <w:tabs>
                <w:tab w:pos="6463" w:val="right"/>
              </w:tabs>
            </w:pPr>
            <w:r>
              <w:t>Software Engineer</w:t>
            </w:r>
            <w:r>
              <w:tab/>
            </w:r>
            <w:r>
              <w:rPr>
                <w:rFonts w:ascii="Inter" w:hAnsi="Inter" w:eastAsia="Inter" w:cs="Inter"/>
                <w:b w:val="0"/>
                <w:i w:val="0"/>
                <w:color w:val="64748B"/>
                <w:sz w:val="18"/>
                <w:szCs w:val="18"/>
              </w:rPr>
              <w:t>2020 — 2022</w:t>
            </w:r>
          </w:p>
          <w:p>
            <w:pPr>
              <w:pStyle w:val="EntryMeta"/>
            </w:pPr>
            <w:r>
              <w:t>Nimbus Cloudworks, Bengaluru</w:t>
            </w:r>
          </w:p>
          <w:p>
            <w:pPr>
              <w:pStyle w:val="ResumeBullet"/>
            </w:pPr>
            <w:r>
              <w:t>Built internal tooling for deployment approvals used by 300 engineers.</w:t>
            </w:r>
          </w:p>
          <w:p>
            <w:pPr>
              <w:pStyle w:val="ResumeBullet"/>
            </w:pPr>
            <w:r>
              <w:t>Wrote the incident runbook template now standard across the org.</w:t>
            </w:r>
          </w:p>
          <w:p>
            <w:pPr>
              <w:pStyle w:val="EntryTitle"/>
              <w:tabs>
                <w:tab w:pos="6463" w:val="right"/>
              </w:tabs>
            </w:pPr>
            <w:r>
              <w:t>Engineering Intern</w:t>
            </w:r>
            <w:r>
              <w:tab/>
            </w:r>
            <w:r>
              <w:rPr>
                <w:rFonts w:ascii="Inter" w:hAnsi="Inter" w:eastAsia="Inter" w:cs="Inter"/>
                <w:b w:val="0"/>
                <w:i w:val="0"/>
                <w:color w:val="64748B"/>
                <w:sz w:val="18"/>
                <w:szCs w:val="18"/>
              </w:rPr>
              <w:t>2019</w:t>
            </w:r>
          </w:p>
          <w:p>
            <w:pPr>
              <w:pStyle w:val="EntryMeta"/>
            </w:pPr>
            <w:r>
              <w:t>Tidewater Logistics, Chennai</w:t>
            </w:r>
          </w:p>
          <w:p>
            <w:pPr>
              <w:pStyle w:val="ResumeBullet"/>
            </w:pPr>
            <w:r>
              <w:t>Prototyped a route-optimisation service that saved 7% fuel in a pilot city.</w:t>
            </w:r>
          </w:p>
          <w:p>
            <w:pPr>
              <w:pStyle w:val="SectionHeading"/>
              <w:pBdr>
                <w:bottom w:val="single" w:sz="6" w:space="3" w:color="CBD5E1"/>
              </w:pBdr>
            </w:pPr>
            <w:r>
              <w:t>Education</w:t>
            </w:r>
          </w:p>
          <w:p>
            <w:pPr>
              <w:pStyle w:val="EntryTitle"/>
              <w:tabs>
                <w:tab w:pos="6463" w:val="right"/>
              </w:tabs>
            </w:pPr>
            <w:r>
              <w:t>B.E., Information Technology</w:t>
            </w:r>
            <w:r>
              <w:tab/>
            </w:r>
            <w:r>
              <w:rPr>
                <w:rFonts w:ascii="Inter" w:hAnsi="Inter" w:eastAsia="Inter" w:cs="Inter"/>
                <w:b w:val="0"/>
                <w:i w:val="0"/>
                <w:color w:val="64748B"/>
                <w:sz w:val="18"/>
                <w:szCs w:val="18"/>
              </w:rPr>
              <w:t>2016 — 2020</w:t>
            </w:r>
          </w:p>
          <w:p>
            <w:pPr>
              <w:pStyle w:val="EntryMeta"/>
            </w:pPr>
            <w:r>
              <w:t>Deccan Valley University</w:t>
            </w:r>
            <w:r>
              <w:t xml:space="preserve">  ·  CGPA 8.9 / 10</w:t>
            </w:r>
          </w:p>
          <w:p>
            <w:pPr>
              <w:pStyle w:val="SectionHeading"/>
              <w:pBdr>
                <w:bottom w:val="single" w:sz="6" w:space="3" w:color="CBD5E1"/>
              </w:pBdr>
            </w:pPr>
            <w:r>
              <w:t>Awards</w:t>
            </w:r>
          </w:p>
          <w:p>
            <w:pPr>
              <w:pStyle w:val="ResumeBullet"/>
            </w:pPr>
            <w:r>
              <w:t>Hackathon winner, Orbitra Build Week 2023</w:t>
            </w:r>
          </w:p>
        </w:tc>
      </w:tr>
    </w:tbl>
    <w:p>
      <w:pPr>
        <w:spacing w:lineRule="exact" w:line="20" w:before="0" w:after="0"/>
        <w:rPr>
          <w:sz w:val="2"/>
          <w:szCs w:val="2"/>
        </w:rPr>
      </w:pPr>
    </w:p>
    <w:sectPr w:rsidR="00FC693F" w:rsidRPr="0006063C" w:rsidSect="00034616">
      <w:pgSz w:w="11906" w:h="16838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•"/>
      <w:lvlJc w:val="left"/>
      <w:pPr>
        <w:ind w:left="261" w:hanging="227"/>
      </w:pPr>
      <w:rPr>
        <w:rFonts w:ascii="Arial" w:hAnsi="Arial" w:cs="Arial" w:hint="default"/>
        <w:color w:val="0284C7"/>
      </w:rPr>
    </w:lvl>
  </w:abstractNum>
  <w:abstractNum w:abstractNumId="101">
    <w:multiLevelType w:val="singleLevel"/>
    <w:lvl w:ilvl="0">
      <w:start w:val="1"/>
      <w:numFmt w:val="bullet"/>
      <w:pStyle w:val="SideBullet"/>
      <w:lvlText w:val="•"/>
      <w:lvlJc w:val="left"/>
      <w:pPr>
        <w:ind w:left="261" w:hanging="227"/>
      </w:pPr>
      <w:rPr>
        <w:rFonts w:ascii="Arial" w:hAnsi="Arial" w:cs="Arial" w:hint="default"/>
        <w:color w:val="38BDF8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  <w:num w:numId="101">
    <w:abstractNumId w:val="1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Inter" w:hAnsi="Inter" w:eastAsia="Inter" w:cs="Inter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312" w:lineRule="auto"/>
    </w:pPr>
    <w:rPr>
      <w:rFonts w:ascii="Inter" w:hAnsi="Inter" w:eastAsia="Inter" w:cs="Inter"/>
      <w:color w:val="1E293B"/>
      <w:sz w:val="17"/>
      <w:szCs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20" w:before="0" w:line="312" w:lineRule="auto"/>
    </w:pPr>
    <w:rPr>
      <w:rFonts w:ascii="Inter" w:hAnsi="Inter" w:eastAsia="Inter" w:cs="Inter"/>
      <w:b w:val="0"/>
      <w:i w:val="0"/>
      <w:caps w:val="0"/>
      <w:smallCaps w:val="0"/>
      <w:color w:val="1E293B"/>
      <w:sz w:val="17"/>
      <w:szCs w:val="18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40" w:line="240" w:lineRule="auto"/>
    </w:pPr>
    <w:rPr>
      <w:rFonts w:ascii="Inter" w:hAnsi="Inter" w:eastAsia="Inter" w:cs="Inter"/>
      <w:b/>
      <w:bCs/>
      <w:i w:val="0"/>
      <w:caps w:val="0"/>
      <w:smallCaps w:val="0"/>
      <w:color w:val="FFFFFF"/>
      <w:sz w:val="48"/>
      <w:szCs w:val="48"/>
    </w:rPr>
  </w:style>
  <w:style w:type="paragraph" w:customStyle="1" w:styleId="Role">
    <w:name w:val="Role"/>
    <w:basedOn w:val="Normal"/>
    <w:qFormat/>
    <w:pPr>
      <w:keepNext w:val="0"/>
      <w:widowControl/>
      <w:spacing w:before="0" w:after="200"/>
    </w:pPr>
    <w:rPr>
      <w:rFonts w:ascii="Inter" w:hAnsi="Inter" w:eastAsia="Inter" w:cs="Inter"/>
      <w:b w:val="0"/>
      <w:i w:val="0"/>
      <w:caps w:val="0"/>
      <w:smallCaps w:val="0"/>
      <w:color w:val="CBD5E1"/>
      <w:sz w:val="19"/>
      <w:szCs w:val="19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 w:line="300" w:lineRule="auto"/>
    </w:pPr>
    <w:rPr>
      <w:rFonts w:ascii="Inter" w:hAnsi="Inter" w:eastAsia="Inter" w:cs="Inter"/>
      <w:b w:val="0"/>
      <w:i w:val="0"/>
      <w:caps w:val="0"/>
      <w:smallCaps w:val="0"/>
      <w:color w:val="64748B"/>
      <w:sz w:val="17"/>
      <w:szCs w:val="17"/>
    </w:rPr>
  </w:style>
  <w:style w:type="paragraph" w:customStyle="1" w:styleId="SectionHeading">
    <w:name w:val="Section Heading"/>
    <w:basedOn w:val="Normal"/>
    <w:qFormat/>
    <w:pPr>
      <w:keepNext/>
      <w:widowControl/>
      <w:spacing w:before="240" w:after="100"/>
    </w:pPr>
    <w:rPr>
      <w:rFonts w:ascii="Inter" w:hAnsi="Inter" w:eastAsia="Inter" w:cs="Inter"/>
      <w:b/>
      <w:bCs/>
      <w:i w:val="0"/>
      <w:caps/>
      <w:smallCaps w:val="0"/>
      <w:color w:val="0F172A"/>
      <w:spacing w:val="40"/>
      <w:sz w:val="19"/>
      <w:szCs w:val="19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312" w:lineRule="auto"/>
    </w:pPr>
    <w:rPr>
      <w:rFonts w:ascii="Inter" w:hAnsi="Inter" w:eastAsia="Inter" w:cs="Inter"/>
      <w:b w:val="0"/>
      <w:i w:val="0"/>
      <w:caps w:val="0"/>
      <w:smallCaps w:val="0"/>
      <w:color w:val="1E293B"/>
      <w:sz w:val="17"/>
      <w:szCs w:val="18"/>
    </w:rPr>
  </w:style>
  <w:style w:type="paragraph" w:customStyle="1" w:styleId="EntryTitle">
    <w:name w:val="Entry Title"/>
    <w:basedOn w:val="Normal"/>
    <w:qFormat/>
    <w:pPr>
      <w:keepNext/>
      <w:widowControl/>
      <w:spacing w:before="100" w:after="10"/>
    </w:pPr>
    <w:rPr>
      <w:rFonts w:ascii="Inter" w:hAnsi="Inter" w:eastAsia="Inter" w:cs="Inter"/>
      <w:b/>
      <w:bCs/>
      <w:i w:val="0"/>
      <w:caps w:val="0"/>
      <w:smallCaps w:val="0"/>
      <w:color w:val="1E293B"/>
      <w:sz w:val="21"/>
      <w:szCs w:val="21"/>
    </w:rPr>
  </w:style>
  <w:style w:type="paragraph" w:customStyle="1" w:styleId="EntryMeta">
    <w:name w:val="Entry Meta"/>
    <w:basedOn w:val="Normal"/>
    <w:qFormat/>
    <w:pPr>
      <w:keepNext/>
      <w:widowControl/>
      <w:spacing w:before="0" w:after="30"/>
    </w:pPr>
    <w:rPr>
      <w:rFonts w:ascii="Inter" w:hAnsi="Inter" w:eastAsia="Inter" w:cs="Inter"/>
      <w:b w:val="0"/>
      <w:i w:val="0"/>
      <w:caps w:val="0"/>
      <w:smallCaps w:val="0"/>
      <w:color w:val="0284C7"/>
      <w:sz w:val="18"/>
      <w:szCs w:val="18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24" w:line="312" w:lineRule="auto"/>
      <w:ind w:left="261" w:hanging="227"/>
    </w:pPr>
    <w:rPr>
      <w:rFonts w:ascii="Inter" w:hAnsi="Inter" w:eastAsia="Inter" w:cs="Inter"/>
      <w:b w:val="0"/>
      <w:i w:val="0"/>
      <w:caps w:val="0"/>
      <w:smallCaps w:val="0"/>
      <w:color w:val="1E293B"/>
      <w:sz w:val="17"/>
      <w:szCs w:val="18"/>
    </w:rPr>
  </w:style>
  <w:style w:type="paragraph" w:customStyle="1" w:styleId="SideHeading">
    <w:name w:val="Side Heading"/>
    <w:basedOn w:val="Normal"/>
    <w:qFormat/>
    <w:pPr>
      <w:keepNext/>
      <w:widowControl/>
      <w:spacing w:before="240" w:after="100"/>
      <w:jc w:val="left"/>
    </w:pPr>
    <w:rPr>
      <w:rFonts w:ascii="Inter" w:hAnsi="Inter" w:eastAsia="Inter" w:cs="Inter"/>
      <w:b/>
      <w:bCs/>
      <w:i w:val="0"/>
      <w:caps/>
      <w:smallCaps w:val="0"/>
      <w:color w:val="FFFFFF"/>
      <w:spacing w:val="40"/>
      <w:sz w:val="19"/>
      <w:szCs w:val="19"/>
    </w:rPr>
  </w:style>
  <w:style w:type="paragraph" w:customStyle="1" w:styleId="SideText">
    <w:name w:val="Side Text"/>
    <w:basedOn w:val="Normal"/>
    <w:qFormat/>
    <w:pPr>
      <w:keepNext w:val="0"/>
      <w:widowControl/>
      <w:spacing w:before="0" w:after="24" w:line="312" w:lineRule="auto"/>
      <w:jc w:val="left"/>
    </w:pPr>
    <w:rPr>
      <w:rFonts w:ascii="Inter" w:hAnsi="Inter" w:eastAsia="Inter" w:cs="Inter"/>
      <w:b w:val="0"/>
      <w:i w:val="0"/>
      <w:caps w:val="0"/>
      <w:smallCaps w:val="0"/>
      <w:color w:val="E2E8F0"/>
      <w:sz w:val="17"/>
      <w:szCs w:val="18"/>
    </w:rPr>
  </w:style>
  <w:style w:type="paragraph" w:customStyle="1" w:styleId="SideLabel">
    <w:name w:val="Side Label"/>
    <w:basedOn w:val="Normal"/>
    <w:qFormat/>
    <w:pPr>
      <w:keepNext w:val="0"/>
      <w:widowControl/>
      <w:spacing w:before="0" w:after="0"/>
      <w:jc w:val="left"/>
    </w:pPr>
    <w:rPr>
      <w:rFonts w:ascii="Inter" w:hAnsi="Inter" w:eastAsia="Inter" w:cs="Inter"/>
      <w:b w:val="0"/>
      <w:i w:val="0"/>
      <w:caps/>
      <w:smallCaps w:val="0"/>
      <w:color w:val="94A3B8"/>
      <w:spacing w:val="20"/>
      <w:sz w:val="16"/>
      <w:szCs w:val="17"/>
    </w:rPr>
  </w:style>
  <w:style w:type="paragraph" w:customStyle="1" w:styleId="SideBullet">
    <w:name w:val="Side Bullet"/>
    <w:basedOn w:val="Normal"/>
    <w:qFormat/>
    <w:pPr>
      <w:keepNext w:val="0"/>
      <w:widowControl/>
      <w:numPr>
        <w:numId w:val="101"/>
      </w:numPr>
      <w:spacing w:before="0" w:after="24" w:line="312" w:lineRule="auto"/>
      <w:ind w:left="261" w:hanging="227"/>
    </w:pPr>
    <w:rPr>
      <w:rFonts w:ascii="Inter" w:hAnsi="Inter" w:eastAsia="Inter" w:cs="Inter"/>
      <w:b w:val="0"/>
      <w:i w:val="0"/>
      <w:caps w:val="0"/>
      <w:smallCaps w:val="0"/>
      <w:color w:val="E2E8F0"/>
      <w:sz w:val="17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Slate Pro — Resume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