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111827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1906"/>
      </w:tblGrid>
      <w:tr>
        <w:trPr>
          <w:trHeight w:val="16804" w:hRule="atLeast"/>
        </w:trPr>
        <w:tc>
          <w:tcPr>
            <w:tcW w:type="dxa" w:w="11906"/>
            <w:shd w:val="clear" w:color="auto" w:fill="111827"/>
            <w:tcMar>
              <w:top w:w="1134" w:type="dxa"/>
              <w:left w:w="1020" w:type="dxa"/>
              <w:bottom w:w="680" w:type="dxa"/>
              <w:right w:w="1020" w:type="dxa"/>
            </w:tcMar>
          </w:tcPr>
          <w:p/>
          <w:tbl>
            <w:tblPr>
              <w:tblW w:w="986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5919"/>
              <w:gridCol w:w="3946"/>
            </w:tblGrid>
            <w:tr>
              <w:tc>
                <w:tcPr>
                  <w:tcW w:type="dxa" w:w="5919"/>
                </w:tcPr>
                <w:p>
                  <w:pPr>
                    <w:pStyle w:val="Name"/>
                  </w:pPr>
                  <w:r>
                    <w:t>Tanvi Deshpande</w:t>
                  </w:r>
                </w:p>
                <w:p>
                  <w:pPr>
                    <w:pStyle w:val="Role"/>
                  </w:pPr>
                  <w:r>
                    <w:t>UX Researcher</w:t>
                  </w:r>
                </w:p>
              </w:tc>
              <w:tc>
                <w:tcPr>
                  <w:tcW w:type="dxa" w:w="3946"/>
                  <w:vAlign w:val="bottom"/>
                </w:tcPr>
                <w:p>
                  <w:pPr>
                    <w:pStyle w:val="Contact"/>
                    <w:spacing w:after="20"/>
                    <w:jc w:val="right"/>
                  </w:pPr>
                  <w:r>
                    <w:t>+91 99000 40506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tanvi.deshpande@email.com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Bengaluru, India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linkedin.com/in/tanvideshpande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tanvi.research</w:t>
                  </w:r>
                </w:p>
              </w:tc>
            </w:tr>
          </w:tbl>
          <w:p>
            <w:pPr>
              <w:pStyle w:val="BodyText"/>
              <w:pBdr>
                <w:bottom w:val="single" w:sz="4" w:space="0" w:color="374151"/>
              </w:pBdr>
              <w:spacing w:after="0" w:lineRule="exact" w:line="120"/>
            </w:pPr>
            <w:r/>
          </w:p>
          <w:p>
            <w:pPr>
              <w:pStyle w:val="SectionHeading"/>
            </w:pPr>
            <w:r>
              <w:t>Profile</w:t>
            </w:r>
          </w:p>
          <w:p>
            <w:pPr>
              <w:pStyle w:val="Summary"/>
            </w:pPr>
            <w:r>
              <w:t>Mixed-methods UX researcher with 5 years in health and education products. I find the questions worth asking, talk to the people who use the product and turn findings into decisions teams act on.</w:t>
            </w:r>
          </w:p>
          <w:p>
            <w:pPr>
              <w:pStyle w:val="SectionHeading"/>
            </w:pPr>
            <w:r>
              <w:t>Experience</w:t>
            </w:r>
          </w:p>
          <w:tbl>
            <w:tblPr>
              <w:tblW w:w="9865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1701"/>
              <w:gridCol w:w="8164"/>
            </w:tblGrid>
            <w:tr>
              <w:tc>
                <w:tcPr>
                  <w:tcW w:type="dxa" w:w="1701"/>
                  <w:tcMar>
                    <w:top w:w="0" w:type="dxa"/>
                    <w:left w:w="0" w:type="dxa"/>
                    <w:bottom w:w="142" w:type="dxa"/>
                    <w:right w:w="227" w:type="dxa"/>
                  </w:tcMar>
                </w:tcPr>
                <w:p>
                  <w:pPr>
                    <w:pStyle w:val="EntryTitle"/>
                    <w:spacing w:before="102"/>
                    <w:jc w:val="right"/>
                  </w:pPr>
                  <w:r>
                    <w:rPr>
                      <w:rFonts w:ascii="DM Sans" w:hAnsi="DM Sans" w:eastAsia="DM Sans" w:cs="DM Sans"/>
                      <w:b w:val="0"/>
                      <w:color w:val="9CA3AF"/>
                      <w:sz w:val="18"/>
                      <w:szCs w:val="18"/>
                    </w:rPr>
                    <w:t>2022 — Present</w:t>
                  </w:r>
                  <w:r>
                    <w:rPr>
                      <w:rFonts w:ascii="Arial" w:hAnsi="Arial" w:eastAsia="Arial" w:cs="Arial"/>
                      <w:color w:val="34D399"/>
                      <w:sz w:val="14"/>
                      <w:szCs w:val="14"/>
                    </w:rPr>
                    <w:t xml:space="preserve">  ●</w:t>
                  </w:r>
                </w:p>
                <w:p>
                  <w:pPr>
                    <w:pStyle w:val="EntryMeta"/>
                    <w:jc w:val="right"/>
                  </w:pPr>
                  <w:r>
                    <w:t>Bengaluru</w:t>
                  </w:r>
                </w:p>
              </w:tc>
              <w:tc>
                <w:tcPr>
                  <w:tcW w:type="dxa" w:w="8164"/>
                  <w:tcBorders>
                    <w:top w:val="nil"/>
                    <w:left w:val="single" w:sz="12" w:space="0" w:color="34D399"/>
                    <w:bottom w:val="nil"/>
                    <w:right w:val="nil"/>
                  </w:tcBorders>
                  <w:tcMar>
                    <w:top w:w="0" w:type="dxa"/>
                    <w:left w:w="283" w:type="dxa"/>
                    <w:bottom w:w="142" w:type="dxa"/>
                    <w:right w:w="0" w:type="dxa"/>
                  </w:tcMar>
                </w:tcPr>
                <w:p>
                  <w:pPr>
                    <w:pStyle w:val="EntryTitle"/>
                    <w:spacing w:before="102"/>
                  </w:pPr>
                  <w:r>
                    <w:t>UX Researcher</w:t>
                  </w:r>
                </w:p>
                <w:p>
                  <w:pPr>
                    <w:pStyle w:val="EntryMeta"/>
                  </w:pPr>
                  <w:r>
                    <w:t>Brightpath EdTech</w:t>
                  </w:r>
                </w:p>
                <w:p>
                  <w:pPr>
                    <w:pStyle w:val="ResumeBullet"/>
                  </w:pPr>
                  <w:r>
                    <w:t>Lead research for a learning app used by 3 million students in tier-2 and tier-3 cities.</w:t>
                  </w:r>
                </w:p>
                <w:p>
                  <w:pPr>
                    <w:pStyle w:val="ResumeBullet"/>
                  </w:pPr>
                  <w:r>
                    <w:t>Ran a diary study that reshaped the product roadmap for two quarters.</w:t>
                  </w:r>
                </w:p>
                <w:p>
                  <w:pPr>
                    <w:pStyle w:val="ResumeBullet"/>
                  </w:pPr>
                  <w:r>
                    <w:t>Built a research repository that cut repeat studies by a third.</w:t>
                  </w:r>
                </w:p>
              </w:tc>
            </w:tr>
            <w:tr>
              <w:tc>
                <w:tcPr>
                  <w:tcW w:type="dxa" w:w="1701"/>
                  <w:tcMar>
                    <w:top w:w="0" w:type="dxa"/>
                    <w:left w:w="0" w:type="dxa"/>
                    <w:bottom w:w="142" w:type="dxa"/>
                    <w:right w:w="227" w:type="dxa"/>
                  </w:tcMar>
                </w:tcPr>
                <w:p>
                  <w:pPr>
                    <w:pStyle w:val="EntryTitle"/>
                    <w:spacing w:before="102"/>
                    <w:jc w:val="right"/>
                  </w:pPr>
                  <w:r>
                    <w:rPr>
                      <w:rFonts w:ascii="DM Sans" w:hAnsi="DM Sans" w:eastAsia="DM Sans" w:cs="DM Sans"/>
                      <w:b w:val="0"/>
                      <w:color w:val="9CA3AF"/>
                      <w:sz w:val="18"/>
                      <w:szCs w:val="18"/>
                    </w:rPr>
                    <w:t>2019 — 2022</w:t>
                  </w:r>
                  <w:r>
                    <w:rPr>
                      <w:rFonts w:ascii="Arial" w:hAnsi="Arial" w:eastAsia="Arial" w:cs="Arial"/>
                      <w:color w:val="34D399"/>
                      <w:sz w:val="14"/>
                      <w:szCs w:val="14"/>
                    </w:rPr>
                    <w:t xml:space="preserve">  ●</w:t>
                  </w:r>
                </w:p>
                <w:p>
                  <w:pPr>
                    <w:pStyle w:val="EntryMeta"/>
                    <w:jc w:val="right"/>
                  </w:pPr>
                  <w:r>
                    <w:t>Bengaluru</w:t>
                  </w:r>
                </w:p>
              </w:tc>
              <w:tc>
                <w:tcPr>
                  <w:tcW w:type="dxa" w:w="8164"/>
                  <w:tcBorders>
                    <w:top w:val="nil"/>
                    <w:left w:val="single" w:sz="12" w:space="0" w:color="34D399"/>
                    <w:bottom w:val="nil"/>
                    <w:right w:val="nil"/>
                  </w:tcBorders>
                  <w:tcMar>
                    <w:top w:w="0" w:type="dxa"/>
                    <w:left w:w="283" w:type="dxa"/>
                    <w:bottom w:w="142" w:type="dxa"/>
                    <w:right w:w="0" w:type="dxa"/>
                  </w:tcMar>
                </w:tcPr>
                <w:p>
                  <w:pPr>
                    <w:pStyle w:val="EntryTitle"/>
                    <w:spacing w:before="102"/>
                  </w:pPr>
                  <w:r>
                    <w:t>Associate UX Researcher</w:t>
                  </w:r>
                </w:p>
                <w:p>
                  <w:pPr>
                    <w:pStyle w:val="EntryMeta"/>
                  </w:pPr>
                  <w:r>
                    <w:t>Riverstone Health Digital</w:t>
                  </w:r>
                </w:p>
                <w:p>
                  <w:pPr>
                    <w:pStyle w:val="ResumeBullet"/>
                  </w:pPr>
                  <w:r>
                    <w:t>Ran field studies in clinics across four states.</w:t>
                  </w:r>
                </w:p>
                <w:p>
                  <w:pPr>
                    <w:pStyle w:val="ResumeBullet"/>
                  </w:pPr>
                  <w:r>
                    <w:t>Designed surveys reaching 12,000 patients in five languages.</w:t>
                  </w:r>
                </w:p>
              </w:tc>
            </w:tr>
          </w:tbl>
          <w:p>
            <w:pPr>
              <w:pStyle w:val="SectionHeading"/>
            </w:pPr>
            <w:r>
              <w:t>Education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M.Des, Interaction Design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9CA3AF"/>
                <w:sz w:val="18"/>
                <w:szCs w:val="18"/>
              </w:rPr>
              <w:t>2017 — 2019</w:t>
            </w:r>
          </w:p>
          <w:p>
            <w:pPr>
              <w:pStyle w:val="EntryMeta"/>
            </w:pPr>
            <w:r>
              <w:t>Konkan School of Design</w:t>
            </w:r>
          </w:p>
          <w:p>
            <w:pPr>
              <w:pStyle w:val="EntryTitle"/>
              <w:tabs>
                <w:tab w:pos="9865" w:val="right"/>
              </w:tabs>
            </w:pPr>
            <w:r>
              <w:t>B.A., Sociology</w:t>
            </w:r>
            <w:r>
              <w:tab/>
            </w:r>
            <w:r>
              <w:rPr>
                <w:rFonts w:ascii="DM Sans" w:hAnsi="DM Sans" w:eastAsia="DM Sans" w:cs="DM Sans"/>
                <w:b w:val="0"/>
                <w:i w:val="0"/>
                <w:color w:val="9CA3AF"/>
                <w:sz w:val="18"/>
                <w:szCs w:val="18"/>
              </w:rPr>
              <w:t>2014 — 2017</w:t>
            </w:r>
          </w:p>
          <w:p>
            <w:pPr>
              <w:pStyle w:val="EntryMeta"/>
            </w:pPr>
            <w:r>
              <w:t>St. Aldwin's College</w:t>
            </w:r>
          </w:p>
          <w:p>
            <w:pPr>
              <w:pStyle w:val="SectionHeading"/>
            </w:pPr>
            <w:r>
              <w:t>Skills</w:t>
            </w:r>
          </w:p>
          <w:p>
            <w:pPr>
              <w:pStyle w:val="BodyText"/>
              <w:spacing w:line="420" w:lineRule="auto"/>
            </w:pP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Usability testing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Field research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Survey design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Journey mapping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Synthesis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Research ops </w:t>
            </w:r>
            <w:r>
              <w:t xml:space="preserve">   </w:t>
            </w:r>
          </w:p>
          <w:p>
            <w:pPr>
              <w:pStyle w:val="SectionHeading"/>
            </w:pPr>
            <w:r>
              <w:t>Tools</w:t>
            </w:r>
          </w:p>
          <w:p>
            <w:pPr>
              <w:pStyle w:val="BodyText"/>
              <w:spacing w:line="420" w:lineRule="auto"/>
            </w:pP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Dovetail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Figma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Maze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Google Forms </w:t>
            </w:r>
            <w:r>
              <w:t xml:space="preserve">   </w:t>
            </w:r>
            <w:r>
              <w:rPr>
                <w:color w:val="D1FAE5"/>
                <w:sz w:val="18"/>
                <w:szCs w:val="18"/>
                <w:shd w:val="clear" w:color="auto" w:fill="1F2937"/>
              </w:rPr>
              <w:t xml:space="preserve"> Miro </w:t>
            </w:r>
            <w:r>
              <w:t xml:space="preserve">   </w:t>
            </w:r>
          </w:p>
          <w:p>
            <w:pPr>
              <w:pStyle w:val="SectionHeading"/>
            </w:pPr>
            <w:r>
              <w:t>Languages</w:t>
            </w:r>
          </w:p>
          <w:p>
            <w:pPr>
              <w:pStyle w:val="BodyText"/>
            </w:pPr>
            <w:r>
              <w:t>English</w:t>
            </w:r>
            <w:r>
              <w:rPr>
                <w:color w:val="34D399"/>
              </w:rPr>
              <w:t xml:space="preserve">  ·  </w:t>
            </w:r>
            <w:r>
              <w:t>Marathi</w:t>
            </w:r>
            <w:r>
              <w:rPr>
                <w:color w:val="34D399"/>
              </w:rPr>
              <w:t xml:space="preserve">  ·  </w:t>
            </w:r>
            <w:r>
              <w:t>Hindi</w:t>
            </w:r>
            <w:r>
              <w:rPr>
                <w:color w:val="34D399"/>
              </w:rPr>
              <w:t xml:space="preserve">  ·  </w:t>
            </w:r>
            <w:r>
              <w:t>Kannada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34D399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34D39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M Sans" w:hAnsi="DM Sans" w:eastAsia="DM Sans" w:cs="DM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3" w:lineRule="auto"/>
    </w:pPr>
    <w:rPr>
      <w:rFonts w:ascii="DM Sans" w:hAnsi="DM Sans" w:eastAsia="DM Sans" w:cs="DM Sans"/>
      <w:color w:val="D1D5DB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3" w:lineRule="auto"/>
    </w:pPr>
    <w:rPr>
      <w:rFonts w:ascii="DM Sans" w:hAnsi="DM Sans" w:eastAsia="DM Sans" w:cs="DM Sans"/>
      <w:b w:val="0"/>
      <w:i w:val="0"/>
      <w:caps w:val="0"/>
      <w:smallCaps w:val="0"/>
      <w:color w:val="D1D5DB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DM Sans" w:hAnsi="DM Sans" w:eastAsia="DM Sans" w:cs="DM Sans"/>
      <w:b/>
      <w:bCs/>
      <w:i w:val="0"/>
      <w:caps w:val="0"/>
      <w:smallCaps w:val="0"/>
      <w:color w:val="FFFFFF"/>
      <w:spacing w:val="-20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 w:val="0"/>
      <w:smallCaps w:val="0"/>
      <w:color w:val="34D399"/>
      <w:sz w:val="23"/>
      <w:szCs w:val="23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DM Sans" w:hAnsi="DM Sans" w:eastAsia="DM Sans" w:cs="DM Sans"/>
      <w:b w:val="0"/>
      <w:i w:val="0"/>
      <w:caps w:val="0"/>
      <w:smallCaps w:val="0"/>
      <w:color w:val="9CA3AF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4" w:after="102"/>
    </w:pPr>
    <w:rPr>
      <w:rFonts w:ascii="DM Sans" w:hAnsi="DM Sans" w:eastAsia="DM Sans" w:cs="DM Sans"/>
      <w:b/>
      <w:bCs/>
      <w:i w:val="0"/>
      <w:caps/>
      <w:smallCaps w:val="0"/>
      <w:color w:val="34D399"/>
      <w:spacing w:val="50"/>
      <w:sz w:val="18"/>
      <w:szCs w:val="1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3" w:lineRule="auto"/>
    </w:pPr>
    <w:rPr>
      <w:rFonts w:ascii="DM Sans" w:hAnsi="DM Sans" w:eastAsia="DM Sans" w:cs="DM Sans"/>
      <w:b w:val="0"/>
      <w:i w:val="0"/>
      <w:caps w:val="0"/>
      <w:smallCaps w:val="0"/>
      <w:color w:val="D1D5DB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02" w:after="10"/>
    </w:pPr>
    <w:rPr>
      <w:rFonts w:ascii="DM Sans" w:hAnsi="DM Sans" w:eastAsia="DM Sans" w:cs="DM Sans"/>
      <w:b/>
      <w:bCs/>
      <w:i w:val="0"/>
      <w:caps w:val="0"/>
      <w:smallCaps w:val="0"/>
      <w:color w:val="FFFFFF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DM Sans" w:hAnsi="DM Sans" w:eastAsia="DM Sans" w:cs="DM Sans"/>
      <w:b w:val="0"/>
      <w:i w:val="0"/>
      <w:caps w:val="0"/>
      <w:smallCaps w:val="0"/>
      <w:color w:val="6EE7B7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3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D1D5DB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84" w:after="102"/>
    </w:pPr>
    <w:rPr>
      <w:rFonts w:ascii="DM Sans" w:hAnsi="DM Sans" w:eastAsia="DM Sans" w:cs="DM Sans"/>
      <w:b/>
      <w:bCs/>
      <w:i w:val="0"/>
      <w:caps/>
      <w:smallCaps w:val="0"/>
      <w:color w:val="34D399"/>
      <w:spacing w:val="50"/>
      <w:sz w:val="18"/>
      <w:szCs w:val="18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3" w:lineRule="auto"/>
    </w:pPr>
    <w:rPr>
      <w:rFonts w:ascii="DM Sans" w:hAnsi="DM Sans" w:eastAsia="DM Sans" w:cs="DM Sans"/>
      <w:b w:val="0"/>
      <w:i w:val="0"/>
      <w:caps w:val="0"/>
      <w:smallCaps w:val="0"/>
      <w:color w:val="D1D5DB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DM Sans" w:hAnsi="DM Sans" w:eastAsia="DM Sans" w:cs="DM Sans"/>
      <w:b w:val="0"/>
      <w:i w:val="0"/>
      <w:caps/>
      <w:smallCaps w:val="0"/>
      <w:color w:val="9CA3AF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3" w:lineRule="auto"/>
      <w:ind w:left="261" w:hanging="227"/>
    </w:pPr>
    <w:rPr>
      <w:rFonts w:ascii="DM Sans" w:hAnsi="DM Sans" w:eastAsia="DM Sans" w:cs="DM Sans"/>
      <w:b w:val="0"/>
      <w:i w:val="0"/>
      <w:caps w:val="0"/>
      <w:smallCaps w:val="0"/>
      <w:color w:val="D1D5DB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Dark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