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Aditya Singh</w:t>
      </w:r>
    </w:p>
    <w:p>
      <w:pPr>
        <w:pStyle w:val="Role"/>
      </w:pPr>
      <w:r>
        <w:t>Mechanical Engineering Student</w:t>
      </w:r>
    </w:p>
    <w:p>
      <w:pPr>
        <w:pStyle w:val="Contact"/>
      </w:pPr>
      <w:r>
        <w:t>+91 94150 56789</w:t>
      </w:r>
      <w:r>
        <w:rPr>
          <w:color w:val="EA580C"/>
        </w:rPr>
        <w:t xml:space="preserve">  •  </w:t>
      </w:r>
      <w:r>
        <w:t>aditya.singh@email.com</w:t>
      </w:r>
      <w:r>
        <w:rPr>
          <w:color w:val="EA580C"/>
        </w:rPr>
        <w:t xml:space="preserve">  •  </w:t>
      </w:r>
      <w:r>
        <w:t>Lucknow, India</w:t>
      </w:r>
      <w:r>
        <w:rPr>
          <w:color w:val="EA580C"/>
        </w:rPr>
        <w:t xml:space="preserve">  •  </w:t>
      </w:r>
      <w:r>
        <w:t>linkedin.com/in/adityasingh</w:t>
      </w:r>
    </w:p>
    <w:p>
      <w:pPr>
        <w:pStyle w:val="SectionHeading"/>
      </w:pPr>
      <w:r>
        <w:rPr>
          <w:rFonts w:ascii="Arial" w:hAnsi="Arial" w:eastAsia="Arial" w:cs="Arial"/>
          <w:color w:val="EA580C"/>
          <w:sz w:val="15"/>
          <w:szCs w:val="15"/>
        </w:rPr>
        <w:t xml:space="preserve">●  </w:t>
      </w:r>
      <w:r>
        <w:t>Objective</w:t>
      </w:r>
    </w:p>
    <w:p>
      <w:pPr>
        <w:pStyle w:val="Summary"/>
      </w:pPr>
      <w:r>
        <w:t>Mechanical engineering student with hands-on experience in CAD, fabrication and a student formula racing team. Seeking a graduate engineer role in design or manufacturing.</w:t>
      </w:r>
    </w:p>
    <w:p>
      <w:pPr>
        <w:pStyle w:val="SectionHeading"/>
      </w:pPr>
      <w:r>
        <w:rPr>
          <w:rFonts w:ascii="Arial" w:hAnsi="Arial" w:eastAsia="Arial" w:cs="Arial"/>
          <w:color w:val="EA580C"/>
          <w:sz w:val="15"/>
          <w:szCs w:val="15"/>
        </w:rPr>
        <w:t xml:space="preserve">●  </w:t>
      </w:r>
      <w:r>
        <w:t>Education</w:t>
      </w:r>
    </w:p>
    <w:p>
      <w:pPr>
        <w:pStyle w:val="EntryTitle"/>
        <w:tabs>
          <w:tab w:pos="10091" w:val="right"/>
        </w:tabs>
      </w:pPr>
      <w:r>
        <w:t>B.Tech, Mechanical Engineering</w:t>
      </w:r>
      <w:r>
        <w:tab/>
      </w:r>
      <w:r>
        <w:rPr>
          <w:rFonts w:ascii="Nunito" w:hAnsi="Nunito" w:eastAsia="Nunito" w:cs="Nunito"/>
          <w:b w:val="0"/>
          <w:i w:val="0"/>
          <w:color w:val="78716C"/>
          <w:sz w:val="18"/>
          <w:szCs w:val="18"/>
        </w:rPr>
        <w:t>2022 — 2026</w:t>
      </w:r>
    </w:p>
    <w:p>
      <w:pPr>
        <w:pStyle w:val="EntryMeta"/>
      </w:pPr>
      <w:r>
        <w:t>Northern Institute of Engineering &amp; Technology</w:t>
      </w:r>
      <w:r>
        <w:t xml:space="preserve">  •  CGPA 8.3 / 10</w:t>
      </w:r>
    </w:p>
    <w:p>
      <w:pPr>
        <w:pStyle w:val="EntryTitle"/>
        <w:tabs>
          <w:tab w:pos="10091" w:val="right"/>
        </w:tabs>
      </w:pPr>
      <w:r>
        <w:t>Class XII (UP Board)</w:t>
      </w:r>
      <w:r>
        <w:tab/>
      </w:r>
      <w:r>
        <w:rPr>
          <w:rFonts w:ascii="Nunito" w:hAnsi="Nunito" w:eastAsia="Nunito" w:cs="Nunito"/>
          <w:b w:val="0"/>
          <w:i w:val="0"/>
          <w:color w:val="78716C"/>
          <w:sz w:val="18"/>
          <w:szCs w:val="18"/>
        </w:rPr>
        <w:t>2022</w:t>
      </w:r>
    </w:p>
    <w:p>
      <w:pPr>
        <w:pStyle w:val="EntryMeta"/>
      </w:pPr>
      <w:r>
        <w:t>Aster Grove Inter College</w:t>
      </w:r>
      <w:r>
        <w:t xml:space="preserve">  •  90.8%</w:t>
      </w:r>
    </w:p>
    <w:p>
      <w:pPr>
        <w:pStyle w:val="SectionHeading"/>
      </w:pPr>
      <w:r>
        <w:rPr>
          <w:rFonts w:ascii="Arial" w:hAnsi="Arial" w:eastAsia="Arial" w:cs="Arial"/>
          <w:color w:val="EA580C"/>
          <w:sz w:val="15"/>
          <w:szCs w:val="15"/>
        </w:rPr>
        <w:t xml:space="preserve">●  </w:t>
      </w:r>
      <w:r>
        <w:t>Internship</w:t>
      </w:r>
    </w:p>
    <w:tbl>
      <w:tblPr>
        <w:tblW w:w="10091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587"/>
        <w:gridCol w:w="8504"/>
      </w:tblGrid>
      <w:tr>
        <w:tc>
          <w:tcPr>
            <w:tcW w:type="dxa" w:w="1587"/>
            <w:tcMar>
              <w:top w:w="0" w:type="dxa"/>
              <w:left w:w="0" w:type="dxa"/>
              <w:bottom w:w="142" w:type="dxa"/>
              <w:right w:w="227" w:type="dxa"/>
            </w:tcMar>
          </w:tcPr>
          <w:p>
            <w:pPr>
              <w:pStyle w:val="EntryTitle"/>
              <w:spacing w:before="100"/>
              <w:jc w:val="right"/>
            </w:pPr>
            <w:r>
              <w:rPr>
                <w:rFonts w:ascii="Nunito" w:hAnsi="Nunito" w:eastAsia="Nunito" w:cs="Nunito"/>
                <w:b w:val="0"/>
                <w:color w:val="78716C"/>
                <w:sz w:val="18"/>
                <w:szCs w:val="18"/>
              </w:rPr>
              <w:t>Jun — Jul 2025</w:t>
            </w:r>
            <w:r>
              <w:rPr>
                <w:rFonts w:ascii="Arial" w:hAnsi="Arial" w:eastAsia="Arial" w:cs="Arial"/>
                <w:color w:val="EA580C"/>
                <w:sz w:val="14"/>
                <w:szCs w:val="14"/>
              </w:rPr>
              <w:t xml:space="preserve">  ●</w:t>
            </w:r>
          </w:p>
          <w:p>
            <w:pPr>
              <w:pStyle w:val="EntryMeta"/>
              <w:jc w:val="right"/>
            </w:pPr>
            <w:r>
              <w:t>Hosur</w:t>
            </w:r>
          </w:p>
        </w:tc>
        <w:tc>
          <w:tcPr>
            <w:tcW w:type="dxa" w:w="8504"/>
            <w:tcBorders>
              <w:top w:val="nil"/>
              <w:left w:val="single" w:sz="12" w:space="0" w:color="EA580C"/>
              <w:bottom w:val="nil"/>
              <w:right w:val="nil"/>
            </w:tcBorders>
            <w:tcMar>
              <w:top w:w="0" w:type="dxa"/>
              <w:left w:w="283" w:type="dxa"/>
              <w:bottom w:w="142" w:type="dxa"/>
              <w:right w:w="0" w:type="dxa"/>
            </w:tcMar>
          </w:tcPr>
          <w:p>
            <w:pPr>
              <w:pStyle w:val="EntryTitle"/>
              <w:spacing w:before="100"/>
            </w:pPr>
            <w:r>
              <w:t>Summer Trainee</w:t>
            </w:r>
          </w:p>
          <w:p>
            <w:pPr>
              <w:pStyle w:val="EntryMeta"/>
            </w:pPr>
            <w:r>
              <w:t>Kestrel Mobility</w:t>
            </w:r>
          </w:p>
          <w:p>
            <w:pPr>
              <w:pStyle w:val="ResumeBullet"/>
            </w:pPr>
            <w:r>
              <w:t>Studied assembly-line bottlenecks and proposed a fixture that saved 12 s per unit.</w:t>
            </w:r>
          </w:p>
        </w:tc>
      </w:tr>
    </w:tbl>
    <w:p>
      <w:pPr>
        <w:pStyle w:val="SectionHeading"/>
      </w:pPr>
      <w:r>
        <w:rPr>
          <w:rFonts w:ascii="Arial" w:hAnsi="Arial" w:eastAsia="Arial" w:cs="Arial"/>
          <w:color w:val="EA580C"/>
          <w:sz w:val="15"/>
          <w:szCs w:val="15"/>
        </w:rPr>
        <w:t xml:space="preserve">●  </w:t>
      </w:r>
      <w:r>
        <w:t>Projects</w:t>
      </w:r>
    </w:p>
    <w:tbl>
      <w:tblPr>
        <w:tblW w:w="10091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587"/>
        <w:gridCol w:w="8504"/>
      </w:tblGrid>
      <w:tr>
        <w:tc>
          <w:tcPr>
            <w:tcW w:type="dxa" w:w="1587"/>
            <w:tcMar>
              <w:top w:w="0" w:type="dxa"/>
              <w:left w:w="0" w:type="dxa"/>
              <w:bottom w:w="142" w:type="dxa"/>
              <w:right w:w="227" w:type="dxa"/>
            </w:tcMar>
          </w:tcPr>
          <w:p>
            <w:pPr>
              <w:pStyle w:val="EntryTitle"/>
              <w:spacing w:before="100"/>
              <w:jc w:val="right"/>
            </w:pPr>
            <w:r>
              <w:rPr>
                <w:rFonts w:ascii="Nunito" w:hAnsi="Nunito" w:eastAsia="Nunito" w:cs="Nunito"/>
                <w:b w:val="0"/>
                <w:color w:val="78716C"/>
                <w:sz w:val="18"/>
                <w:szCs w:val="18"/>
              </w:rPr>
              <w:t>2023 — 2025</w:t>
            </w:r>
            <w:r>
              <w:rPr>
                <w:rFonts w:ascii="Arial" w:hAnsi="Arial" w:eastAsia="Arial" w:cs="Arial"/>
                <w:color w:val="EA580C"/>
                <w:sz w:val="14"/>
                <w:szCs w:val="14"/>
              </w:rPr>
              <w:t xml:space="preserve">  ●</w:t>
            </w:r>
          </w:p>
        </w:tc>
        <w:tc>
          <w:tcPr>
            <w:tcW w:type="dxa" w:w="8504"/>
            <w:tcBorders>
              <w:top w:val="nil"/>
              <w:left w:val="single" w:sz="12" w:space="0" w:color="EA580C"/>
              <w:bottom w:val="nil"/>
              <w:right w:val="nil"/>
            </w:tcBorders>
            <w:tcMar>
              <w:top w:w="0" w:type="dxa"/>
              <w:left w:w="283" w:type="dxa"/>
              <w:bottom w:w="142" w:type="dxa"/>
              <w:right w:w="0" w:type="dxa"/>
            </w:tcMar>
          </w:tcPr>
          <w:p>
            <w:pPr>
              <w:pStyle w:val="EntryTitle"/>
              <w:spacing w:before="100"/>
            </w:pPr>
            <w:r>
              <w:t>Formula Student car — chassis team</w:t>
            </w:r>
          </w:p>
          <w:p>
            <w:pPr>
              <w:pStyle w:val="EntryMeta"/>
            </w:pPr>
            <w:r>
              <w:t>SolidWorks, ANSYS</w:t>
            </w:r>
          </w:p>
          <w:p>
            <w:pPr>
              <w:pStyle w:val="ResumeBullet"/>
            </w:pPr>
            <w:r>
              <w:t>Designed the space-frame chassis; cut weight by 8 kg while improving stiffness.</w:t>
            </w:r>
          </w:p>
        </w:tc>
      </w:tr>
      <w:tr>
        <w:tc>
          <w:tcPr>
            <w:tcW w:type="dxa" w:w="1587"/>
            <w:tcMar>
              <w:top w:w="0" w:type="dxa"/>
              <w:left w:w="0" w:type="dxa"/>
              <w:bottom w:w="142" w:type="dxa"/>
              <w:right w:w="227" w:type="dxa"/>
            </w:tcMar>
          </w:tcPr>
          <w:p>
            <w:pPr>
              <w:pStyle w:val="EntryTitle"/>
              <w:spacing w:before="100"/>
              <w:jc w:val="right"/>
            </w:pPr>
            <w:r>
              <w:rPr>
                <w:rFonts w:ascii="Nunito" w:hAnsi="Nunito" w:eastAsia="Nunito" w:cs="Nunito"/>
                <w:b w:val="0"/>
                <w:color w:val="78716C"/>
                <w:sz w:val="18"/>
                <w:szCs w:val="18"/>
              </w:rPr>
              <w:t>2024</w:t>
            </w:r>
            <w:r>
              <w:rPr>
                <w:rFonts w:ascii="Arial" w:hAnsi="Arial" w:eastAsia="Arial" w:cs="Arial"/>
                <w:color w:val="EA580C"/>
                <w:sz w:val="14"/>
                <w:szCs w:val="14"/>
              </w:rPr>
              <w:t xml:space="preserve">  ●</w:t>
            </w:r>
          </w:p>
        </w:tc>
        <w:tc>
          <w:tcPr>
            <w:tcW w:type="dxa" w:w="8504"/>
            <w:tcBorders>
              <w:top w:val="nil"/>
              <w:left w:val="single" w:sz="12" w:space="0" w:color="EA580C"/>
              <w:bottom w:val="nil"/>
              <w:right w:val="nil"/>
            </w:tcBorders>
            <w:tcMar>
              <w:top w:w="0" w:type="dxa"/>
              <w:left w:w="283" w:type="dxa"/>
              <w:bottom w:w="142" w:type="dxa"/>
              <w:right w:w="0" w:type="dxa"/>
            </w:tcMar>
          </w:tcPr>
          <w:p>
            <w:pPr>
              <w:pStyle w:val="EntryTitle"/>
              <w:spacing w:before="100"/>
            </w:pPr>
            <w:r>
              <w:t>Solar-powered vegetable dryer</w:t>
            </w:r>
          </w:p>
          <w:p>
            <w:pPr>
              <w:pStyle w:val="EntryMeta"/>
            </w:pPr>
            <w:r>
              <w:t>Fabrication</w:t>
            </w:r>
          </w:p>
          <w:p>
            <w:pPr>
              <w:pStyle w:val="ResumeBullet"/>
            </w:pPr>
            <w:r>
              <w:t>Built a low-cost dryer prototype for a village self-help group.</w:t>
            </w:r>
          </w:p>
        </w:tc>
      </w:tr>
    </w:tbl>
    <w:p>
      <w:pPr>
        <w:pStyle w:val="SectionHeading"/>
      </w:pPr>
      <w:r>
        <w:rPr>
          <w:rFonts w:ascii="Arial" w:hAnsi="Arial" w:eastAsia="Arial" w:cs="Arial"/>
          <w:color w:val="EA580C"/>
          <w:sz w:val="15"/>
          <w:szCs w:val="15"/>
        </w:rPr>
        <w:t xml:space="preserve">●  </w:t>
      </w:r>
      <w:r>
        <w:t>Skills</w:t>
      </w:r>
    </w:p>
    <w:p>
      <w:pPr>
        <w:pStyle w:val="BodyText"/>
        <w:spacing w:line="420" w:lineRule="auto"/>
      </w:pPr>
      <w:r>
        <w:rPr>
          <w:color w:val="9A3412"/>
          <w:sz w:val="17"/>
          <w:szCs w:val="18"/>
          <w:shd w:val="clear" w:color="auto" w:fill="FFEDD5"/>
        </w:rPr>
        <w:t xml:space="preserve"> CAD modelling </w:t>
      </w:r>
      <w:r>
        <w:t xml:space="preserve">   </w:t>
      </w:r>
      <w:r>
        <w:rPr>
          <w:color w:val="9A3412"/>
          <w:sz w:val="17"/>
          <w:szCs w:val="18"/>
          <w:shd w:val="clear" w:color="auto" w:fill="FFEDD5"/>
        </w:rPr>
        <w:t xml:space="preserve"> FEA </w:t>
      </w:r>
      <w:r>
        <w:t xml:space="preserve">   </w:t>
      </w:r>
      <w:r>
        <w:rPr>
          <w:color w:val="9A3412"/>
          <w:sz w:val="17"/>
          <w:szCs w:val="18"/>
          <w:shd w:val="clear" w:color="auto" w:fill="FFEDD5"/>
        </w:rPr>
        <w:t xml:space="preserve"> Manufacturing processes </w:t>
      </w:r>
      <w:r>
        <w:t xml:space="preserve">   </w:t>
      </w:r>
      <w:r>
        <w:rPr>
          <w:color w:val="9A3412"/>
          <w:sz w:val="17"/>
          <w:szCs w:val="18"/>
          <w:shd w:val="clear" w:color="auto" w:fill="FFEDD5"/>
        </w:rPr>
        <w:t xml:space="preserve"> GD&amp;T basics </w:t>
      </w:r>
      <w:r>
        <w:t xml:space="preserve">   </w:t>
      </w:r>
      <w:r>
        <w:rPr>
          <w:color w:val="9A3412"/>
          <w:sz w:val="17"/>
          <w:szCs w:val="18"/>
          <w:shd w:val="clear" w:color="auto" w:fill="FFEDD5"/>
        </w:rPr>
        <w:t xml:space="preserve"> Teamwork </w:t>
      </w:r>
      <w:r>
        <w:t xml:space="preserve">   </w:t>
      </w:r>
    </w:p>
    <w:p>
      <w:pPr>
        <w:pStyle w:val="SectionHeading"/>
      </w:pPr>
      <w:r>
        <w:rPr>
          <w:rFonts w:ascii="Arial" w:hAnsi="Arial" w:eastAsia="Arial" w:cs="Arial"/>
          <w:color w:val="EA580C"/>
          <w:sz w:val="15"/>
          <w:szCs w:val="15"/>
        </w:rPr>
        <w:t xml:space="preserve">●  </w:t>
      </w:r>
      <w:r>
        <w:t>Achievements</w:t>
      </w:r>
    </w:p>
    <w:p>
      <w:pPr>
        <w:pStyle w:val="ResumeBullet"/>
      </w:pPr>
      <w:r>
        <w:t>National-level rank, student formula event (2024)</w:t>
      </w:r>
    </w:p>
    <w:p>
      <w:pPr>
        <w:pStyle w:val="ResumeBullet"/>
      </w:pPr>
      <w:r>
        <w:t>Merit scholarship (2023, 2024)</w:t>
      </w:r>
    </w:p>
    <w:p>
      <w:pPr>
        <w:pStyle w:val="SectionHeading"/>
      </w:pPr>
      <w:r>
        <w:rPr>
          <w:rFonts w:ascii="Arial" w:hAnsi="Arial" w:eastAsia="Arial" w:cs="Arial"/>
          <w:color w:val="EA580C"/>
          <w:sz w:val="15"/>
          <w:szCs w:val="15"/>
        </w:rPr>
        <w:t xml:space="preserve">●  </w:t>
      </w:r>
      <w:r>
        <w:t>Leadership</w:t>
      </w:r>
    </w:p>
    <w:p>
      <w:pPr>
        <w:pStyle w:val="ResumeBullet"/>
      </w:pPr>
      <w:r>
        <w:t>Captain, college football team</w:t>
      </w:r>
    </w:p>
    <w:sectPr w:rsidR="00FC693F" w:rsidRPr="0006063C" w:rsidSect="00034616">
      <w:pgSz w:w="11906" w:h="16838"/>
      <w:pgMar w:top="907" w:right="907" w:bottom="794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EA580C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EA580C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unito" w:hAnsi="Nunito" w:eastAsia="Nunito" w:cs="Nuni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12" w:lineRule="auto"/>
    </w:pPr>
    <w:rPr>
      <w:rFonts w:ascii="Nunito" w:hAnsi="Nunito" w:eastAsia="Nunito" w:cs="Nunito"/>
      <w:color w:val="292524"/>
      <w:sz w:val="18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12" w:lineRule="auto"/>
    </w:pPr>
    <w:rPr>
      <w:rFonts w:ascii="Nunito" w:hAnsi="Nunito" w:eastAsia="Nunito" w:cs="Nunito"/>
      <w:b w:val="0"/>
      <w:i w:val="0"/>
      <w:caps w:val="0"/>
      <w:smallCaps w:val="0"/>
      <w:color w:val="292524"/>
      <w:sz w:val="18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</w:pPr>
    <w:rPr>
      <w:rFonts w:ascii="Nunito" w:hAnsi="Nunito" w:eastAsia="Nunito" w:cs="Nunito"/>
      <w:b/>
      <w:bCs/>
      <w:i w:val="0"/>
      <w:caps w:val="0"/>
      <w:smallCaps w:val="0"/>
      <w:color w:val="7C2D12"/>
      <w:sz w:val="64"/>
      <w:szCs w:val="64"/>
    </w:rPr>
  </w:style>
  <w:style w:type="paragraph" w:customStyle="1" w:styleId="Role">
    <w:name w:val="Role"/>
    <w:basedOn w:val="Normal"/>
    <w:qFormat/>
    <w:pPr>
      <w:keepNext w:val="0"/>
      <w:widowControl/>
      <w:spacing w:before="0" w:after="80"/>
    </w:pPr>
    <w:rPr>
      <w:rFonts w:ascii="Nunito" w:hAnsi="Nunito" w:eastAsia="Nunito" w:cs="Nunito"/>
      <w:b/>
      <w:bCs/>
      <w:i w:val="0"/>
      <w:caps w:val="0"/>
      <w:smallCaps w:val="0"/>
      <w:color w:val="EA580C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Nunito" w:hAnsi="Nunito" w:eastAsia="Nunito" w:cs="Nunito"/>
      <w:b w:val="0"/>
      <w:i w:val="0"/>
      <w:caps w:val="0"/>
      <w:smallCaps w:val="0"/>
      <w:color w:val="78716C"/>
      <w:sz w:val="16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20" w:after="100"/>
    </w:pPr>
    <w:rPr>
      <w:rFonts w:ascii="Nunito" w:hAnsi="Nunito" w:eastAsia="Nunito" w:cs="Nunito"/>
      <w:b/>
      <w:bCs/>
      <w:i w:val="0"/>
      <w:caps/>
      <w:smallCaps w:val="0"/>
      <w:color w:val="7C2D12"/>
      <w:spacing w:val="30"/>
      <w:sz w:val="22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12" w:lineRule="auto"/>
    </w:pPr>
    <w:rPr>
      <w:rFonts w:ascii="Nunito" w:hAnsi="Nunito" w:eastAsia="Nunito" w:cs="Nunito"/>
      <w:b w:val="0"/>
      <w:i w:val="0"/>
      <w:caps w:val="0"/>
      <w:smallCaps w:val="0"/>
      <w:color w:val="292524"/>
      <w:sz w:val="18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10"/>
    </w:pPr>
    <w:rPr>
      <w:rFonts w:ascii="Nunito" w:hAnsi="Nunito" w:eastAsia="Nunito" w:cs="Nunito"/>
      <w:b/>
      <w:bCs/>
      <w:i w:val="0"/>
      <w:caps w:val="0"/>
      <w:smallCaps w:val="0"/>
      <w:color w:val="292524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Nunito" w:hAnsi="Nunito" w:eastAsia="Nunito" w:cs="Nunito"/>
      <w:b w:val="0"/>
      <w:i w:val="0"/>
      <w:caps w:val="0"/>
      <w:smallCaps w:val="0"/>
      <w:color w:val="EA580C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4" w:line="312" w:lineRule="auto"/>
      <w:ind w:left="261" w:hanging="227"/>
    </w:pPr>
    <w:rPr>
      <w:rFonts w:ascii="Nunito" w:hAnsi="Nunito" w:eastAsia="Nunito" w:cs="Nunito"/>
      <w:b w:val="0"/>
      <w:i w:val="0"/>
      <w:caps w:val="0"/>
      <w:smallCaps w:val="0"/>
      <w:color w:val="292524"/>
      <w:sz w:val="18"/>
      <w:szCs w:val="19"/>
    </w:rPr>
  </w:style>
  <w:style w:type="paragraph" w:customStyle="1" w:styleId="SideHeading">
    <w:name w:val="Side Heading"/>
    <w:basedOn w:val="Normal"/>
    <w:qFormat/>
    <w:pPr>
      <w:keepNext/>
      <w:widowControl/>
      <w:spacing w:before="220" w:after="100"/>
    </w:pPr>
    <w:rPr>
      <w:rFonts w:ascii="Nunito" w:hAnsi="Nunito" w:eastAsia="Nunito" w:cs="Nunito"/>
      <w:b/>
      <w:bCs/>
      <w:i w:val="0"/>
      <w:caps/>
      <w:smallCaps w:val="0"/>
      <w:color w:val="7C2D12"/>
      <w:spacing w:val="30"/>
      <w:sz w:val="22"/>
      <w:szCs w:val="22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12" w:lineRule="auto"/>
    </w:pPr>
    <w:rPr>
      <w:rFonts w:ascii="Nunito" w:hAnsi="Nunito" w:eastAsia="Nunito" w:cs="Nunito"/>
      <w:b w:val="0"/>
      <w:i w:val="0"/>
      <w:caps w:val="0"/>
      <w:smallCaps w:val="0"/>
      <w:color w:val="292524"/>
      <w:sz w:val="18"/>
      <w:szCs w:val="19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Nunito" w:hAnsi="Nunito" w:eastAsia="Nunito" w:cs="Nunito"/>
      <w:b w:val="0"/>
      <w:i w:val="0"/>
      <w:caps/>
      <w:smallCaps w:val="0"/>
      <w:color w:val="78716C"/>
      <w:spacing w:val="20"/>
      <w:sz w:val="17"/>
      <w:szCs w:val="18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4" w:line="312" w:lineRule="auto"/>
      <w:ind w:left="261" w:hanging="227"/>
    </w:pPr>
    <w:rPr>
      <w:rFonts w:ascii="Nunito" w:hAnsi="Nunito" w:eastAsia="Nunito" w:cs="Nunito"/>
      <w:b w:val="0"/>
      <w:i w:val="0"/>
      <w:caps w:val="0"/>
      <w:smallCaps w:val="0"/>
      <w:color w:val="292524"/>
      <w:sz w:val="18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Journey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