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3969"/>
        <w:gridCol w:w="3969"/>
        <w:gridCol w:w="3969"/>
      </w:tblGrid>
      <w:tr>
        <w:trPr>
          <w:trHeight w:val="4195" w:hRule="exact"/>
        </w:trPr>
        <w:tc>
          <w:tcPr>
            <w:tcW w:type="dxa" w:w="11907"/>
            <w:gridSpan w:val="3"/>
            <w:tcBorders>
              <w:top w:val="nil"/>
              <w:left w:val="nil"/>
              <w:bottom w:val="single" w:sz="24" w:space="0" w:color="1A1A1A"/>
              <w:right w:val="nil"/>
            </w:tcBorders>
            <w:shd w:val="clear" w:color="auto" w:fill="FFFFFF"/>
            <w:tcMar>
              <w:top w:w="1020" w:type="dxa"/>
              <w:left w:w="794" w:type="dxa"/>
              <w:bottom w:w="454" w:type="dxa"/>
              <w:right w:w="794" w:type="dxa"/>
            </w:tcMar>
            <w:vAlign w:val="bottom"/>
          </w:tcPr>
          <w:p>
            <w:pPr>
              <w:pStyle w:val="Name"/>
            </w:pPr>
            <w:r>
              <w:t>Nikita Bose</w:t>
            </w:r>
          </w:p>
          <w:p>
            <w:pPr>
              <w:pStyle w:val="Role"/>
            </w:pPr>
            <w:r>
              <w:t>Content Strategist &amp; Writer</w:t>
            </w:r>
          </w:p>
          <w:p>
            <w:pPr>
              <w:pStyle w:val="Contact"/>
            </w:pPr>
            <w:r>
              <w:t>+91 98310 99001</w:t>
            </w:r>
            <w:r>
              <w:rPr>
                <w:color w:val="C1121F"/>
              </w:rPr>
              <w:t xml:space="preserve">   ✦   </w:t>
            </w:r>
            <w:r>
              <w:t>nikita.bose@email.com</w:t>
            </w:r>
            <w:r>
              <w:rPr>
                <w:color w:val="C1121F"/>
              </w:rPr>
              <w:t xml:space="preserve">   ✦   </w:t>
            </w:r>
            <w:r>
              <w:t>Kolkata, India</w:t>
            </w:r>
            <w:r>
              <w:rPr>
                <w:color w:val="C1121F"/>
              </w:rPr>
              <w:t xml:space="preserve">   ✦   </w:t>
            </w:r>
            <w:r>
              <w:t>linkedin.com/in/nikitabose</w:t>
            </w:r>
            <w:r>
              <w:rPr>
                <w:color w:val="C1121F"/>
              </w:rPr>
              <w:t xml:space="preserve">   ✦   </w:t>
            </w:r>
            <w:r>
              <w:t>nikitawrites.in</w:t>
            </w:r>
          </w:p>
        </w:tc>
      </w:tr>
      <w:tr>
        <w:trPr>
          <w:trHeight w:val="12609" w:hRule="atLeast"/>
        </w:trPr>
        <w:tc>
          <w:tcPr>
            <w:tcW w:type="dxa" w:w="3969"/>
            <w:shd w:val="clear" w:color="auto" w:fill="FFFFFF"/>
            <w:tcMar>
              <w:top w:w="680" w:type="dxa"/>
              <w:left w:w="794" w:type="dxa"/>
              <w:bottom w:w="680" w:type="dxa"/>
              <w:right w:w="340" w:type="dxa"/>
            </w:tcMar>
          </w:tcPr>
          <w:p>
            <w:pPr>
              <w:pStyle w:val="SideHeading"/>
              <w:spacing w:before="0"/>
            </w:pPr>
            <w:r>
              <w:t>Profile</w:t>
            </w:r>
          </w:p>
          <w:p>
            <w:pPr>
              <w:pStyle w:val="SideText"/>
            </w:pPr>
            <w:r>
              <w:t>Writer and content strategist with 6 years of crafting stories for brands, newsrooms and products. I turn complex ideas into clear, warm writing, and build content systems that teams can keep up with.</w:t>
            </w:r>
          </w:p>
          <w:p>
            <w:pPr>
              <w:pStyle w:val="SideHeading"/>
            </w:pPr>
            <w:r>
              <w:t>Skills</w:t>
            </w:r>
          </w:p>
          <w:p>
            <w:pPr>
              <w:pStyle w:val="SideText"/>
              <w:spacing w:after="40"/>
            </w:pPr>
            <w:r>
              <w:t>Content strategy</w:t>
            </w:r>
          </w:p>
          <w:p>
            <w:pPr>
              <w:pStyle w:val="SideText"/>
              <w:spacing w:after="40"/>
            </w:pPr>
            <w:r>
              <w:t>Long-form writing</w:t>
            </w:r>
          </w:p>
          <w:p>
            <w:pPr>
              <w:pStyle w:val="SideText"/>
              <w:spacing w:after="40"/>
            </w:pPr>
            <w:r>
              <w:t>UX writing</w:t>
            </w:r>
          </w:p>
          <w:p>
            <w:pPr>
              <w:pStyle w:val="SideText"/>
              <w:spacing w:after="40"/>
            </w:pPr>
            <w:r>
              <w:t>SEO</w:t>
            </w:r>
          </w:p>
          <w:p>
            <w:pPr>
              <w:pStyle w:val="SideText"/>
              <w:spacing w:after="40"/>
            </w:pPr>
            <w:r>
              <w:t>Editing</w:t>
            </w:r>
          </w:p>
          <w:p>
            <w:pPr>
              <w:pStyle w:val="SideText"/>
              <w:spacing w:after="40"/>
            </w:pPr>
            <w:r>
              <w:t>Brand voice</w:t>
            </w:r>
          </w:p>
          <w:p>
            <w:pPr>
              <w:pStyle w:val="SideHeading"/>
            </w:pPr>
            <w:r>
              <w:t>Tools</w:t>
            </w:r>
          </w:p>
          <w:p>
            <w:pPr>
              <w:pStyle w:val="SideText"/>
              <w:spacing w:after="40"/>
            </w:pPr>
            <w:r>
              <w:t>WordPress</w:t>
            </w:r>
          </w:p>
          <w:p>
            <w:pPr>
              <w:pStyle w:val="SideText"/>
              <w:spacing w:after="40"/>
            </w:pPr>
            <w:r>
              <w:t>Notion</w:t>
            </w:r>
          </w:p>
          <w:p>
            <w:pPr>
              <w:pStyle w:val="SideText"/>
              <w:spacing w:after="40"/>
            </w:pPr>
            <w:r>
              <w:t>Ahrefs</w:t>
            </w:r>
          </w:p>
          <w:p>
            <w:pPr>
              <w:pStyle w:val="SideText"/>
              <w:spacing w:after="40"/>
            </w:pPr>
            <w:r>
              <w:t>Google Docs</w:t>
            </w:r>
          </w:p>
          <w:p>
            <w:pPr>
              <w:pStyle w:val="SideText"/>
              <w:spacing w:after="40"/>
            </w:pPr>
            <w:r>
              <w:t>Figma (basics)</w:t>
            </w:r>
          </w:p>
          <w:p>
            <w:pPr>
              <w:pStyle w:val="SideHeading"/>
            </w:pPr>
            <w:r>
              <w:t>Languages</w:t>
            </w:r>
          </w:p>
          <w:p>
            <w:pPr>
              <w:pStyle w:val="SideText"/>
              <w:spacing w:after="40"/>
            </w:pPr>
            <w:r>
              <w:t>English</w:t>
            </w:r>
          </w:p>
          <w:p>
            <w:pPr>
              <w:pStyle w:val="SideText"/>
              <w:spacing w:after="40"/>
            </w:pPr>
            <w:r>
              <w:t>Bengali</w:t>
            </w:r>
          </w:p>
          <w:p>
            <w:pPr>
              <w:pStyle w:val="SideText"/>
              <w:spacing w:after="40"/>
            </w:pPr>
            <w:r>
              <w:t>Hindi</w:t>
            </w:r>
          </w:p>
        </w:tc>
        <w:tc>
          <w:tcPr>
            <w:tcW w:type="dxa" w:w="3969"/>
            <w:tcBorders>
              <w:top w:val="nil"/>
              <w:left w:val="single" w:sz="4" w:space="0" w:color="1A1A1A"/>
              <w:bottom w:val="nil"/>
              <w:right w:val="nil"/>
            </w:tcBorders>
            <w:shd w:val="clear" w:color="auto" w:fill="FFFFFF"/>
            <w:tcMar>
              <w:top w:w="680" w:type="dxa"/>
              <w:left w:w="340" w:type="dxa"/>
              <w:bottom w:w="680" w:type="dxa"/>
              <w:right w:w="340" w:type="dxa"/>
            </w:tcMar>
          </w:tcPr>
          <w:p>
            <w:pPr>
              <w:pStyle w:val="SectionHeading"/>
              <w:spacing w:before="0"/>
            </w:pPr>
            <w:r>
              <w:t>Experience</w:t>
            </w:r>
          </w:p>
          <w:p>
            <w:pPr>
              <w:pStyle w:val="EntryTitle"/>
            </w:pPr>
            <w:r>
              <w:t>Content Strategist</w:t>
            </w:r>
          </w:p>
          <w:p>
            <w:pPr>
              <w:pStyle w:val="EntryMeta"/>
            </w:pPr>
            <w:r>
              <w:t>Monsoon Media House, Kolkata</w:t>
            </w:r>
            <w:r>
              <w:rPr>
                <w:color w:val="C1121F"/>
              </w:rPr>
              <w:t xml:space="preserve">   ✦   </w:t>
            </w:r>
            <w:r>
              <w:rPr>
                <w:i w:val="0"/>
                <w:color w:val="666666"/>
              </w:rPr>
              <w:t>2021 — Present</w:t>
            </w:r>
          </w:p>
          <w:p>
            <w:pPr>
              <w:pStyle w:val="ResumeBullet"/>
            </w:pPr>
            <w:r>
              <w:t>Lead content for three lifestyle brands, reaching 2.5 million readers a month.</w:t>
            </w:r>
          </w:p>
          <w:p>
            <w:pPr>
              <w:pStyle w:val="ResumeBullet"/>
            </w:pPr>
            <w:r>
              <w:t>Built an editorial calendar and style guide used by 25 freelance writers.</w:t>
            </w:r>
          </w:p>
          <w:p>
            <w:pPr>
              <w:pStyle w:val="EntryTitle"/>
            </w:pPr>
            <w:r>
              <w:t>Senior Copywriter</w:t>
            </w:r>
          </w:p>
          <w:p>
            <w:pPr>
              <w:pStyle w:val="EntryMeta"/>
            </w:pPr>
            <w:r>
              <w:t>Marigold Design Co., Kolkata</w:t>
            </w:r>
            <w:r>
              <w:rPr>
                <w:color w:val="C1121F"/>
              </w:rPr>
              <w:t xml:space="preserve">   ✦   </w:t>
            </w:r>
            <w:r>
              <w:rPr>
                <w:i w:val="0"/>
                <w:color w:val="666666"/>
              </w:rPr>
              <w:t>2018 — 2021</w:t>
            </w:r>
          </w:p>
          <w:p>
            <w:pPr>
              <w:pStyle w:val="ResumeBullet"/>
            </w:pPr>
            <w:r>
              <w:t>Wrote campaigns, packaging and websites for food, fashion and education brands.</w:t>
            </w:r>
          </w:p>
          <w:p>
            <w:pPr>
              <w:pStyle w:val="ResumeBullet"/>
            </w:pPr>
            <w:r>
              <w:t>Won two regional advertising awards for a festive campaign.</w:t>
            </w:r>
          </w:p>
          <w:p>
            <w:pPr>
              <w:pStyle w:val="EntryTitle"/>
            </w:pPr>
            <w:r>
              <w:t>Features Writer</w:t>
            </w:r>
          </w:p>
          <w:p>
            <w:pPr>
              <w:pStyle w:val="EntryMeta"/>
            </w:pPr>
            <w:r>
              <w:t>Monsoon Media House, Kolkata</w:t>
            </w:r>
            <w:r>
              <w:rPr>
                <w:color w:val="C1121F"/>
              </w:rPr>
              <w:t xml:space="preserve">   ✦   </w:t>
            </w:r>
            <w:r>
              <w:rPr>
                <w:i w:val="0"/>
                <w:color w:val="666666"/>
              </w:rPr>
              <w:t>2016 — 2018</w:t>
            </w:r>
          </w:p>
          <w:p>
            <w:pPr>
              <w:pStyle w:val="ResumeBullet"/>
            </w:pPr>
            <w:r>
              <w:t>Reported and wrote 200+ features on culture, food and city life.</w:t>
            </w:r>
          </w:p>
        </w:tc>
        <w:tc>
          <w:tcPr>
            <w:tcW w:type="dxa" w:w="3969"/>
            <w:tcBorders>
              <w:top w:val="nil"/>
              <w:left w:val="single" w:sz="4" w:space="0" w:color="1A1A1A"/>
              <w:bottom w:val="nil"/>
              <w:right w:val="nil"/>
            </w:tcBorders>
            <w:shd w:val="clear" w:color="auto" w:fill="FFFFFF"/>
            <w:tcMar>
              <w:top w:w="680" w:type="dxa"/>
              <w:left w:w="340" w:type="dxa"/>
              <w:bottom w:w="680" w:type="dxa"/>
              <w:right w:w="794" w:type="dxa"/>
            </w:tcMar>
          </w:tcPr>
          <w:p>
            <w:pPr>
              <w:pStyle w:val="SideHeading"/>
              <w:spacing w:before="0"/>
            </w:pPr>
            <w:r>
              <w:t>Education</w:t>
            </w:r>
          </w:p>
          <w:p>
            <w:pPr>
              <w:pStyle w:val="SideText"/>
              <w:spacing w:after="0"/>
            </w:pPr>
            <w:r>
              <w:rPr>
                <w:b/>
                <w:bCs/>
              </w:rPr>
              <w:t>M.A., English Literature</w:t>
            </w:r>
          </w:p>
          <w:p>
            <w:pPr>
              <w:pStyle w:val="SideText"/>
              <w:spacing w:after="0"/>
            </w:pPr>
            <w:r>
              <w:t>Ganga Valley University</w:t>
            </w:r>
          </w:p>
          <w:p>
            <w:pPr>
              <w:pStyle w:val="SideText"/>
              <w:spacing w:after="80"/>
            </w:pPr>
            <w:r>
              <w:rPr>
                <w:color w:val="666666"/>
              </w:rPr>
              <w:t>2014 — 2016</w:t>
            </w:r>
          </w:p>
          <w:p>
            <w:pPr>
              <w:pStyle w:val="SideText"/>
              <w:spacing w:after="0"/>
            </w:pPr>
            <w:r>
              <w:rPr>
                <w:b/>
                <w:bCs/>
              </w:rPr>
              <w:t>B.A., Journalism</w:t>
            </w:r>
          </w:p>
          <w:p>
            <w:pPr>
              <w:pStyle w:val="SideText"/>
              <w:spacing w:after="0"/>
            </w:pPr>
            <w:r>
              <w:t>St. Aldwin's College</w:t>
            </w:r>
          </w:p>
          <w:p>
            <w:pPr>
              <w:pStyle w:val="SideText"/>
              <w:spacing w:after="80"/>
            </w:pPr>
            <w:r>
              <w:rPr>
                <w:color w:val="666666"/>
              </w:rPr>
              <w:t>2011 — 2014</w:t>
            </w:r>
          </w:p>
          <w:p>
            <w:pPr>
              <w:pStyle w:val="SideHeading"/>
            </w:pPr>
            <w:r>
              <w:t>Awards</w:t>
            </w:r>
          </w:p>
          <w:p>
            <w:pPr>
              <w:pStyle w:val="SideBullet"/>
            </w:pPr>
            <w:r>
              <w:t>Regional Ad Club Silver, 2020</w:t>
            </w:r>
          </w:p>
          <w:p>
            <w:pPr>
              <w:pStyle w:val="SideHeading"/>
            </w:pPr>
            <w:r>
              <w:t>Interests</w:t>
            </w:r>
          </w:p>
          <w:p>
            <w:pPr>
              <w:pStyle w:val="SideText"/>
              <w:spacing w:after="40"/>
            </w:pPr>
            <w:r>
              <w:t>Rabindra Sangeet</w:t>
            </w:r>
          </w:p>
          <w:p>
            <w:pPr>
              <w:pStyle w:val="SideText"/>
              <w:spacing w:after="40"/>
            </w:pPr>
            <w:r>
              <w:t>Book club host</w:t>
            </w:r>
          </w:p>
          <w:p>
            <w:pPr>
              <w:pStyle w:val="SideText"/>
              <w:spacing w:after="40"/>
            </w:pPr>
            <w:r>
              <w:t>Film photography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—"/>
      <w:lvlJc w:val="left"/>
      <w:pPr>
        <w:ind w:left="295" w:hanging="272"/>
      </w:pPr>
      <w:rPr>
        <w:rFonts w:ascii="Arial" w:hAnsi="Arial" w:cs="Arial" w:hint="default"/>
        <w:color w:val="C1121F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—"/>
      <w:lvlJc w:val="left"/>
      <w:pPr>
        <w:ind w:left="295" w:hanging="272"/>
      </w:pPr>
      <w:rPr>
        <w:rFonts w:ascii="Arial" w:hAnsi="Arial" w:cs="Arial" w:hint="default"/>
        <w:color w:val="C1121F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ora" w:hAnsi="Lora" w:eastAsia="Lora" w:cs="Lor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26" w:lineRule="auto"/>
    </w:pPr>
    <w:rPr>
      <w:rFonts w:ascii="Lora" w:hAnsi="Lora" w:eastAsia="Lora" w:cs="Lora"/>
      <w:color w:val="222222"/>
      <w:sz w:val="18"/>
      <w:szCs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26" w:lineRule="auto"/>
    </w:pPr>
    <w:rPr>
      <w:rFonts w:ascii="Lora" w:hAnsi="Lora" w:eastAsia="Lora" w:cs="Lora"/>
      <w:b w:val="0"/>
      <w:i w:val="0"/>
      <w:caps w:val="0"/>
      <w:smallCaps w:val="0"/>
      <w:color w:val="222222"/>
      <w:sz w:val="18"/>
      <w:szCs w:val="19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4" w:lineRule="exact" w:line="1080"/>
    </w:pPr>
    <w:rPr>
      <w:rFonts w:ascii="Abril Fatface" w:hAnsi="Abril Fatface" w:eastAsia="Abril Fatface" w:cs="Abril Fatface"/>
      <w:b w:val="0"/>
      <w:i w:val="0"/>
      <w:caps w:val="0"/>
      <w:smallCaps w:val="0"/>
      <w:color w:val="1A1A1A"/>
      <w:spacing w:val="-20"/>
      <w:sz w:val="116"/>
      <w:szCs w:val="116"/>
    </w:rPr>
  </w:style>
  <w:style w:type="paragraph" w:customStyle="1" w:styleId="Role">
    <w:name w:val="Role"/>
    <w:basedOn w:val="Normal"/>
    <w:qFormat/>
    <w:pPr>
      <w:keepNext w:val="0"/>
      <w:widowControl/>
      <w:spacing w:before="0" w:after="44"/>
    </w:pPr>
    <w:rPr>
      <w:rFonts w:ascii="Lora" w:hAnsi="Lora" w:eastAsia="Lora" w:cs="Lora"/>
      <w:b w:val="0"/>
      <w:i/>
      <w:caps w:val="0"/>
      <w:smallCaps w:val="0"/>
      <w:color w:val="C1121F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Lora" w:hAnsi="Lora" w:eastAsia="Lora" w:cs="Lora"/>
      <w:b w:val="0"/>
      <w:i w:val="0"/>
      <w:caps w:val="0"/>
      <w:smallCaps w:val="0"/>
      <w:color w:val="666666"/>
      <w:sz w:val="16"/>
      <w:szCs w:val="17"/>
    </w:rPr>
  </w:style>
  <w:style w:type="paragraph" w:customStyle="1" w:styleId="SectionHeading">
    <w:name w:val="Section Heading"/>
    <w:basedOn w:val="Normal"/>
    <w:qFormat/>
    <w:pPr>
      <w:keepNext/>
      <w:widowControl/>
      <w:spacing w:before="224" w:after="112"/>
    </w:pPr>
    <w:rPr>
      <w:rFonts w:ascii="Abril Fatface" w:hAnsi="Abril Fatface" w:eastAsia="Abril Fatface" w:cs="Abril Fatface"/>
      <w:b w:val="0"/>
      <w:i w:val="0"/>
      <w:caps w:val="0"/>
      <w:smallCaps w:val="0"/>
      <w:color w:val="C1121F"/>
      <w:sz w:val="32"/>
      <w:szCs w:val="32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26" w:lineRule="auto"/>
    </w:pPr>
    <w:rPr>
      <w:rFonts w:ascii="Lora" w:hAnsi="Lora" w:eastAsia="Lora" w:cs="Lora"/>
      <w:b w:val="0"/>
      <w:i w:val="0"/>
      <w:caps w:val="0"/>
      <w:smallCaps w:val="0"/>
      <w:color w:val="222222"/>
      <w:sz w:val="18"/>
      <w:szCs w:val="19"/>
    </w:rPr>
  </w:style>
  <w:style w:type="paragraph" w:customStyle="1" w:styleId="EntryTitle">
    <w:name w:val="Entry Title"/>
    <w:basedOn w:val="Normal"/>
    <w:qFormat/>
    <w:pPr>
      <w:keepNext/>
      <w:widowControl/>
      <w:spacing w:before="112" w:after="10"/>
    </w:pPr>
    <w:rPr>
      <w:rFonts w:ascii="Abril Fatface" w:hAnsi="Abril Fatface" w:eastAsia="Abril Fatface" w:cs="Abril Fatface"/>
      <w:b/>
      <w:bCs/>
      <w:i w:val="0"/>
      <w:caps w:val="0"/>
      <w:smallCaps w:val="0"/>
      <w:color w:val="222222"/>
      <w:sz w:val="21"/>
      <w:szCs w:val="21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Lora" w:hAnsi="Lora" w:eastAsia="Lora" w:cs="Lora"/>
      <w:b w:val="0"/>
      <w:i/>
      <w:caps w:val="0"/>
      <w:smallCaps w:val="0"/>
      <w:color w:val="555555"/>
      <w:sz w:val="19"/>
      <w:szCs w:val="19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6" w:line="326" w:lineRule="auto"/>
      <w:ind w:left="295" w:hanging="272"/>
    </w:pPr>
    <w:rPr>
      <w:rFonts w:ascii="Lora" w:hAnsi="Lora" w:eastAsia="Lora" w:cs="Lora"/>
      <w:b w:val="0"/>
      <w:i w:val="0"/>
      <w:caps w:val="0"/>
      <w:smallCaps w:val="0"/>
      <w:color w:val="222222"/>
      <w:sz w:val="18"/>
      <w:szCs w:val="19"/>
    </w:rPr>
  </w:style>
  <w:style w:type="paragraph" w:customStyle="1" w:styleId="SideHeading">
    <w:name w:val="Side Heading"/>
    <w:basedOn w:val="Normal"/>
    <w:qFormat/>
    <w:pPr>
      <w:keepNext/>
      <w:widowControl/>
      <w:spacing w:before="224" w:after="112"/>
    </w:pPr>
    <w:rPr>
      <w:rFonts w:ascii="Abril Fatface" w:hAnsi="Abril Fatface" w:eastAsia="Abril Fatface" w:cs="Abril Fatface"/>
      <w:b w:val="0"/>
      <w:i w:val="0"/>
      <w:caps w:val="0"/>
      <w:smallCaps w:val="0"/>
      <w:color w:val="C1121F"/>
      <w:sz w:val="32"/>
      <w:szCs w:val="32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26" w:lineRule="auto"/>
    </w:pPr>
    <w:rPr>
      <w:rFonts w:ascii="Lora" w:hAnsi="Lora" w:eastAsia="Lora" w:cs="Lora"/>
      <w:b w:val="0"/>
      <w:i w:val="0"/>
      <w:caps w:val="0"/>
      <w:smallCaps w:val="0"/>
      <w:color w:val="222222"/>
      <w:sz w:val="18"/>
      <w:szCs w:val="19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Lora" w:hAnsi="Lora" w:eastAsia="Lora" w:cs="Lora"/>
      <w:b w:val="0"/>
      <w:i w:val="0"/>
      <w:caps/>
      <w:smallCaps w:val="0"/>
      <w:color w:val="666666"/>
      <w:spacing w:val="20"/>
      <w:sz w:val="17"/>
      <w:szCs w:val="18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6" w:line="326" w:lineRule="auto"/>
      <w:ind w:left="295" w:hanging="272"/>
    </w:pPr>
    <w:rPr>
      <w:rFonts w:ascii="Lora" w:hAnsi="Lora" w:eastAsia="Lora" w:cs="Lora"/>
      <w:b w:val="0"/>
      <w:i w:val="0"/>
      <w:caps w:val="0"/>
      <w:smallCaps w:val="0"/>
      <w:color w:val="222222"/>
      <w:sz w:val="18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Magazine Cover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