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BF6EE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FBF6EE"/>
            <w:tcMar>
              <w:top w:w="510" w:type="dxa"/>
              <w:left w:w="510" w:type="dxa"/>
              <w:bottom w:w="0" w:type="dxa"/>
              <w:right w:w="510" w:type="dxa"/>
            </w:tcMar>
          </w:tcPr>
          <w:p/>
          <w:tbl>
            <w:tblPr>
              <w:tblW w:w="10885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0885"/>
            </w:tblGrid>
            <w:tr>
              <w:trPr>
                <w:trHeight w:val="15727" w:hRule="atLeast"/>
              </w:trPr>
              <w:tc>
                <w:tcPr>
                  <w:tcW w:type="dxa" w:w="10885"/>
                  <w:tcBorders>
                    <w:top w:val="dashed" w:sz="8" w:space="0" w:color="2F2A24"/>
                    <w:left w:val="dashed" w:sz="8" w:space="0" w:color="2F2A24"/>
                    <w:bottom w:val="dashed" w:sz="8" w:space="0" w:color="2F2A24"/>
                    <w:right w:val="dashed" w:sz="8" w:space="0" w:color="2F2A24"/>
                  </w:tcBorders>
                  <w:tcMar>
                    <w:top w:w="794" w:type="dxa"/>
                    <w:left w:w="907" w:type="dxa"/>
                    <w:bottom w:w="567" w:type="dxa"/>
                    <w:right w:w="907" w:type="dxa"/>
                  </w:tcMar>
                </w:tcPr>
                <w:p>
                  <w:pPr>
                    <w:pStyle w:val="Name"/>
                    <w:jc w:val="center"/>
                  </w:pPr>
                  <w:r>
                    <w:t>Farhan Ali</w:t>
                  </w:r>
                </w:p>
                <w:p>
                  <w:pPr>
                    <w:pStyle w:val="Role"/>
                    <w:jc w:val="center"/>
                  </w:pPr>
                  <w:r>
                    <w:t>Sous Chef</w:t>
                  </w:r>
                </w:p>
                <w:p>
                  <w:pPr>
                    <w:pStyle w:val="Contact"/>
                  </w:pPr>
                  <w:r>
                    <w:t>+91 98490 50607</w:t>
                  </w:r>
                  <w:r>
                    <w:rPr>
                      <w:color w:val="B5651D"/>
                    </w:rPr>
                    <w:t xml:space="preserve">  ·  </w:t>
                  </w:r>
                  <w:r>
                    <w:t>farhan.ali@email.com</w:t>
                  </w:r>
                  <w:r>
                    <w:rPr>
                      <w:color w:val="B5651D"/>
                    </w:rPr>
                    <w:t xml:space="preserve">  ·  </w:t>
                  </w:r>
                  <w:r>
                    <w:t>Hyderabad, India</w:t>
                  </w:r>
                  <w:r>
                    <w:rPr>
                      <w:color w:val="B5651D"/>
                    </w:rPr>
                    <w:t xml:space="preserve">  ·  </w:t>
                  </w:r>
                  <w:r>
                    <w:t>instagram.com/chef.farhan</w:t>
                  </w:r>
                </w:p>
                <w:p>
                  <w:pPr>
                    <w:pStyle w:val="BodyText"/>
                    <w:pBdr>
                      <w:bottom w:val="dashed" w:sz="6" w:space="0" w:color="2F2A24"/>
                    </w:pBdr>
                    <w:spacing w:after="0" w:lineRule="exact" w:line="120"/>
                  </w:pPr>
                  <w:r/>
                </w:p>
                <w:p>
                  <w:pPr>
                    <w:pStyle w:val="SectionHeading"/>
                    <w:tabs>
                      <w:tab w:pos="9071" w:val="right" w:leader="dot"/>
                    </w:tabs>
                  </w:pPr>
                  <w:r>
                    <w:t>Profile</w:t>
                  </w:r>
                  <w:r>
                    <w:t xml:space="preserve"> </w:t>
                  </w:r>
                  <w:r>
                    <w:tab/>
                  </w:r>
                </w:p>
                <w:p>
                  <w:pPr>
                    <w:pStyle w:val="Summary"/>
                  </w:pPr>
                  <w:r>
                    <w:t>Sous chef with 8 years in fine dining and banquets. Rooted in Hyderabadi and Awadhi cooking, trained in modern technique and obsessed with consistency, hygiene and a happy kitchen.</w:t>
                  </w:r>
                </w:p>
                <w:p>
                  <w:pPr>
                    <w:pStyle w:val="SectionHeading"/>
                    <w:tabs>
                      <w:tab w:pos="9071" w:val="right" w:leader="dot"/>
                    </w:tabs>
                  </w:pPr>
                  <w:r>
                    <w:t>Experience</w:t>
                  </w:r>
                  <w:r>
                    <w:t xml:space="preserve"> </w:t>
                  </w:r>
                  <w:r>
                    <w:tab/>
                  </w:r>
                </w:p>
                <w:p>
                  <w:pPr>
                    <w:pStyle w:val="EntryTitle"/>
                    <w:tabs>
                      <w:tab w:pos="9071" w:val="right"/>
                    </w:tabs>
                  </w:pPr>
                  <w:r>
                    <w:t>Sous Chef</w:t>
                  </w:r>
                  <w:r>
                    <w:tab/>
                  </w:r>
                  <w:r>
                    <w:rPr>
                      <w:rFonts w:ascii="Lato" w:hAnsi="Lato" w:eastAsia="Lato" w:cs="Lato"/>
                      <w:b w:val="0"/>
                      <w:i w:val="0"/>
                      <w:color w:val="7A6F62"/>
                      <w:sz w:val="17"/>
                      <w:szCs w:val="17"/>
                    </w:rPr>
                    <w:t>2021 — Present</w:t>
                  </w:r>
                </w:p>
                <w:p>
                  <w:pPr>
                    <w:pStyle w:val="EntryMeta"/>
                  </w:pPr>
                  <w:r>
                    <w:t>Halcyon Hotels &amp; Resorts, Hyderabad</w:t>
                  </w:r>
                </w:p>
                <w:p>
                  <w:pPr>
                    <w:pStyle w:val="ResumeBullet"/>
                  </w:pPr>
                  <w:r>
                    <w:t>Run a 22-member kitchen serving 600 covers a day across two restaurants.</w:t>
                  </w:r>
                </w:p>
                <w:p>
                  <w:pPr>
                    <w:pStyle w:val="ResumeBullet"/>
                  </w:pPr>
                  <w:r>
                    <w:t>Created a seasonal tasting menu that became the property's top-rated offering.</w:t>
                  </w:r>
                </w:p>
                <w:p>
                  <w:pPr>
                    <w:pStyle w:val="ResumeBullet"/>
                  </w:pPr>
                  <w:r>
                    <w:t>Cut food waste by 25% with better prep planning and stock rotation.</w:t>
                  </w:r>
                </w:p>
                <w:p>
                  <w:pPr>
                    <w:pStyle w:val="EntryTitle"/>
                    <w:tabs>
                      <w:tab w:pos="9071" w:val="right"/>
                    </w:tabs>
                  </w:pPr>
                  <w:r>
                    <w:t>Chef de Partie</w:t>
                  </w:r>
                  <w:r>
                    <w:tab/>
                  </w:r>
                  <w:r>
                    <w:rPr>
                      <w:rFonts w:ascii="Lato" w:hAnsi="Lato" w:eastAsia="Lato" w:cs="Lato"/>
                      <w:b w:val="0"/>
                      <w:i w:val="0"/>
                      <w:color w:val="7A6F62"/>
                      <w:sz w:val="17"/>
                      <w:szCs w:val="17"/>
                    </w:rPr>
                    <w:t>2017 — 2021</w:t>
                  </w:r>
                </w:p>
                <w:p>
                  <w:pPr>
                    <w:pStyle w:val="EntryMeta"/>
                  </w:pPr>
                  <w:r>
                    <w:t>Saffronleaf Kitchens, Bengaluru</w:t>
                  </w:r>
                </w:p>
                <w:p>
                  <w:pPr>
                    <w:pStyle w:val="ResumeBullet"/>
                  </w:pPr>
                  <w:r>
                    <w:t>Led the tandoor and curry sections; trained 10 commis chefs.</w:t>
                  </w:r>
                </w:p>
                <w:p>
                  <w:pPr>
                    <w:pStyle w:val="EntryTitle"/>
                    <w:tabs>
                      <w:tab w:pos="9071" w:val="right"/>
                    </w:tabs>
                  </w:pPr>
                  <w:r>
                    <w:t>Commis Chef</w:t>
                  </w:r>
                  <w:r>
                    <w:tab/>
                  </w:r>
                  <w:r>
                    <w:rPr>
                      <w:rFonts w:ascii="Lato" w:hAnsi="Lato" w:eastAsia="Lato" w:cs="Lato"/>
                      <w:b w:val="0"/>
                      <w:i w:val="0"/>
                      <w:color w:val="7A6F62"/>
                      <w:sz w:val="17"/>
                      <w:szCs w:val="17"/>
                    </w:rPr>
                    <w:t>2015 — 2017</w:t>
                  </w:r>
                </w:p>
                <w:p>
                  <w:pPr>
                    <w:pStyle w:val="EntryMeta"/>
                  </w:pPr>
                  <w:r>
                    <w:t>Halcyon Hotels &amp; Resorts, Goa</w:t>
                  </w:r>
                </w:p>
                <w:p>
                  <w:pPr>
                    <w:pStyle w:val="ResumeBullet"/>
                  </w:pPr>
                  <w:r>
                    <w:t>Worked banquets for events of up to 1,500 guests.</w:t>
                  </w:r>
                </w:p>
                <w:p>
                  <w:pPr>
                    <w:pStyle w:val="SectionHeading"/>
                    <w:tabs>
                      <w:tab w:pos="9071" w:val="right" w:leader="dot"/>
                    </w:tabs>
                  </w:pPr>
                  <w:r>
                    <w:t>Education</w:t>
                  </w:r>
                  <w:r>
                    <w:t xml:space="preserve"> </w:t>
                  </w:r>
                  <w:r>
                    <w:tab/>
                  </w:r>
                </w:p>
                <w:p>
                  <w:pPr>
                    <w:pStyle w:val="EntryTitle"/>
                    <w:tabs>
                      <w:tab w:pos="9071" w:val="right"/>
                    </w:tabs>
                  </w:pPr>
                  <w:r>
                    <w:t>B.Sc., Hospitality &amp; Hotel Administration</w:t>
                  </w:r>
                  <w:r>
                    <w:tab/>
                  </w:r>
                  <w:r>
                    <w:rPr>
                      <w:rFonts w:ascii="Lato" w:hAnsi="Lato" w:eastAsia="Lato" w:cs="Lato"/>
                      <w:b w:val="0"/>
                      <w:i w:val="0"/>
                      <w:color w:val="7A6F62"/>
                      <w:sz w:val="17"/>
                      <w:szCs w:val="17"/>
                    </w:rPr>
                    <w:t>2012 — 2015</w:t>
                  </w:r>
                </w:p>
                <w:p>
                  <w:pPr>
                    <w:pStyle w:val="EntryMeta"/>
                  </w:pPr>
                  <w:r>
                    <w:t>Coromandel Institute of Hotel Management</w:t>
                  </w:r>
                </w:p>
                <w:p>
                  <w:pPr>
                    <w:pStyle w:val="SectionHeading"/>
                    <w:tabs>
                      <w:tab w:pos="9071" w:val="right" w:leader="dot"/>
                    </w:tabs>
                  </w:pPr>
                  <w:r>
                    <w:t>Skills</w:t>
                  </w:r>
                  <w:r>
                    <w:t xml:space="preserve"> </w:t>
                  </w:r>
                  <w:r>
                    <w:tab/>
                  </w:r>
                </w:p>
                <w:p>
                  <w:pPr>
                    <w:pStyle w:val="BodyText"/>
                  </w:pPr>
                  <w:r>
                    <w:t>Menu development</w:t>
                  </w:r>
                  <w:r>
                    <w:rPr>
                      <w:color w:val="B5651D"/>
                    </w:rPr>
                    <w:t xml:space="preserve">  ·  </w:t>
                  </w:r>
                  <w:r>
                    <w:t>Kitchen management</w:t>
                  </w:r>
                  <w:r>
                    <w:rPr>
                      <w:color w:val="B5651D"/>
                    </w:rPr>
                    <w:t xml:space="preserve">  ·  </w:t>
                  </w:r>
                  <w:r>
                    <w:t>Food costing</w:t>
                  </w:r>
                  <w:r>
                    <w:rPr>
                      <w:color w:val="B5651D"/>
                    </w:rPr>
                    <w:t xml:space="preserve">  ·  </w:t>
                  </w:r>
                  <w:r>
                    <w:t>HACCP &amp; hygiene</w:t>
                  </w:r>
                  <w:r>
                    <w:rPr>
                      <w:color w:val="B5651D"/>
                    </w:rPr>
                    <w:t xml:space="preserve">  ·  </w:t>
                  </w:r>
                  <w:r>
                    <w:t>Banquet planning</w:t>
                  </w:r>
                  <w:r>
                    <w:rPr>
                      <w:color w:val="B5651D"/>
                    </w:rPr>
                    <w:t xml:space="preserve">  ·  </w:t>
                  </w:r>
                  <w:r>
                    <w:t>Team training</w:t>
                  </w:r>
                </w:p>
                <w:p>
                  <w:pPr>
                    <w:pStyle w:val="SectionHeading"/>
                    <w:tabs>
                      <w:tab w:pos="9071" w:val="right" w:leader="dot"/>
                    </w:tabs>
                  </w:pPr>
                  <w:r>
                    <w:t>Certifications</w:t>
                  </w:r>
                  <w:r>
                    <w:t xml:space="preserve"> </w:t>
                  </w:r>
                  <w:r>
                    <w:tab/>
                  </w:r>
                </w:p>
                <w:p>
                  <w:pPr>
                    <w:pStyle w:val="ResumeBullet"/>
                  </w:pPr>
                  <w:r>
                    <w:t>FSSAI Food Safety Supervisor</w:t>
                  </w:r>
                </w:p>
                <w:p>
                  <w:pPr>
                    <w:pStyle w:val="ResumeBullet"/>
                  </w:pPr>
                  <w:r>
                    <w:t>HACCP Level 3</w:t>
                  </w:r>
                </w:p>
                <w:p>
                  <w:pPr>
                    <w:pStyle w:val="SectionHeading"/>
                    <w:tabs>
                      <w:tab w:pos="9071" w:val="right" w:leader="dot"/>
                    </w:tabs>
                  </w:pPr>
                  <w:r>
                    <w:t>Awards</w:t>
                  </w:r>
                  <w:r>
                    <w:t xml:space="preserve"> </w:t>
                  </w:r>
                  <w:r>
                    <w:tab/>
                  </w:r>
                </w:p>
                <w:p>
                  <w:pPr>
                    <w:pStyle w:val="ResumeBullet"/>
                  </w:pPr>
                  <w:r>
                    <w:t>Gold, Regional Culinary Challenge 2022</w:t>
                  </w:r>
                </w:p>
              </w:tc>
            </w:tr>
          </w:tbl>
          <w:p>
            <w:pPr>
              <w:spacing w:lineRule="exact" w:line="40" w:after="0" w:before="0"/>
            </w:pP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·"/>
      <w:lvlJc w:val="left"/>
      <w:pPr>
        <w:ind w:left="261" w:hanging="227"/>
      </w:pPr>
      <w:rPr>
        <w:rFonts w:ascii="Arial" w:hAnsi="Arial" w:cs="Arial" w:hint="default"/>
        <w:color w:val="B5651D"/>
        <w:sz w:val="28"/>
        <w:szCs w:val="28"/>
      </w:rPr>
    </w:lvl>
  </w:abstractNum>
  <w:abstractNum w:abstractNumId="101">
    <w:multiLevelType w:val="singleLevel"/>
    <w:lvl w:ilvl="0">
      <w:start w:val="1"/>
      <w:numFmt w:val="bullet"/>
      <w:pStyle w:val="SideBullet"/>
      <w:lvlText w:val="·"/>
      <w:lvlJc w:val="left"/>
      <w:pPr>
        <w:ind w:left="261" w:hanging="227"/>
      </w:pPr>
      <w:rPr>
        <w:rFonts w:ascii="Arial" w:hAnsi="Arial" w:cs="Arial" w:hint="default"/>
        <w:color w:val="B5651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2" w:lineRule="auto"/>
    </w:pPr>
    <w:rPr>
      <w:rFonts w:ascii="Lato" w:hAnsi="Lato" w:eastAsia="Lato" w:cs="Lato"/>
      <w:color w:val="2F2A24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2" w:lineRule="auto"/>
    </w:pPr>
    <w:rPr>
      <w:rFonts w:ascii="Lato" w:hAnsi="Lato" w:eastAsia="Lato" w:cs="Lato"/>
      <w:b w:val="0"/>
      <w:i w:val="0"/>
      <w:caps w:val="0"/>
      <w:smallCaps w:val="0"/>
      <w:color w:val="2F2A24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6" w:line="240" w:lineRule="auto"/>
      <w:jc w:val="center"/>
    </w:pPr>
    <w:rPr>
      <w:rFonts w:ascii="Playfair Display" w:hAnsi="Playfair Display" w:eastAsia="Playfair Display" w:cs="Playfair Display"/>
      <w:b/>
      <w:bCs/>
      <w:i/>
      <w:caps w:val="0"/>
      <w:smallCaps w:val="0"/>
      <w:color w:val="2F2A24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110"/>
      <w:jc w:val="center"/>
    </w:pPr>
    <w:rPr>
      <w:rFonts w:ascii="Lato" w:hAnsi="Lato" w:eastAsia="Lato" w:cs="Lato"/>
      <w:b w:val="0"/>
      <w:i w:val="0"/>
      <w:caps/>
      <w:smallCaps w:val="0"/>
      <w:color w:val="B5651D"/>
      <w:spacing w:val="80"/>
      <w:sz w:val="19"/>
      <w:szCs w:val="19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Lato" w:hAnsi="Lato" w:eastAsia="Lato" w:cs="Lato"/>
      <w:b w:val="0"/>
      <w:i w:val="0"/>
      <w:caps w:val="0"/>
      <w:smallCaps w:val="0"/>
      <w:color w:val="7A6F62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92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B5651D"/>
      <w:spacing w:val="10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2" w:lineRule="auto"/>
    </w:pPr>
    <w:rPr>
      <w:rFonts w:ascii="Lato" w:hAnsi="Lato" w:eastAsia="Lato" w:cs="Lato"/>
      <w:b w:val="0"/>
      <w:i w:val="0"/>
      <w:caps w:val="0"/>
      <w:smallCaps w:val="0"/>
      <w:color w:val="2F2A24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92" w:after="10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2F2A24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/>
      <w:caps w:val="0"/>
      <w:smallCaps w:val="0"/>
      <w:color w:val="7A6F62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2" w:line="292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2F2A24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20" w:after="92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B5651D"/>
      <w:spacing w:val="10"/>
      <w:sz w:val="25"/>
      <w:szCs w:val="25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92" w:lineRule="auto"/>
    </w:pPr>
    <w:rPr>
      <w:rFonts w:ascii="Lato" w:hAnsi="Lato" w:eastAsia="Lato" w:cs="Lato"/>
      <w:b w:val="0"/>
      <w:i w:val="0"/>
      <w:caps w:val="0"/>
      <w:smallCaps w:val="0"/>
      <w:color w:val="2F2A24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ato" w:hAnsi="Lato" w:eastAsia="Lato" w:cs="Lato"/>
      <w:b w:val="0"/>
      <w:i w:val="0"/>
      <w:caps/>
      <w:smallCaps w:val="0"/>
      <w:color w:val="7A6F62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2" w:line="292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2F2A24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Chef’s Menu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