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Deepa Thomas</w:t>
      </w:r>
    </w:p>
    <w:p>
      <w:pPr>
        <w:pStyle w:val="Role"/>
      </w:pPr>
      <w:r>
        <w:t>Registered Nurse — Critical Care</w:t>
      </w:r>
    </w:p>
    <w:p>
      <w:pPr>
        <w:pStyle w:val="Contact"/>
      </w:pPr>
      <w:r>
        <w:t>+91 98400 77889</w:t>
      </w:r>
      <w:r>
        <w:rPr>
          <w:color w:val="333333"/>
        </w:rPr>
        <w:t xml:space="preserve">  |  </w:t>
      </w:r>
      <w:r>
        <w:t>deepa.thomas@email.com</w:t>
      </w:r>
      <w:r>
        <w:rPr>
          <w:color w:val="333333"/>
        </w:rPr>
        <w:t xml:space="preserve">  |  </w:t>
      </w:r>
      <w:r>
        <w:t>Chennai, India</w:t>
      </w:r>
      <w:r>
        <w:rPr>
          <w:color w:val="333333"/>
        </w:rPr>
        <w:t xml:space="preserve">  |  </w:t>
      </w:r>
      <w:r>
        <w:t>linkedin.com/in/deepathomas</w:t>
      </w:r>
    </w:p>
    <w:p>
      <w:pPr>
        <w:pStyle w:val="SectionHeading"/>
        <w:pBdr>
          <w:bottom w:val="single" w:sz="6" w:space="3" w:color="0B3954"/>
        </w:pBdr>
      </w:pPr>
      <w:r>
        <w:t>Profile</w:t>
      </w:r>
    </w:p>
    <w:p>
      <w:pPr>
        <w:pStyle w:val="Summary"/>
      </w:pPr>
      <w:r>
        <w:t>ICU nurse with 7 years of critical-care experience in high-volume tertiary hospitals. Calm under pressure, meticulous with protocols and passionate about patient education and mentoring new nurses.</w:t>
      </w:r>
    </w:p>
    <w:p>
      <w:pPr>
        <w:pStyle w:val="SectionHeading"/>
        <w:pBdr>
          <w:bottom w:val="single" w:sz="6" w:space="3" w:color="0B3954"/>
        </w:pBdr>
      </w:pPr>
      <w:r>
        <w:t>Experience</w:t>
      </w:r>
    </w:p>
    <w:p>
      <w:pPr>
        <w:pStyle w:val="EntryTitle"/>
        <w:tabs>
          <w:tab w:pos="9865" w:val="right"/>
        </w:tabs>
      </w:pPr>
      <w:r>
        <w:t>Senior Staff Nurse — ICU</w:t>
      </w:r>
      <w:r>
        <w:tab/>
      </w:r>
      <w:r>
        <w:rPr>
          <w:rFonts w:ascii="Open Sans" w:hAnsi="Open Sans" w:eastAsia="Open Sans" w:cs="Open Sans"/>
          <w:b w:val="0"/>
          <w:i w:val="0"/>
          <w:color w:val="333333"/>
          <w:sz w:val="20"/>
          <w:szCs w:val="20"/>
        </w:rPr>
        <w:t>2020 — Present</w:t>
      </w:r>
    </w:p>
    <w:p>
      <w:pPr>
        <w:pStyle w:val="EntryMeta"/>
      </w:pPr>
      <w:r>
        <w:t>Riverstone Hospitals, Chennai</w:t>
      </w:r>
    </w:p>
    <w:p>
      <w:pPr>
        <w:pStyle w:val="ResumeBullet"/>
      </w:pPr>
      <w:r>
        <w:t>Care for ventilated and post-surgical patients in a 24-bed ICU.</w:t>
      </w:r>
    </w:p>
    <w:p>
      <w:pPr>
        <w:pStyle w:val="ResumeBullet"/>
      </w:pPr>
      <w:r>
        <w:t>Led the hand-hygiene audit that brought compliance above 95%.</w:t>
      </w:r>
    </w:p>
    <w:p>
      <w:pPr>
        <w:pStyle w:val="ResumeBullet"/>
      </w:pPr>
      <w:r>
        <w:t>Precept and train 12 new graduate nurses each year.</w:t>
      </w:r>
    </w:p>
    <w:p>
      <w:pPr>
        <w:pStyle w:val="EntryTitle"/>
        <w:tabs>
          <w:tab w:pos="9865" w:val="right"/>
        </w:tabs>
      </w:pPr>
      <w:r>
        <w:t>Staff Nurse — Cardiac Unit</w:t>
      </w:r>
      <w:r>
        <w:tab/>
      </w:r>
      <w:r>
        <w:rPr>
          <w:rFonts w:ascii="Open Sans" w:hAnsi="Open Sans" w:eastAsia="Open Sans" w:cs="Open Sans"/>
          <w:b w:val="0"/>
          <w:i w:val="0"/>
          <w:color w:val="333333"/>
          <w:sz w:val="20"/>
          <w:szCs w:val="20"/>
        </w:rPr>
        <w:t>2017 — 2020</w:t>
      </w:r>
    </w:p>
    <w:p>
      <w:pPr>
        <w:pStyle w:val="EntryMeta"/>
      </w:pPr>
      <w:r>
        <w:t>Riverstone Hospitals, Chennai</w:t>
      </w:r>
    </w:p>
    <w:p>
      <w:pPr>
        <w:pStyle w:val="ResumeBullet"/>
      </w:pPr>
      <w:r>
        <w:t>Managed pre- and post-operative care for cardiac surgery patients.</w:t>
      </w:r>
    </w:p>
    <w:p>
      <w:pPr>
        <w:pStyle w:val="ResumeBullet"/>
      </w:pPr>
      <w:r>
        <w:t>Educated families on discharge, medication and follow-up care.</w:t>
      </w:r>
    </w:p>
    <w:p>
      <w:pPr>
        <w:pStyle w:val="SectionHeading"/>
        <w:pBdr>
          <w:bottom w:val="single" w:sz="6" w:space="3" w:color="0B3954"/>
        </w:pBdr>
      </w:pPr>
      <w:r>
        <w:t>Education</w:t>
      </w:r>
    </w:p>
    <w:p>
      <w:pPr>
        <w:pStyle w:val="EntryTitle"/>
        <w:tabs>
          <w:tab w:pos="9865" w:val="right"/>
        </w:tabs>
      </w:pPr>
      <w:r>
        <w:t>B.Sc. Nursing</w:t>
      </w:r>
      <w:r>
        <w:tab/>
      </w:r>
      <w:r>
        <w:rPr>
          <w:rFonts w:ascii="Open Sans" w:hAnsi="Open Sans" w:eastAsia="Open Sans" w:cs="Open Sans"/>
          <w:b w:val="0"/>
          <w:i w:val="0"/>
          <w:color w:val="333333"/>
          <w:sz w:val="20"/>
          <w:szCs w:val="20"/>
        </w:rPr>
        <w:t>2013 — 2017</w:t>
      </w:r>
    </w:p>
    <w:p>
      <w:pPr>
        <w:pStyle w:val="EntryMeta"/>
      </w:pPr>
      <w:r>
        <w:t>Coromandel College of Nursing</w:t>
      </w:r>
      <w:r>
        <w:t xml:space="preserve">  |  Registered with State Nursing Council</w:t>
      </w:r>
    </w:p>
    <w:p>
      <w:pPr>
        <w:pStyle w:val="SectionHeading"/>
        <w:pBdr>
          <w:bottom w:val="single" w:sz="6" w:space="3" w:color="0B3954"/>
        </w:pBdr>
      </w:pPr>
      <w:r>
        <w:t>Licences &amp; Certifications</w:t>
      </w:r>
    </w:p>
    <w:p>
      <w:pPr>
        <w:pStyle w:val="ResumeBullet"/>
      </w:pPr>
      <w:r>
        <w:t>BLS &amp; ACLS Certified</w:t>
      </w:r>
    </w:p>
    <w:p>
      <w:pPr>
        <w:pStyle w:val="ResumeBullet"/>
      </w:pPr>
      <w:r>
        <w:t>Critical Care Nursing Course</w:t>
      </w:r>
    </w:p>
    <w:p>
      <w:pPr>
        <w:pStyle w:val="SectionHeading"/>
        <w:pBdr>
          <w:bottom w:val="single" w:sz="6" w:space="3" w:color="0B3954"/>
        </w:pBdr>
      </w:pPr>
      <w:r>
        <w:t>Skills</w:t>
      </w:r>
    </w:p>
    <w:p>
      <w:pPr>
        <w:pStyle w:val="BodyText"/>
      </w:pPr>
      <w:r>
        <w:t>Critical care</w:t>
      </w:r>
      <w:r>
        <w:rPr>
          <w:color w:val="000000"/>
        </w:rPr>
        <w:t xml:space="preserve">  |  </w:t>
      </w:r>
      <w:r>
        <w:t>Ventilator management</w:t>
      </w:r>
      <w:r>
        <w:rPr>
          <w:color w:val="000000"/>
        </w:rPr>
        <w:t xml:space="preserve">  |  </w:t>
      </w:r>
      <w:r>
        <w:t>Patient assessment</w:t>
      </w:r>
      <w:r>
        <w:rPr>
          <w:color w:val="000000"/>
        </w:rPr>
        <w:t xml:space="preserve">  |  </w:t>
      </w:r>
      <w:r>
        <w:t>Infection control</w:t>
      </w:r>
      <w:r>
        <w:rPr>
          <w:color w:val="000000"/>
        </w:rPr>
        <w:t xml:space="preserve">  |  </w:t>
      </w:r>
      <w:r>
        <w:t>Medication safety</w:t>
      </w:r>
      <w:r>
        <w:rPr>
          <w:color w:val="000000"/>
        </w:rPr>
        <w:t xml:space="preserve">  |  </w:t>
      </w:r>
      <w:r>
        <w:t>Patient education</w:t>
      </w:r>
    </w:p>
    <w:p>
      <w:pPr>
        <w:pStyle w:val="SectionHeading"/>
        <w:pBdr>
          <w:bottom w:val="single" w:sz="6" w:space="3" w:color="0B3954"/>
        </w:pBdr>
      </w:pPr>
      <w:r>
        <w:t>Languages</w:t>
      </w:r>
    </w:p>
    <w:p>
      <w:pPr>
        <w:pStyle w:val="BodyText"/>
      </w:pPr>
      <w:r>
        <w:t>English</w:t>
      </w:r>
      <w:r>
        <w:rPr>
          <w:color w:val="000000"/>
        </w:rPr>
        <w:t xml:space="preserve">  |  </w:t>
      </w:r>
      <w:r>
        <w:t>Tamil</w:t>
      </w:r>
      <w:r>
        <w:rPr>
          <w:color w:val="000000"/>
        </w:rPr>
        <w:t xml:space="preserve">  |  </w:t>
      </w:r>
      <w:r>
        <w:t>Malayalam</w:t>
      </w:r>
    </w:p>
    <w:sectPr w:rsidR="00FC693F" w:rsidRPr="0006063C" w:rsidSect="00034616">
      <w:pgSz w:w="11906" w:h="16838"/>
      <w:pgMar w:top="907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en Sans" w:hAnsi="Open Sans" w:eastAsia="Open Sans" w:cs="Open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3" w:lineRule="auto"/>
    </w:pPr>
    <w:rPr>
      <w:rFonts w:ascii="Open Sans" w:hAnsi="Open Sans" w:eastAsia="Open Sans" w:cs="Open Sans"/>
      <w:color w:val="111111"/>
      <w:sz w:val="21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3" w:lineRule="auto"/>
    </w:pPr>
    <w:rPr>
      <w:rFonts w:ascii="Open Sans" w:hAnsi="Open Sans" w:eastAsia="Open Sans" w:cs="Open Sans"/>
      <w:b w:val="0"/>
      <w:i w:val="0"/>
      <w:caps w:val="0"/>
      <w:smallCaps w:val="0"/>
      <w:color w:val="111111"/>
      <w:sz w:val="21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="240" w:lineRule="auto"/>
    </w:pPr>
    <w:rPr>
      <w:rFonts w:ascii="Open Sans" w:hAnsi="Open Sans" w:eastAsia="Open Sans" w:cs="Open Sans"/>
      <w:b/>
      <w:bCs/>
      <w:i w:val="0"/>
      <w:caps w:val="0"/>
      <w:smallCaps w:val="0"/>
      <w:color w:val="0B3954"/>
      <w:sz w:val="44"/>
      <w:szCs w:val="44"/>
    </w:rPr>
  </w:style>
  <w:style w:type="paragraph" w:customStyle="1" w:styleId="Role">
    <w:name w:val="Role"/>
    <w:basedOn w:val="Normal"/>
    <w:qFormat/>
    <w:pPr>
      <w:keepNext w:val="0"/>
      <w:widowControl/>
      <w:spacing w:before="0" w:after="76"/>
    </w:pPr>
    <w:rPr>
      <w:rFonts w:ascii="Open Sans" w:hAnsi="Open Sans" w:eastAsia="Open Sans" w:cs="Open Sans"/>
      <w:b/>
      <w:bCs/>
      <w:i w:val="0"/>
      <w:caps w:val="0"/>
      <w:smallCaps w:val="0"/>
      <w:color w:val="0B3954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Open Sans" w:hAnsi="Open Sans" w:eastAsia="Open Sans" w:cs="Open Sans"/>
      <w:b w:val="0"/>
      <w:i w:val="0"/>
      <w:caps w:val="0"/>
      <w:smallCaps w:val="0"/>
      <w:color w:val="333333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50" w:after="124"/>
    </w:pPr>
    <w:rPr>
      <w:rFonts w:ascii="Open Sans" w:hAnsi="Open Sans" w:eastAsia="Open Sans" w:cs="Open Sans"/>
      <w:b/>
      <w:bCs/>
      <w:i w:val="0"/>
      <w:caps/>
      <w:smallCaps w:val="0"/>
      <w:color w:val="0B3954"/>
      <w:spacing w:val="3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3" w:lineRule="auto"/>
    </w:pPr>
    <w:rPr>
      <w:rFonts w:ascii="Open Sans" w:hAnsi="Open Sans" w:eastAsia="Open Sans" w:cs="Open Sans"/>
      <w:b w:val="0"/>
      <w:i w:val="0"/>
      <w:caps w:val="0"/>
      <w:smallCaps w:val="0"/>
      <w:color w:val="111111"/>
      <w:sz w:val="21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24" w:after="10"/>
    </w:pPr>
    <w:rPr>
      <w:rFonts w:ascii="Open Sans" w:hAnsi="Open Sans" w:eastAsia="Open Sans" w:cs="Open Sans"/>
      <w:b/>
      <w:bCs/>
      <w:i w:val="0"/>
      <w:caps w:val="0"/>
      <w:smallCaps w:val="0"/>
      <w:color w:val="111111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Open Sans" w:hAnsi="Open Sans" w:eastAsia="Open Sans" w:cs="Open Sans"/>
      <w:b w:val="0"/>
      <w:i/>
      <w:caps w:val="0"/>
      <w:smallCaps w:val="0"/>
      <w:color w:val="333333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13" w:lineRule="auto"/>
      <w:ind w:left="261" w:hanging="227"/>
    </w:pPr>
    <w:rPr>
      <w:rFonts w:ascii="Open Sans" w:hAnsi="Open Sans" w:eastAsia="Open Sans" w:cs="Open Sans"/>
      <w:b w:val="0"/>
      <w:i w:val="0"/>
      <w:caps w:val="0"/>
      <w:smallCaps w:val="0"/>
      <w:color w:val="111111"/>
      <w:sz w:val="21"/>
      <w:szCs w:val="22"/>
    </w:rPr>
  </w:style>
  <w:style w:type="paragraph" w:customStyle="1" w:styleId="SideHeading">
    <w:name w:val="Side Heading"/>
    <w:basedOn w:val="Normal"/>
    <w:qFormat/>
    <w:pPr>
      <w:keepNext/>
      <w:widowControl/>
      <w:spacing w:before="250" w:after="124"/>
    </w:pPr>
    <w:rPr>
      <w:rFonts w:ascii="Open Sans" w:hAnsi="Open Sans" w:eastAsia="Open Sans" w:cs="Open Sans"/>
      <w:b/>
      <w:bCs/>
      <w:i w:val="0"/>
      <w:caps/>
      <w:smallCaps w:val="0"/>
      <w:color w:val="0B3954"/>
      <w:spacing w:val="30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3" w:lineRule="auto"/>
    </w:pPr>
    <w:rPr>
      <w:rFonts w:ascii="Open Sans" w:hAnsi="Open Sans" w:eastAsia="Open Sans" w:cs="Open Sans"/>
      <w:b w:val="0"/>
      <w:i w:val="0"/>
      <w:caps w:val="0"/>
      <w:smallCaps w:val="0"/>
      <w:color w:val="111111"/>
      <w:sz w:val="21"/>
      <w:szCs w:val="22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Open Sans" w:hAnsi="Open Sans" w:eastAsia="Open Sans" w:cs="Open Sans"/>
      <w:b w:val="0"/>
      <w:i w:val="0"/>
      <w:caps/>
      <w:smallCaps w:val="0"/>
      <w:color w:val="333333"/>
      <w:spacing w:val="20"/>
      <w:sz w:val="20"/>
      <w:szCs w:val="21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13" w:lineRule="auto"/>
      <w:ind w:left="261" w:hanging="227"/>
    </w:pPr>
    <w:rPr>
      <w:rFonts w:ascii="Open Sans" w:hAnsi="Open Sans" w:eastAsia="Open Sans" w:cs="Open Sans"/>
      <w:b w:val="0"/>
      <w:i w:val="0"/>
      <w:caps w:val="0"/>
      <w:smallCaps w:val="0"/>
      <w:color w:val="111111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 Open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