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19"/>
        <w:gridCol w:w="3946"/>
      </w:tblGrid>
      <w:tr>
        <w:tc>
          <w:tcPr>
            <w:tcW w:type="dxa" w:w="5919"/>
          </w:tcPr>
          <w:p>
            <w:pPr>
              <w:pStyle w:val="Name"/>
            </w:pPr>
            <w:r>
              <w:t>Sneha Pillai</w:t>
            </w:r>
          </w:p>
          <w:p>
            <w:pPr>
              <w:pStyle w:val="Role"/>
            </w:pPr>
            <w:r>
              <w:t>Biotechnology Student</w:t>
            </w:r>
          </w:p>
        </w:tc>
        <w:tc>
          <w:tcPr>
            <w:tcW w:type="dxa" w:w="3946"/>
            <w:vAlign w:val="bottom"/>
          </w:tcPr>
          <w:p>
            <w:pPr>
              <w:pStyle w:val="Contact"/>
              <w:spacing w:after="20"/>
              <w:jc w:val="right"/>
            </w:pPr>
            <w:r>
              <w:t>+91 98400 67890</w:t>
            </w:r>
          </w:p>
          <w:p>
            <w:pPr>
              <w:pStyle w:val="Contact"/>
              <w:spacing w:after="20"/>
              <w:jc w:val="right"/>
            </w:pPr>
            <w:r>
              <w:t>sneha.pillai@email.com</w:t>
            </w:r>
          </w:p>
          <w:p>
            <w:pPr>
              <w:pStyle w:val="Contact"/>
              <w:spacing w:after="20"/>
              <w:jc w:val="right"/>
            </w:pPr>
            <w:r>
              <w:t>Chennai, India</w:t>
            </w:r>
          </w:p>
          <w:p>
            <w:pPr>
              <w:pStyle w:val="Contact"/>
              <w:spacing w:after="20"/>
              <w:jc w:val="right"/>
            </w:pPr>
            <w:r>
              <w:t>linkedin.com/in/snehapillai</w:t>
            </w:r>
          </w:p>
        </w:tc>
      </w:tr>
    </w:tbl>
    <w:p>
      <w:pPr>
        <w:pStyle w:val="BodyText"/>
        <w:pBdr>
          <w:bottom w:val="single" w:sz="8" w:space="0" w:color="0D9488"/>
        </w:pBdr>
        <w:spacing w:after="0" w:lineRule="exact" w:line="120"/>
      </w:pPr>
      <w:r/>
    </w:p>
    <w:p>
      <w:pPr>
        <w:pStyle w:val="SectionHeading"/>
        <w:pBdr>
          <w:bottom w:val="single" w:sz="10" w:space="2" w:color="0D9488"/>
        </w:pBdr>
      </w:pPr>
      <w:r>
        <w:t>Research interests</w:t>
      </w:r>
    </w:p>
    <w:p>
      <w:pPr>
        <w:pStyle w:val="Summary"/>
      </w:pPr>
      <w:r>
        <w:t>Biotechnology student with lab experience in microbiology and molecular biology. Looking for a research assistant or quality-control role in life sciences.</w:t>
      </w:r>
    </w:p>
    <w:p>
      <w:pPr>
        <w:pStyle w:val="SectionHeading"/>
        <w:pBdr>
          <w:bottom w:val="single" w:sz="10" w:space="2" w:color="0D9488"/>
        </w:pBdr>
      </w:pPr>
      <w:r>
        <w:t>Education</w:t>
      </w:r>
    </w:p>
    <w:p>
      <w:pPr>
        <w:pStyle w:val="EntryTitle"/>
        <w:tabs>
          <w:tab w:pos="9865" w:val="right"/>
        </w:tabs>
      </w:pPr>
      <w:r>
        <w:t>B.Sc., Biotechnology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5F7070"/>
          <w:sz w:val="18"/>
          <w:szCs w:val="18"/>
        </w:rPr>
        <w:t>2023 — 2026</w:t>
      </w:r>
    </w:p>
    <w:p>
      <w:pPr>
        <w:pStyle w:val="EntryMeta"/>
      </w:pPr>
      <w:r>
        <w:t>St. Aldwin's College</w:t>
      </w:r>
      <w:r>
        <w:t xml:space="preserve">  ·  CGPA 8.7 / 10</w:t>
      </w:r>
    </w:p>
    <w:p>
      <w:pPr>
        <w:pStyle w:val="EntryTitle"/>
        <w:tabs>
          <w:tab w:pos="9865" w:val="right"/>
        </w:tabs>
      </w:pPr>
      <w:r>
        <w:t>Class XII (State Board)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5F7070"/>
          <w:sz w:val="18"/>
          <w:szCs w:val="18"/>
        </w:rPr>
        <w:t>2023</w:t>
      </w:r>
    </w:p>
    <w:p>
      <w:pPr>
        <w:pStyle w:val="EntryMeta"/>
      </w:pPr>
      <w:r>
        <w:t>Aster Grove School, Chennai</w:t>
      </w:r>
      <w:r>
        <w:t xml:space="preserve">  ·  95.1%</w:t>
      </w:r>
    </w:p>
    <w:p>
      <w:pPr>
        <w:pStyle w:val="SectionHeading"/>
        <w:pBdr>
          <w:bottom w:val="single" w:sz="10" w:space="2" w:color="0D9488"/>
        </w:pBdr>
      </w:pPr>
      <w:r>
        <w:t>Research internship</w:t>
      </w:r>
    </w:p>
    <w:p>
      <w:pPr>
        <w:pStyle w:val="EntryTitle"/>
        <w:tabs>
          <w:tab w:pos="9865" w:val="right"/>
        </w:tabs>
      </w:pPr>
      <w:r>
        <w:t>Research Intern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5F7070"/>
          <w:sz w:val="18"/>
          <w:szCs w:val="18"/>
        </w:rPr>
        <w:t>May — Jul 2025</w:t>
      </w:r>
    </w:p>
    <w:p>
      <w:pPr>
        <w:pStyle w:val="EntryMeta"/>
      </w:pPr>
      <w:r>
        <w:t>Riverstone Research Labs, Chennai</w:t>
      </w:r>
    </w:p>
    <w:p>
      <w:pPr>
        <w:pStyle w:val="ResumeBullet"/>
      </w:pPr>
      <w:r>
        <w:t>Ran PCR and gel electrophoresis; maintained lab records for 50+ samples.</w:t>
      </w:r>
    </w:p>
    <w:p>
      <w:pPr>
        <w:pStyle w:val="SectionHeading"/>
        <w:pBdr>
          <w:bottom w:val="single" w:sz="10" w:space="2" w:color="0D9488"/>
        </w:pBdr>
      </w:pPr>
      <w:r>
        <w:t>Projects</w:t>
      </w:r>
    </w:p>
    <w:p>
      <w:pPr>
        <w:pStyle w:val="EntryTitle"/>
        <w:tabs>
          <w:tab w:pos="9865" w:val="right"/>
        </w:tabs>
      </w:pPr>
      <w:r>
        <w:t>Antibacterial activity of neem extracts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5F7070"/>
          <w:sz w:val="18"/>
          <w:szCs w:val="18"/>
        </w:rPr>
        <w:t>2025</w:t>
      </w:r>
    </w:p>
    <w:p>
      <w:pPr>
        <w:pStyle w:val="EntryMeta"/>
      </w:pPr>
      <w:r>
        <w:t>Lab research</w:t>
      </w:r>
    </w:p>
    <w:p>
      <w:pPr>
        <w:pStyle w:val="ResumeBullet"/>
      </w:pPr>
      <w:r>
        <w:t>Tested extracts against three bacterial strains and presented results at a college symposium.</w:t>
      </w:r>
    </w:p>
    <w:p>
      <w:pPr>
        <w:pStyle w:val="SectionHeading"/>
        <w:pBdr>
          <w:bottom w:val="single" w:sz="10" w:space="2" w:color="0D9488"/>
        </w:pBdr>
      </w:pPr>
      <w:r>
        <w:t>Skills</w:t>
      </w:r>
    </w:p>
    <w:p>
      <w:pPr>
        <w:pStyle w:val="BodyText"/>
      </w:pPr>
      <w:r>
        <w:t>PCR</w:t>
      </w:r>
      <w:r>
        <w:rPr>
          <w:color w:val="0D9488"/>
        </w:rPr>
        <w:t xml:space="preserve">  ·  </w:t>
      </w:r>
      <w:r>
        <w:t>Cell culture basics</w:t>
      </w:r>
      <w:r>
        <w:rPr>
          <w:color w:val="0D9488"/>
        </w:rPr>
        <w:t xml:space="preserve">  ·  </w:t>
      </w:r>
      <w:r>
        <w:t>Microbiology</w:t>
      </w:r>
      <w:r>
        <w:rPr>
          <w:color w:val="0D9488"/>
        </w:rPr>
        <w:t xml:space="preserve">  ·  </w:t>
      </w:r>
      <w:r>
        <w:t>Lab documentation</w:t>
      </w:r>
      <w:r>
        <w:rPr>
          <w:color w:val="0D9488"/>
        </w:rPr>
        <w:t xml:space="preserve">  ·  </w:t>
      </w:r>
      <w:r>
        <w:t>Data analysis</w:t>
      </w:r>
    </w:p>
    <w:p>
      <w:pPr>
        <w:pStyle w:val="SectionHeading"/>
        <w:pBdr>
          <w:bottom w:val="single" w:sz="10" w:space="2" w:color="0D9488"/>
        </w:pBdr>
      </w:pPr>
      <w:r>
        <w:t>Tools</w:t>
      </w:r>
    </w:p>
    <w:p>
      <w:pPr>
        <w:pStyle w:val="BodyText"/>
      </w:pPr>
      <w:r>
        <w:t>ImageJ</w:t>
      </w:r>
      <w:r>
        <w:rPr>
          <w:color w:val="0D9488"/>
        </w:rPr>
        <w:t xml:space="preserve">  ·  </w:t>
      </w:r>
      <w:r>
        <w:t>Excel</w:t>
      </w:r>
      <w:r>
        <w:rPr>
          <w:color w:val="0D9488"/>
        </w:rPr>
        <w:t xml:space="preserve">  ·  </w:t>
      </w:r>
      <w:r>
        <w:t>R (basics)</w:t>
      </w:r>
    </w:p>
    <w:p>
      <w:pPr>
        <w:pStyle w:val="SectionHeading"/>
        <w:pBdr>
          <w:bottom w:val="single" w:sz="10" w:space="2" w:color="0D9488"/>
        </w:pBdr>
      </w:pPr>
      <w:r>
        <w:t>Coursework</w:t>
      </w:r>
    </w:p>
    <w:p>
      <w:pPr>
        <w:pStyle w:val="BodyText"/>
      </w:pPr>
      <w:r>
        <w:t>Molecular Biology</w:t>
      </w:r>
      <w:r>
        <w:rPr>
          <w:color w:val="0D9488"/>
        </w:rPr>
        <w:t xml:space="preserve">  ·  </w:t>
      </w:r>
      <w:r>
        <w:t>Genetics</w:t>
      </w:r>
      <w:r>
        <w:rPr>
          <w:color w:val="0D9488"/>
        </w:rPr>
        <w:t xml:space="preserve">  ·  </w:t>
      </w:r>
      <w:r>
        <w:t>Biochemistry</w:t>
      </w:r>
      <w:r>
        <w:rPr>
          <w:color w:val="0D9488"/>
        </w:rPr>
        <w:t xml:space="preserve">  ·  </w:t>
      </w:r>
      <w:r>
        <w:t>Bioinformatics</w:t>
      </w:r>
    </w:p>
    <w:p>
      <w:pPr>
        <w:pStyle w:val="SectionHeading"/>
        <w:pBdr>
          <w:bottom w:val="single" w:sz="10" w:space="2" w:color="0D9488"/>
        </w:pBdr>
      </w:pPr>
      <w:r>
        <w:t>Achievements</w:t>
      </w:r>
    </w:p>
    <w:p>
      <w:pPr>
        <w:pStyle w:val="ResumeBullet"/>
      </w:pPr>
      <w:r>
        <w:t>Best Poster, college science symposium (2025)</w:t>
      </w:r>
    </w:p>
    <w:p>
      <w:pPr>
        <w:pStyle w:val="ResumeBullet"/>
      </w:pPr>
      <w:r>
        <w:t>INSPIRE scholarship holder</w:t>
      </w:r>
    </w:p>
    <w:p>
      <w:pPr>
        <w:pStyle w:val="SectionHeading"/>
        <w:pBdr>
          <w:bottom w:val="single" w:sz="10" w:space="2" w:color="0D9488"/>
        </w:pBdr>
      </w:pPr>
      <w:r>
        <w:t>Leadership</w:t>
      </w:r>
    </w:p>
    <w:p>
      <w:pPr>
        <w:pStyle w:val="ResumeBullet"/>
      </w:pPr>
      <w:r>
        <w:t>Secretary, Biology Club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261" w:hanging="227"/>
      </w:pPr>
      <w:rPr>
        <w:rFonts w:ascii="Segoe UI Symbol" w:hAnsi="Segoe UI Symbol" w:cs="Segoe UI Symbol" w:hint="default"/>
        <w:color w:val="0D948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◦"/>
      <w:lvlJc w:val="left"/>
      <w:pPr>
        <w:ind w:left="261" w:hanging="227"/>
      </w:pPr>
      <w:rPr>
        <w:rFonts w:ascii="Segoe UI Symbol" w:hAnsi="Segoe UI Symbol" w:cs="Segoe UI Symbol" w:hint="default"/>
        <w:color w:val="0D948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Source Sans 3" w:hAnsi="Source Sans 3" w:eastAsia="Source Sans 3" w:cs="Source Sans 3"/>
      <w:color w:val="1F2A2A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F2A2A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Merriweather" w:hAnsi="Merriweather" w:eastAsia="Merriweather" w:cs="Merriweather"/>
      <w:b/>
      <w:bCs/>
      <w:i w:val="0"/>
      <w:caps w:val="0"/>
      <w:smallCaps w:val="0"/>
      <w:color w:val="134E4A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 w:val="0"/>
      <w:smallCaps w:val="0"/>
      <w:color w:val="0D9488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5F7070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00" w:after="100"/>
    </w:pPr>
    <w:rPr>
      <w:rFonts w:ascii="Merriweather" w:hAnsi="Merriweather" w:eastAsia="Merriweather" w:cs="Merriweather"/>
      <w:b/>
      <w:bCs/>
      <w:i w:val="0"/>
      <w:caps w:val="0"/>
      <w:smallCaps w:val="0"/>
      <w:color w:val="134E4A"/>
      <w:spacing w:val="6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F2A2A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Merriweather" w:hAnsi="Merriweather" w:eastAsia="Merriweather" w:cs="Merriweather"/>
      <w:b/>
      <w:bCs/>
      <w:i w:val="0"/>
      <w:caps w:val="0"/>
      <w:smallCaps w:val="0"/>
      <w:color w:val="1F2A2A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ource Sans 3" w:hAnsi="Source Sans 3" w:eastAsia="Source Sans 3" w:cs="Source Sans 3"/>
      <w:b w:val="0"/>
      <w:i w:val="0"/>
      <w:caps w:val="0"/>
      <w:smallCaps w:val="0"/>
      <w:color w:val="0D9488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00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1F2A2A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00" w:after="100"/>
    </w:pPr>
    <w:rPr>
      <w:rFonts w:ascii="Merriweather" w:hAnsi="Merriweather" w:eastAsia="Merriweather" w:cs="Merriweather"/>
      <w:b/>
      <w:bCs/>
      <w:i w:val="0"/>
      <w:caps w:val="0"/>
      <w:smallCaps w:val="0"/>
      <w:color w:val="134E4A"/>
      <w:spacing w:val="6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F2A2A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/>
      <w:smallCaps w:val="0"/>
      <w:color w:val="5F7070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00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1F2A2A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Coat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