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483"/>
        <w:gridCol w:w="4422"/>
      </w:tblGrid>
      <w:tr>
        <w:trPr>
          <w:trHeight w:val="3742" w:hRule="exact"/>
        </w:trPr>
        <w:tc>
          <w:tcPr>
            <w:tcW w:type="dxa" w:w="11905"/>
            <w:gridSpan w:val="2"/>
            <w:shd w:val="clear" w:color="auto" w:fill="E85D04"/>
            <w:tcMar>
              <w:top w:w="907" w:type="dxa"/>
              <w:left w:w="907" w:type="dxa"/>
              <w:bottom w:w="454" w:type="dxa"/>
              <w:right w:w="794" w:type="dxa"/>
            </w:tcMar>
            <w:vAlign w:val="center"/>
          </w:tcPr>
          <w:p>
            <w:pPr>
              <w:pStyle w:val="Name"/>
            </w:pPr>
            <w:r>
              <w:t>Vikram Singh</w:t>
            </w:r>
          </w:p>
          <w:p>
            <w:pPr>
              <w:pStyle w:val="Role"/>
              <w:spacing w:after="40"/>
            </w:pPr>
            <w:r>
              <w:rPr>
                <w:rFonts w:ascii="Hind" w:hAnsi="Hind" w:eastAsia="Hind" w:cs="Hind"/>
                <w:b w:val="0"/>
                <w:color w:val="E85D04"/>
                <w:sz w:val="30"/>
                <w:szCs w:val="31"/>
              </w:rPr>
              <w:t>विक्रम सिंह</w:t>
            </w:r>
          </w:p>
          <w:p>
            <w:pPr>
              <w:pStyle w:val="Role"/>
            </w:pPr>
            <w:r>
              <w:t>Regional Sales Manager</w:t>
            </w:r>
            <w:r>
              <w:rPr>
                <w:color w:val="E85D04"/>
              </w:rPr>
              <w:t xml:space="preserve">  |  </w:t>
            </w:r>
            <w:r>
              <w:rPr>
                <w:rFonts w:ascii="Hind" w:hAnsi="Hind" w:eastAsia="Hind" w:cs="Hind"/>
              </w:rPr>
              <w:t>रीजनल सेल्स मैनेजर</w:t>
            </w:r>
          </w:p>
          <w:p>
            <w:pPr>
              <w:pStyle w:val="Contact"/>
            </w:pPr>
            <w:r>
              <w:t>+91 94140 10203</w:t>
            </w:r>
            <w:r>
              <w:rPr>
                <w:color w:val="FFD7B5"/>
              </w:rPr>
              <w:t xml:space="preserve">  •  </w:t>
            </w:r>
            <w:r>
              <w:t>vikram.singh@email.com</w:t>
            </w:r>
            <w:r>
              <w:rPr>
                <w:color w:val="FFD7B5"/>
              </w:rPr>
              <w:t xml:space="preserve">  •  </w:t>
            </w:r>
            <w:r>
              <w:t>Jaipur, India</w:t>
            </w:r>
            <w:r>
              <w:rPr>
                <w:color w:val="FFD7B5"/>
              </w:rPr>
              <w:t xml:space="preserve">  •  </w:t>
            </w:r>
            <w:r>
              <w:t>linkedin.com/in/vikramsingh</w:t>
            </w:r>
          </w:p>
        </w:tc>
      </w:tr>
      <w:tr>
        <w:trPr>
          <w:trHeight w:val="13062" w:hRule="atLeast"/>
        </w:trPr>
        <w:tc>
          <w:tcPr>
            <w:tcW w:type="dxa" w:w="7483"/>
            <w:shd w:val="clear" w:color="auto" w:fill="FFFFFF"/>
            <w:tcMar>
              <w:top w:w="680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left w:val="single" w:sz="28" w:space="6" w:color="E85D04"/>
              </w:pBdr>
              <w:spacing w:before="0"/>
              <w:ind w:left="0" w:right="0"/>
            </w:pPr>
            <w:r>
              <w:t>Profile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परिचय</w:t>
            </w:r>
          </w:p>
          <w:p>
            <w:pPr>
              <w:pStyle w:val="Summary"/>
            </w:pPr>
            <w:r>
              <w:t>Sales leader with 10 years in FMCG and B2B distribution across North India. I build teams that hit their numbers, open new territories and keep partners loyal.</w:t>
            </w:r>
          </w:p>
          <w:p>
            <w:pPr>
              <w:pStyle w:val="Summary"/>
              <w:spacing w:before="60"/>
            </w:pPr>
            <w:r>
              <w:rPr>
                <w:rFonts w:ascii="Hind" w:hAnsi="Hind" w:eastAsia="Hind" w:cs="Hind"/>
              </w:rPr>
              <w:t>उत्तर भारत में FMCG और वितरण का दस वर्षों का अनुभव। लक्ष्य पूरा करने वाली टीमें बनाना और नए बाज़ार खोलना मेरी पहचान है।</w:t>
            </w:r>
          </w:p>
          <w:p>
            <w:pPr>
              <w:pStyle w:val="SectionHeading"/>
              <w:pBdr>
                <w:left w:val="single" w:sz="28" w:space="6" w:color="E85D04"/>
              </w:pBdr>
              <w:ind w:left="0" w:right="0"/>
            </w:pPr>
            <w:r>
              <w:t>Experience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अनुभव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Regional Sales Manager</w:t>
            </w:r>
            <w:r>
              <w:tab/>
            </w:r>
            <w:r>
              <w:rPr>
                <w:rFonts w:ascii="Hind" w:hAnsi="Hind" w:eastAsia="Hind" w:cs="Hind"/>
                <w:b w:val="0"/>
                <w:i w:val="0"/>
                <w:color w:val="766858"/>
                <w:sz w:val="19"/>
                <w:szCs w:val="19"/>
              </w:rPr>
              <w:t>2020 — Present</w:t>
            </w:r>
          </w:p>
          <w:p>
            <w:pPr>
              <w:pStyle w:val="EntryMeta"/>
            </w:pPr>
            <w:r>
              <w:t>Saffronleaf Foods, Jaipur</w:t>
            </w:r>
          </w:p>
          <w:p>
            <w:pPr>
              <w:pStyle w:val="ResumeBullet"/>
            </w:pPr>
            <w:r>
              <w:t>Lead a team of 28 across Rajasthan and Haryana; ₹95 crore annual target.</w:t>
            </w:r>
          </w:p>
          <w:p>
            <w:pPr>
              <w:pStyle w:val="ResumeBullet"/>
            </w:pPr>
            <w:r>
              <w:t>Grew the region 22% year on year for three straight years.</w:t>
            </w:r>
          </w:p>
          <w:p>
            <w:pPr>
              <w:pStyle w:val="ResumeBullet"/>
            </w:pPr>
            <w:r>
              <w:t>Added 1,800 new retail outlets through a rural distributor programme.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Area Sales Manager</w:t>
            </w:r>
            <w:r>
              <w:tab/>
            </w:r>
            <w:r>
              <w:rPr>
                <w:rFonts w:ascii="Hind" w:hAnsi="Hind" w:eastAsia="Hind" w:cs="Hind"/>
                <w:b w:val="0"/>
                <w:i w:val="0"/>
                <w:color w:val="766858"/>
                <w:sz w:val="19"/>
                <w:szCs w:val="19"/>
              </w:rPr>
              <w:t>2016 — 2020</w:t>
            </w:r>
          </w:p>
          <w:p>
            <w:pPr>
              <w:pStyle w:val="EntryMeta"/>
            </w:pPr>
            <w:r>
              <w:t>Pinecrest Retail, Jaipur</w:t>
            </w:r>
          </w:p>
          <w:p>
            <w:pPr>
              <w:pStyle w:val="ResumeBullet"/>
            </w:pPr>
            <w:r>
              <w:t>Managed 9 distributors and 3,000 outlets across five districts.</w:t>
            </w:r>
          </w:p>
          <w:p>
            <w:pPr>
              <w:pStyle w:val="ResumeBullet"/>
            </w:pPr>
            <w:r>
              <w:t>Launched a modern-trade channel that reached ₹12 crore in two years.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Sales Officer</w:t>
            </w:r>
            <w:r>
              <w:tab/>
            </w:r>
            <w:r>
              <w:rPr>
                <w:rFonts w:ascii="Hind" w:hAnsi="Hind" w:eastAsia="Hind" w:cs="Hind"/>
                <w:b w:val="0"/>
                <w:i w:val="0"/>
                <w:color w:val="766858"/>
                <w:sz w:val="19"/>
                <w:szCs w:val="19"/>
              </w:rPr>
              <w:t>2014 — 2016</w:t>
            </w:r>
          </w:p>
          <w:p>
            <w:pPr>
              <w:pStyle w:val="EntryMeta"/>
            </w:pPr>
            <w:r>
              <w:t>Saffronleaf Foods, Udaipur</w:t>
            </w:r>
          </w:p>
          <w:p>
            <w:pPr>
              <w:pStyle w:val="ResumeBullet"/>
            </w:pPr>
            <w:r>
              <w:t>Opened 400 outlets in a new territory within the first year.</w:t>
            </w:r>
          </w:p>
          <w:p>
            <w:pPr>
              <w:pStyle w:val="SectionHeading"/>
              <w:pBdr>
                <w:left w:val="single" w:sz="28" w:space="6" w:color="E85D04"/>
              </w:pBdr>
              <w:ind w:left="0" w:right="0"/>
            </w:pPr>
            <w:r>
              <w:t>Education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शिक्षा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MBA, Sales &amp; Marketing</w:t>
            </w:r>
            <w:r>
              <w:tab/>
            </w:r>
            <w:r>
              <w:rPr>
                <w:rFonts w:ascii="Hind" w:hAnsi="Hind" w:eastAsia="Hind" w:cs="Hind"/>
                <w:b w:val="0"/>
                <w:i w:val="0"/>
                <w:color w:val="766858"/>
                <w:sz w:val="19"/>
                <w:szCs w:val="19"/>
              </w:rPr>
              <w:t>2012 — 2014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B.Sc.</w:t>
            </w:r>
            <w:r>
              <w:tab/>
            </w:r>
            <w:r>
              <w:rPr>
                <w:rFonts w:ascii="Hind" w:hAnsi="Hind" w:eastAsia="Hind" w:cs="Hind"/>
                <w:b w:val="0"/>
                <w:i w:val="0"/>
                <w:color w:val="766858"/>
                <w:sz w:val="19"/>
                <w:szCs w:val="19"/>
              </w:rPr>
              <w:t>2009 — 2012</w:t>
            </w:r>
          </w:p>
          <w:p>
            <w:pPr>
              <w:pStyle w:val="EntryMeta"/>
            </w:pPr>
            <w:r>
              <w:t>Ganga Valley University</w:t>
            </w:r>
          </w:p>
        </w:tc>
        <w:tc>
          <w:tcPr>
            <w:tcW w:type="dxa" w:w="4422"/>
            <w:shd w:val="clear" w:color="auto" w:fill="FFF4E5"/>
            <w:tcMar>
              <w:top w:w="68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left w:val="single" w:sz="28" w:space="6" w:color="E85D04"/>
              </w:pBdr>
              <w:spacing w:before="0"/>
              <w:ind w:left="0" w:right="0"/>
            </w:pPr>
            <w:r>
              <w:t>Skills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कौशल</w:t>
            </w:r>
          </w:p>
          <w:p>
            <w:pPr>
              <w:pStyle w:val="SideText"/>
              <w:spacing w:after="40"/>
            </w:pPr>
            <w:r>
              <w:t>Territory planning</w:t>
            </w:r>
          </w:p>
          <w:p>
            <w:pPr>
              <w:pStyle w:val="SideText"/>
              <w:spacing w:after="40"/>
            </w:pPr>
            <w:r>
              <w:t>Distributor management</w:t>
            </w:r>
          </w:p>
          <w:p>
            <w:pPr>
              <w:pStyle w:val="SideText"/>
              <w:spacing w:after="40"/>
            </w:pPr>
            <w:r>
              <w:t>Key accounts</w:t>
            </w:r>
          </w:p>
          <w:p>
            <w:pPr>
              <w:pStyle w:val="SideText"/>
              <w:spacing w:after="40"/>
            </w:pPr>
            <w:r>
              <w:t>Team coaching</w:t>
            </w:r>
          </w:p>
          <w:p>
            <w:pPr>
              <w:pStyle w:val="SideText"/>
              <w:spacing w:after="40"/>
            </w:pPr>
            <w:r>
              <w:t>Trade marketing</w:t>
            </w:r>
          </w:p>
          <w:p>
            <w:pPr>
              <w:pStyle w:val="SideText"/>
              <w:spacing w:after="40"/>
            </w:pPr>
            <w:r>
              <w:t>Negotiation</w:t>
            </w:r>
          </w:p>
          <w:p>
            <w:pPr>
              <w:pStyle w:val="SideHeading"/>
              <w:pBdr>
                <w:left w:val="single" w:sz="28" w:space="6" w:color="E85D04"/>
              </w:pBdr>
              <w:ind w:left="0" w:right="0"/>
            </w:pPr>
            <w:r>
              <w:t>Tools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टूल्स</w:t>
            </w:r>
          </w:p>
          <w:p>
            <w:pPr>
              <w:pStyle w:val="SideText"/>
              <w:spacing w:after="40"/>
            </w:pPr>
            <w:r>
              <w:t>Salesforce</w:t>
            </w:r>
          </w:p>
          <w:p>
            <w:pPr>
              <w:pStyle w:val="SideText"/>
              <w:spacing w:after="40"/>
            </w:pPr>
            <w:r>
              <w:t>SAP SD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Heading"/>
              <w:pBdr>
                <w:left w:val="single" w:sz="28" w:space="6" w:color="E85D04"/>
              </w:pBdr>
              <w:ind w:left="0" w:right="0"/>
            </w:pPr>
            <w:r>
              <w:t>Languages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भाषाएँ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Rajasthani</w:t>
            </w:r>
          </w:p>
          <w:p>
            <w:pPr>
              <w:pStyle w:val="SideHeading"/>
              <w:pBdr>
                <w:left w:val="single" w:sz="28" w:space="6" w:color="E85D04"/>
              </w:pBdr>
              <w:ind w:left="0" w:right="0"/>
            </w:pPr>
            <w:r>
              <w:t>Awards</w:t>
            </w:r>
            <w:r>
              <w:rPr>
                <w:rFonts w:ascii="Hind" w:hAnsi="Hind" w:eastAsia="Hind" w:cs="Hind"/>
                <w:b w:val="0"/>
                <w:color w:val="E85D04"/>
              </w:rPr>
              <w:t xml:space="preserve">  पुरस्कार</w:t>
            </w:r>
          </w:p>
          <w:p>
            <w:pPr>
              <w:pStyle w:val="SideBullet"/>
            </w:pPr>
            <w:r>
              <w:t>Top Region Award, 2022 and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61" w:hanging="227"/>
      </w:pPr>
      <w:rPr>
        <w:rFonts w:ascii="Arial" w:hAnsi="Arial" w:cs="Arial" w:hint="default"/>
        <w:color w:val="E85D0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▪"/>
      <w:lvlJc w:val="left"/>
      <w:pPr>
        <w:ind w:left="261" w:hanging="227"/>
      </w:pPr>
      <w:rPr>
        <w:rFonts w:ascii="Arial" w:hAnsi="Arial" w:cs="Arial" w:hint="default"/>
        <w:color w:val="E85D0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ind" w:hAnsi="Hind" w:eastAsia="Hind" w:cs="Hi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Hind" w:hAnsi="Hind" w:eastAsia="Hind" w:cs="Hind"/>
      <w:color w:val="2B2118"/>
      <w:sz w:val="19"/>
      <w:szCs w:val="20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6" w:lineRule="auto"/>
    </w:pPr>
    <w:rPr>
      <w:rFonts w:ascii="Hind" w:hAnsi="Hind" w:eastAsia="Hind" w:cs="Hind"/>
      <w:b w:val="0"/>
      <w:i w:val="0"/>
      <w:caps w:val="0"/>
      <w:smallCaps w:val="0"/>
      <w:color w:val="2B2118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Hind" w:hAnsi="Hind" w:eastAsia="Hind" w:cs="Hind"/>
      <w:b/>
      <w:bCs/>
      <w:i w:val="0"/>
      <w:caps w:val="0"/>
      <w:smallCaps w:val="0"/>
      <w:color w:val="FFFFFF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90"/>
    </w:pPr>
    <w:rPr>
      <w:rFonts w:ascii="Hind" w:hAnsi="Hind" w:eastAsia="Hind" w:cs="Hind"/>
      <w:b w:val="0"/>
      <w:i w:val="0"/>
      <w:caps w:val="0"/>
      <w:smallCaps w:val="0"/>
      <w:color w:val="FFF1E6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Hind" w:hAnsi="Hind" w:eastAsia="Hind" w:cs="Hind"/>
      <w:b w:val="0"/>
      <w:i w:val="0"/>
      <w:caps w:val="0"/>
      <w:smallCaps w:val="0"/>
      <w:color w:val="FFFFFF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48" w:after="112"/>
    </w:pPr>
    <w:rPr>
      <w:rFonts w:ascii="Hind" w:hAnsi="Hind" w:eastAsia="Hind" w:cs="Hind"/>
      <w:b/>
      <w:bCs/>
      <w:i w:val="0"/>
      <w:caps w:val="0"/>
      <w:smallCaps w:val="0"/>
      <w:color w:val="3D1F00"/>
      <w:spacing w:val="6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6" w:lineRule="auto"/>
    </w:pPr>
    <w:rPr>
      <w:rFonts w:ascii="Hind" w:hAnsi="Hind" w:eastAsia="Hind" w:cs="Hind"/>
      <w:b w:val="0"/>
      <w:i w:val="0"/>
      <w:caps w:val="0"/>
      <w:smallCaps w:val="0"/>
      <w:color w:val="2B2118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Hind" w:hAnsi="Hind" w:eastAsia="Hind" w:cs="Hind"/>
      <w:b/>
      <w:bCs/>
      <w:i w:val="0"/>
      <w:caps w:val="0"/>
      <w:smallCaps w:val="0"/>
      <w:color w:val="2B2118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Hind" w:hAnsi="Hind" w:eastAsia="Hind" w:cs="Hind"/>
      <w:b w:val="0"/>
      <w:i w:val="0"/>
      <w:caps w:val="0"/>
      <w:smallCaps w:val="0"/>
      <w:color w:val="E85D04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276" w:lineRule="auto"/>
      <w:ind w:left="261" w:hanging="227"/>
    </w:pPr>
    <w:rPr>
      <w:rFonts w:ascii="Hind" w:hAnsi="Hind" w:eastAsia="Hind" w:cs="Hind"/>
      <w:b w:val="0"/>
      <w:i w:val="0"/>
      <w:caps w:val="0"/>
      <w:smallCaps w:val="0"/>
      <w:color w:val="2B2118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48" w:after="112"/>
    </w:pPr>
    <w:rPr>
      <w:rFonts w:ascii="Hind" w:hAnsi="Hind" w:eastAsia="Hind" w:cs="Hind"/>
      <w:b/>
      <w:bCs/>
      <w:i w:val="0"/>
      <w:caps w:val="0"/>
      <w:smallCaps w:val="0"/>
      <w:color w:val="3D1F00"/>
      <w:spacing w:val="6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76" w:lineRule="auto"/>
    </w:pPr>
    <w:rPr>
      <w:rFonts w:ascii="Hind" w:hAnsi="Hind" w:eastAsia="Hind" w:cs="Hind"/>
      <w:b w:val="0"/>
      <w:i w:val="0"/>
      <w:caps w:val="0"/>
      <w:smallCaps w:val="0"/>
      <w:color w:val="2B2118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Hind" w:hAnsi="Hind" w:eastAsia="Hind" w:cs="Hind"/>
      <w:b w:val="0"/>
      <w:i w:val="0"/>
      <w:caps/>
      <w:smallCaps w:val="0"/>
      <w:color w:val="766858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276" w:lineRule="auto"/>
      <w:ind w:left="261" w:hanging="227"/>
    </w:pPr>
    <w:rPr>
      <w:rFonts w:ascii="Hind" w:hAnsi="Hind" w:eastAsia="Hind" w:cs="Hind"/>
      <w:b w:val="0"/>
      <w:i w:val="0"/>
      <w:caps w:val="0"/>
      <w:smallCaps w:val="0"/>
      <w:color w:val="2B2118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Bazaar Bold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