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DF6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361"/>
        <w:gridCol w:w="10545"/>
      </w:tblGrid>
      <w:tr>
        <w:trPr>
          <w:trHeight w:val="16804" w:hRule="atLeast"/>
        </w:trPr>
        <w:tc>
          <w:tcPr>
            <w:tcW w:type="dxa" w:w="1361"/>
            <w:tcBorders>
              <w:top w:val="nil"/>
              <w:left w:val="nil"/>
              <w:bottom w:val="nil"/>
              <w:right w:val="double" w:sz="12" w:space="0" w:color="E58A8A"/>
            </w:tcBorders>
            <w:shd w:val="clear" w:color="auto" w:fill="FFFDF6"/>
            <w:tcMar>
              <w:top w:w="0" w:type="dxa"/>
              <w:left w:w="0" w:type="dxa"/>
              <w:bottom w:w="0" w:type="dxa"/>
              <w:right w:w="0" w:type="dxa"/>
            </w:tcMar>
          </w:tcPr>
          <w:p/>
        </w:tc>
        <w:tc>
          <w:tcPr>
            <w:tcW w:type="dxa" w:w="10545"/>
            <w:shd w:val="clear" w:color="auto" w:fill="FFFDF6"/>
            <w:tcMar>
              <w:top w:w="1020" w:type="dxa"/>
              <w:left w:w="510" w:type="dxa"/>
              <w:bottom w:w="680" w:type="dxa"/>
              <w:right w:w="794" w:type="dxa"/>
            </w:tcMar>
          </w:tcPr>
          <w:p>
            <w:pPr>
              <w:pStyle w:val="Name"/>
            </w:pPr>
            <w:r>
              <w:t>Aditya Singh</w:t>
            </w:r>
          </w:p>
          <w:p>
            <w:pPr>
              <w:pStyle w:val="Role"/>
              <w:spacing w:after="40"/>
            </w:pPr>
            <w:r>
              <w:rPr>
                <w:rFonts w:ascii="Kalam" w:hAnsi="Kalam" w:eastAsia="Kalam" w:cs="Kalam"/>
                <w:b w:val="0"/>
                <w:color w:val="1E3A8A"/>
                <w:sz w:val="30"/>
                <w:szCs w:val="31"/>
              </w:rPr>
              <w:t>आदित्य सिंह</w:t>
            </w:r>
          </w:p>
          <w:p>
            <w:pPr>
              <w:pStyle w:val="Role"/>
            </w:pPr>
            <w:r>
              <w:t>Mechanical Engineering Student</w:t>
            </w:r>
            <w:r>
              <w:rPr>
                <w:color w:val="1E3A8A"/>
              </w:rPr>
              <w:t xml:space="preserve">  |  </w:t>
            </w:r>
            <w:r>
              <w:rPr>
                <w:rFonts w:ascii="Kalam" w:hAnsi="Kalam" w:eastAsia="Kalam" w:cs="Kalam"/>
              </w:rPr>
              <w:t>बी.टेक, मैकेनिकल इंजीनियरिंग</w:t>
            </w:r>
          </w:p>
          <w:p>
            <w:pPr>
              <w:pStyle w:val="Contact"/>
            </w:pPr>
            <w:r>
              <w:t>+91 94150 56789</w:t>
            </w:r>
            <w:r>
              <w:rPr>
                <w:color w:val="C0504D"/>
              </w:rPr>
              <w:t xml:space="preserve">  ~  </w:t>
            </w:r>
            <w:r>
              <w:t>aditya.singh@email.com</w:t>
            </w:r>
            <w:r>
              <w:rPr>
                <w:color w:val="C0504D"/>
              </w:rPr>
              <w:t xml:space="preserve">  ~  </w:t>
            </w:r>
            <w:r>
              <w:t>Lucknow, India</w:t>
            </w:r>
            <w:r>
              <w:rPr>
                <w:color w:val="C0504D"/>
              </w:rPr>
              <w:t xml:space="preserve">  ~  </w:t>
            </w:r>
            <w:r>
              <w:t>linkedin.com/in/adityasingh</w:t>
            </w:r>
          </w:p>
          <w:p>
            <w:pPr>
              <w:pStyle w:val="SectionHeading"/>
              <w:pBdr>
                <w:bottom w:val="wave" w:sz="6" w:space="3" w:color="1E3A8A"/>
              </w:pBdr>
            </w:pPr>
            <w:r>
              <w:t>Profile</w:t>
            </w:r>
            <w:r>
              <w:rPr>
                <w:rFonts w:ascii="Kalam" w:hAnsi="Kalam" w:eastAsia="Kalam" w:cs="Kalam"/>
                <w:b w:val="0"/>
                <w:color w:val="1E3A8A"/>
              </w:rPr>
              <w:t xml:space="preserve">  परिचय</w:t>
            </w:r>
          </w:p>
          <w:p>
            <w:pPr>
              <w:pStyle w:val="Summary"/>
            </w:pPr>
            <w:r>
              <w:t>Mechanical engineering student with hands-on experience in CAD, fabrication and a student formula racing team. Seeking a graduate engineer role in design or manufacturing.</w:t>
            </w:r>
          </w:p>
          <w:p>
            <w:pPr>
              <w:pStyle w:val="Summary"/>
              <w:spacing w:before="60"/>
            </w:pPr>
            <w:r>
              <w:rPr>
                <w:rFonts w:ascii="Kalam" w:hAnsi="Kalam" w:eastAsia="Kalam" w:cs="Kalam"/>
              </w:rPr>
              <w:t>CAD, फ़ैब्रिकेशन और स्टूडेंट फ़ॉर्मूला टीम का व्यावहारिक अनुभव। डिज़ाइन या मैन्युफ़ैक्चरिंग में ग्रेजुएट इंजीनियर की भूमिका की तलाश।</w:t>
            </w:r>
          </w:p>
          <w:p>
            <w:pPr>
              <w:pStyle w:val="SectionHeading"/>
              <w:pBdr>
                <w:bottom w:val="wave" w:sz="6" w:space="3" w:color="1E3A8A"/>
              </w:pBdr>
            </w:pPr>
            <w:r>
              <w:t>Education</w:t>
            </w:r>
            <w:r>
              <w:rPr>
                <w:rFonts w:ascii="Kalam" w:hAnsi="Kalam" w:eastAsia="Kalam" w:cs="Kalam"/>
                <w:b w:val="0"/>
                <w:color w:val="1E3A8A"/>
              </w:rPr>
              <w:t xml:space="preserve">  शिक्षा</w:t>
            </w:r>
          </w:p>
          <w:p>
            <w:pPr>
              <w:pStyle w:val="EntryTitle"/>
              <w:tabs>
                <w:tab w:pos="9241" w:val="right"/>
              </w:tabs>
            </w:pPr>
            <w:r>
              <w:t>B.Tech, Mechanical Engineering</w:t>
            </w:r>
            <w:r>
              <w:tab/>
            </w:r>
            <w:r>
              <w:rPr>
                <w:rFonts w:ascii="Kalam" w:hAnsi="Kalam" w:eastAsia="Kalam" w:cs="Kalam"/>
                <w:b w:val="0"/>
                <w:i w:val="0"/>
                <w:color w:val="5B6577"/>
                <w:sz w:val="18"/>
                <w:szCs w:val="18"/>
              </w:rPr>
              <w:t>2022 — 2026</w:t>
            </w:r>
          </w:p>
          <w:p>
            <w:pPr>
              <w:pStyle w:val="EntryMeta"/>
            </w:pPr>
            <w:r>
              <w:t>Northern Institute of Engineering &amp; Technology</w:t>
            </w:r>
            <w:r>
              <w:t xml:space="preserve">  ~  CGPA 8.3 / 10</w:t>
            </w:r>
          </w:p>
          <w:p>
            <w:pPr>
              <w:pStyle w:val="EntryTitle"/>
              <w:tabs>
                <w:tab w:pos="9241" w:val="right"/>
              </w:tabs>
            </w:pPr>
            <w:r>
              <w:t>Class XII (UP Board)</w:t>
            </w:r>
            <w:r>
              <w:tab/>
            </w:r>
            <w:r>
              <w:rPr>
                <w:rFonts w:ascii="Kalam" w:hAnsi="Kalam" w:eastAsia="Kalam" w:cs="Kalam"/>
                <w:b w:val="0"/>
                <w:i w:val="0"/>
                <w:color w:val="5B6577"/>
                <w:sz w:val="18"/>
                <w:szCs w:val="18"/>
              </w:rPr>
              <w:t>2022</w:t>
            </w:r>
          </w:p>
          <w:p>
            <w:pPr>
              <w:pStyle w:val="EntryMeta"/>
            </w:pPr>
            <w:r>
              <w:t>Aster Grove Inter College</w:t>
            </w:r>
            <w:r>
              <w:t xml:space="preserve">  ~  90.8%</w:t>
            </w:r>
          </w:p>
          <w:p>
            <w:pPr>
              <w:pStyle w:val="SectionHeading"/>
              <w:pBdr>
                <w:bottom w:val="wave" w:sz="6" w:space="3" w:color="1E3A8A"/>
              </w:pBdr>
            </w:pPr>
            <w:r>
              <w:t>Projects</w:t>
            </w:r>
            <w:r>
              <w:rPr>
                <w:rFonts w:ascii="Kalam" w:hAnsi="Kalam" w:eastAsia="Kalam" w:cs="Kalam"/>
                <w:b w:val="0"/>
                <w:color w:val="1E3A8A"/>
              </w:rPr>
              <w:t xml:space="preserve">  प्रोजेक्ट</w:t>
            </w:r>
          </w:p>
          <w:p>
            <w:pPr>
              <w:pStyle w:val="EntryTitle"/>
              <w:tabs>
                <w:tab w:pos="9241" w:val="right"/>
              </w:tabs>
            </w:pPr>
            <w:r>
              <w:t>Formula Student car — chassis team</w:t>
            </w:r>
            <w:r>
              <w:tab/>
            </w:r>
            <w:r>
              <w:rPr>
                <w:rFonts w:ascii="Kalam" w:hAnsi="Kalam" w:eastAsia="Kalam" w:cs="Kalam"/>
                <w:b w:val="0"/>
                <w:i w:val="0"/>
                <w:color w:val="5B6577"/>
                <w:sz w:val="18"/>
                <w:szCs w:val="18"/>
              </w:rPr>
              <w:t>2023 — 2025</w:t>
            </w:r>
          </w:p>
          <w:p>
            <w:pPr>
              <w:pStyle w:val="EntryMeta"/>
            </w:pPr>
            <w:r>
              <w:t>SolidWorks, ANSYS</w:t>
            </w:r>
          </w:p>
          <w:p>
            <w:pPr>
              <w:pStyle w:val="ResumeBullet"/>
            </w:pPr>
            <w:r>
              <w:t>Designed the space-frame chassis; cut weight by 8 kg while improving stiffness.</w:t>
            </w:r>
          </w:p>
          <w:p>
            <w:pPr>
              <w:pStyle w:val="EntryTitle"/>
              <w:tabs>
                <w:tab w:pos="9241" w:val="right"/>
              </w:tabs>
            </w:pPr>
            <w:r>
              <w:t>Solar-powered vegetable dryer</w:t>
            </w:r>
            <w:r>
              <w:tab/>
            </w:r>
            <w:r>
              <w:rPr>
                <w:rFonts w:ascii="Kalam" w:hAnsi="Kalam" w:eastAsia="Kalam" w:cs="Kalam"/>
                <w:b w:val="0"/>
                <w:i w:val="0"/>
                <w:color w:val="5B6577"/>
                <w:sz w:val="18"/>
                <w:szCs w:val="18"/>
              </w:rPr>
              <w:t>2024</w:t>
            </w:r>
          </w:p>
          <w:p>
            <w:pPr>
              <w:pStyle w:val="EntryMeta"/>
            </w:pPr>
            <w:r>
              <w:t>Fabrication</w:t>
            </w:r>
          </w:p>
          <w:p>
            <w:pPr>
              <w:pStyle w:val="ResumeBullet"/>
            </w:pPr>
            <w:r>
              <w:t>Built a low-cost dryer prototype for a village self-help group.</w:t>
            </w:r>
          </w:p>
          <w:p>
            <w:pPr>
              <w:pStyle w:val="SectionHeading"/>
              <w:pBdr>
                <w:bottom w:val="wave" w:sz="6" w:space="3" w:color="1E3A8A"/>
              </w:pBdr>
            </w:pPr>
            <w:r>
              <w:t>Internship</w:t>
            </w:r>
            <w:r>
              <w:rPr>
                <w:rFonts w:ascii="Kalam" w:hAnsi="Kalam" w:eastAsia="Kalam" w:cs="Kalam"/>
                <w:b w:val="0"/>
                <w:color w:val="1E3A8A"/>
              </w:rPr>
              <w:t xml:space="preserve">  इंटर्नशिप</w:t>
            </w:r>
          </w:p>
          <w:p>
            <w:pPr>
              <w:pStyle w:val="EntryTitle"/>
              <w:tabs>
                <w:tab w:pos="9241" w:val="right"/>
              </w:tabs>
            </w:pPr>
            <w:r>
              <w:t>Summer Trainee</w:t>
            </w:r>
            <w:r>
              <w:tab/>
            </w:r>
            <w:r>
              <w:rPr>
                <w:rFonts w:ascii="Kalam" w:hAnsi="Kalam" w:eastAsia="Kalam" w:cs="Kalam"/>
                <w:b w:val="0"/>
                <w:i w:val="0"/>
                <w:color w:val="5B6577"/>
                <w:sz w:val="18"/>
                <w:szCs w:val="18"/>
              </w:rPr>
              <w:t>Jun — Jul 2025</w:t>
            </w:r>
          </w:p>
          <w:p>
            <w:pPr>
              <w:pStyle w:val="EntryMeta"/>
            </w:pPr>
            <w:r>
              <w:t>Kestrel Mobility, Hosur</w:t>
            </w:r>
          </w:p>
          <w:p>
            <w:pPr>
              <w:pStyle w:val="ResumeBullet"/>
            </w:pPr>
            <w:r>
              <w:t>Studied assembly-line bottlenecks and proposed a fixture that saved 12 s per unit.</w:t>
            </w:r>
          </w:p>
          <w:p>
            <w:pPr>
              <w:pStyle w:val="SectionHeading"/>
              <w:pBdr>
                <w:bottom w:val="wave" w:sz="6" w:space="3" w:color="1E3A8A"/>
              </w:pBdr>
            </w:pPr>
            <w:r>
              <w:t>Skills</w:t>
            </w:r>
            <w:r>
              <w:rPr>
                <w:rFonts w:ascii="Kalam" w:hAnsi="Kalam" w:eastAsia="Kalam" w:cs="Kalam"/>
                <w:b w:val="0"/>
                <w:color w:val="1E3A8A"/>
              </w:rPr>
              <w:t xml:space="preserve">  कौशल</w:t>
            </w:r>
          </w:p>
          <w:p>
            <w:pPr>
              <w:pStyle w:val="BodyText"/>
            </w:pPr>
            <w:r>
              <w:t>CAD modelling</w:t>
            </w:r>
            <w:r>
              <w:rPr>
                <w:color w:val="1E3A8A"/>
              </w:rPr>
              <w:t xml:space="preserve">  ~  </w:t>
            </w:r>
            <w:r>
              <w:t>FEA</w:t>
            </w:r>
            <w:r>
              <w:rPr>
                <w:color w:val="1E3A8A"/>
              </w:rPr>
              <w:t xml:space="preserve">  ~  </w:t>
            </w:r>
            <w:r>
              <w:t>Manufacturing processes</w:t>
            </w:r>
            <w:r>
              <w:rPr>
                <w:color w:val="1E3A8A"/>
              </w:rPr>
              <w:t xml:space="preserve">  ~  </w:t>
            </w:r>
            <w:r>
              <w:t>GD&amp;T basics</w:t>
            </w:r>
            <w:r>
              <w:rPr>
                <w:color w:val="1E3A8A"/>
              </w:rPr>
              <w:t xml:space="preserve">  ~  </w:t>
            </w:r>
            <w:r>
              <w:t>Teamwork</w:t>
            </w:r>
          </w:p>
          <w:p>
            <w:pPr>
              <w:pStyle w:val="SectionHeading"/>
              <w:pBdr>
                <w:bottom w:val="wave" w:sz="6" w:space="3" w:color="1E3A8A"/>
              </w:pBdr>
            </w:pPr>
            <w:r>
              <w:t>Achievements</w:t>
            </w:r>
            <w:r>
              <w:rPr>
                <w:rFonts w:ascii="Kalam" w:hAnsi="Kalam" w:eastAsia="Kalam" w:cs="Kalam"/>
                <w:b w:val="0"/>
                <w:color w:val="1E3A8A"/>
              </w:rPr>
              <w:t xml:space="preserve">  उपलब्धियाँ</w:t>
            </w:r>
          </w:p>
          <w:p>
            <w:pPr>
              <w:pStyle w:val="ResumeBullet"/>
            </w:pPr>
            <w:r>
              <w:t>National-level rank, student formula event (2024)</w:t>
            </w:r>
          </w:p>
          <w:p>
            <w:pPr>
              <w:pStyle w:val="ResumeBullet"/>
            </w:pPr>
            <w:r>
              <w:t>Merit scholarship (2023, 2024)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✓"/>
      <w:lvlJc w:val="left"/>
      <w:pPr>
        <w:ind w:left="295" w:hanging="272"/>
      </w:pPr>
      <w:rPr>
        <w:rFonts w:ascii="Segoe UI Symbol" w:hAnsi="Segoe UI Symbol" w:cs="Segoe UI Symbol" w:hint="default"/>
        <w:color w:val="C0504D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✓"/>
      <w:lvlJc w:val="left"/>
      <w:pPr>
        <w:ind w:left="295" w:hanging="272"/>
      </w:pPr>
      <w:rPr>
        <w:rFonts w:ascii="Segoe UI Symbol" w:hAnsi="Segoe UI Symbol" w:cs="Segoe UI Symbol" w:hint="default"/>
        <w:color w:val="1E3A8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Kalam" w:hAnsi="Kalam" w:eastAsia="Kalam" w:cs="Kalam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Kalam" w:hAnsi="Kalam" w:eastAsia="Kalam" w:cs="Kalam"/>
      <w:color w:val="26303F"/>
      <w:sz w:val="20"/>
      <w:szCs w:val="20"/>
      <w:lang w:val="en-IN" w:bidi="hi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40" w:lineRule="auto"/>
    </w:pPr>
    <w:rPr>
      <w:rFonts w:ascii="Kalam" w:hAnsi="Kalam" w:eastAsia="Kalam" w:cs="Kalam"/>
      <w:b w:val="0"/>
      <w:i w:val="0"/>
      <w:caps w:val="0"/>
      <w:smallCaps w:val="0"/>
      <w:color w:val="26303F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Kalam" w:hAnsi="Kalam" w:eastAsia="Kalam" w:cs="Kalam"/>
      <w:b/>
      <w:bCs/>
      <w:i w:val="0"/>
      <w:caps w:val="0"/>
      <w:smallCaps w:val="0"/>
      <w:color w:val="1E3A8A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</w:pPr>
    <w:rPr>
      <w:rFonts w:ascii="Kalam" w:hAnsi="Kalam" w:eastAsia="Kalam" w:cs="Kalam"/>
      <w:b w:val="0"/>
      <w:i w:val="0"/>
      <w:caps w:val="0"/>
      <w:smallCaps w:val="0"/>
      <w:color w:val="C0504D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Kalam" w:hAnsi="Kalam" w:eastAsia="Kalam" w:cs="Kalam"/>
      <w:b w:val="0"/>
      <w:i w:val="0"/>
      <w:caps w:val="0"/>
      <w:smallCaps w:val="0"/>
      <w:color w:val="5B6577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160" w:after="40"/>
    </w:pPr>
    <w:rPr>
      <w:rFonts w:ascii="Kalam" w:hAnsi="Kalam" w:eastAsia="Kalam" w:cs="Kalam"/>
      <w:b/>
      <w:bCs/>
      <w:i w:val="0"/>
      <w:caps w:val="0"/>
      <w:smallCaps w:val="0"/>
      <w:color w:val="1E3A8A"/>
      <w:sz w:val="30"/>
      <w:szCs w:val="3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40" w:lineRule="auto"/>
    </w:pPr>
    <w:rPr>
      <w:rFonts w:ascii="Kalam" w:hAnsi="Kalam" w:eastAsia="Kalam" w:cs="Kalam"/>
      <w:b w:val="0"/>
      <w:i w:val="0"/>
      <w:caps w:val="0"/>
      <w:smallCaps w:val="0"/>
      <w:color w:val="26303F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60" w:after="10"/>
    </w:pPr>
    <w:rPr>
      <w:rFonts w:ascii="Kalam" w:hAnsi="Kalam" w:eastAsia="Kalam" w:cs="Kalam"/>
      <w:b/>
      <w:bCs/>
      <w:i w:val="0"/>
      <w:caps w:val="0"/>
      <w:smallCaps w:val="0"/>
      <w:color w:val="26303F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Kalam" w:hAnsi="Kalam" w:eastAsia="Kalam" w:cs="Kalam"/>
      <w:b w:val="0"/>
      <w:i w:val="0"/>
      <w:caps w:val="0"/>
      <w:smallCaps w:val="0"/>
      <w:color w:val="C0504D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240" w:lineRule="auto"/>
      <w:ind w:left="295" w:hanging="272"/>
    </w:pPr>
    <w:rPr>
      <w:rFonts w:ascii="Kalam" w:hAnsi="Kalam" w:eastAsia="Kalam" w:cs="Kalam"/>
      <w:b w:val="0"/>
      <w:i w:val="0"/>
      <w:caps w:val="0"/>
      <w:smallCaps w:val="0"/>
      <w:color w:val="26303F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160" w:after="40"/>
    </w:pPr>
    <w:rPr>
      <w:rFonts w:ascii="Kalam" w:hAnsi="Kalam" w:eastAsia="Kalam" w:cs="Kalam"/>
      <w:b/>
      <w:bCs/>
      <w:i w:val="0"/>
      <w:caps w:val="0"/>
      <w:smallCaps w:val="0"/>
      <w:color w:val="1E3A8A"/>
      <w:sz w:val="30"/>
      <w:szCs w:val="3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40" w:lineRule="auto"/>
    </w:pPr>
    <w:rPr>
      <w:rFonts w:ascii="Kalam" w:hAnsi="Kalam" w:eastAsia="Kalam" w:cs="Kalam"/>
      <w:b w:val="0"/>
      <w:i w:val="0"/>
      <w:caps w:val="0"/>
      <w:smallCaps w:val="0"/>
      <w:color w:val="26303F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Kalam" w:hAnsi="Kalam" w:eastAsia="Kalam" w:cs="Kalam"/>
      <w:b w:val="0"/>
      <w:i w:val="0"/>
      <w:caps/>
      <w:smallCaps w:val="0"/>
      <w:color w:val="5B6577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240" w:lineRule="auto"/>
      <w:ind w:left="295" w:hanging="272"/>
    </w:pPr>
    <w:rPr>
      <w:rFonts w:ascii="Kalam" w:hAnsi="Kalam" w:eastAsia="Kalam" w:cs="Kalam"/>
      <w:b w:val="0"/>
      <w:i w:val="0"/>
      <w:caps w:val="0"/>
      <w:smallCaps w:val="0"/>
      <w:color w:val="26303F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Kalam Haath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