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800" w:val="right"/>
        </w:tabs>
      </w:pPr>
      <w:r>
        <w:t>Arjun Venkatesh</w:t>
      </w:r>
      <w:r>
        <w:tab/>
      </w:r>
      <w:r>
        <w:rPr>
          <w:rFonts w:ascii="Crimson Pro" w:hAnsi="Crimson Pro" w:eastAsia="Crimson Pro" w:cs="Crimson Pro"/>
          <w:b w:val="0"/>
          <w:sz w:val="25"/>
          <w:szCs w:val="25"/>
        </w:rPr>
        <w:t>arjun.venkatesh@college.edu</w:t>
      </w:r>
    </w:p>
    <w:p>
      <w:pPr>
        <w:pStyle w:val="Contact"/>
        <w:tabs>
          <w:tab w:pos="10800" w:val="right"/>
        </w:tabs>
      </w:pPr>
      <w:r>
        <w:t>Ithaca, NY</w:t>
      </w:r>
      <w:r>
        <w:tab/>
      </w:r>
      <w:r>
        <w:t>(607) 555-0175  •  linkedin.com/in/arjunvenkatesh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Education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5"/>
          <w:szCs w:val="25"/>
        </w:rPr>
        <w:t>Dec 2026</w:t>
      </w:r>
      <w:r>
        <w:tab/>
      </w:r>
      <w:r>
        <w:t>Hollins Institute of Technology</w:t>
      </w:r>
      <w:r>
        <w:rPr>
          <w:b w:val="0"/>
        </w:rPr>
        <w:t>, Ithaca, NY</w:t>
      </w:r>
    </w:p>
    <w:p>
      <w:pPr>
        <w:pStyle w:val="EntryMeta"/>
        <w:ind w:left="1587" w:right="0"/>
      </w:pPr>
      <w:r>
        <w:t>M.Eng. in Mechanical Engineering (Robotics)</w:t>
      </w:r>
    </w:p>
    <w:p>
      <w:pPr>
        <w:pStyle w:val="BodyText"/>
        <w:ind w:left="1587" w:right="0"/>
      </w:pPr>
      <w:r>
        <w:t>GPA: 3.92/4.00</w:t>
      </w:r>
    </w:p>
    <w:p>
      <w:pPr>
        <w:pStyle w:val="BodyText"/>
        <w:ind w:left="1587" w:right="0"/>
      </w:pPr>
      <w:r>
        <w:t>Relevant Coursework: Robot Dynamics, Control Systems, Computer Vision, Mechatronics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5"/>
          <w:szCs w:val="25"/>
        </w:rPr>
        <w:t>May 2025</w:t>
      </w:r>
      <w:r>
        <w:tab/>
      </w:r>
      <w:r>
        <w:t>Northern Institute of Engineering &amp; Technology</w:t>
      </w:r>
      <w:r>
        <w:rPr>
          <w:b w:val="0"/>
        </w:rPr>
        <w:t>, Chennai, India</w:t>
      </w:r>
    </w:p>
    <w:p>
      <w:pPr>
        <w:pStyle w:val="EntryMeta"/>
        <w:ind w:left="1587" w:right="0"/>
      </w:pPr>
      <w:r>
        <w:t>B.Tech. in Mechanical Engineering</w:t>
      </w:r>
    </w:p>
    <w:p>
      <w:pPr>
        <w:pStyle w:val="BodyText"/>
        <w:ind w:left="1587" w:right="0"/>
      </w:pPr>
      <w:r>
        <w:t>CGPA: 9.1/10 (GPA equivalent 3.9/4.0); Gold Medal, Department Rank 1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Experience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5"/>
          <w:szCs w:val="25"/>
        </w:rPr>
        <w:t>May 2026 – Aug 2026</w:t>
      </w:r>
      <w:r>
        <w:tab/>
      </w:r>
      <w:r>
        <w:t>Kestrel Robotics</w:t>
      </w:r>
      <w:r>
        <w:rPr>
          <w:b w:val="0"/>
        </w:rPr>
        <w:t>, Pittsburgh, PA</w:t>
      </w:r>
    </w:p>
    <w:p>
      <w:pPr>
        <w:pStyle w:val="EntryMeta"/>
        <w:ind w:left="1587" w:right="0"/>
      </w:pPr>
      <w:r>
        <w:t>Robotics Engineering Intern</w:t>
      </w:r>
    </w:p>
    <w:p>
      <w:pPr>
        <w:pStyle w:val="ResumeBullet"/>
        <w:ind w:left="1899" w:hanging="227"/>
      </w:pPr>
      <w:r>
        <w:t>Designed a compliant gripper for warehouse picking; raised grasp success from 82% to 95% on 300 SKUs.</w:t>
      </w:r>
    </w:p>
    <w:p>
      <w:pPr>
        <w:pStyle w:val="ResumeBullet"/>
        <w:ind w:left="1899" w:hanging="227"/>
      </w:pPr>
      <w:r>
        <w:t>Wrote ROS 2 nodes for force control and integrated them with the vision stack.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5"/>
          <w:szCs w:val="25"/>
        </w:rPr>
        <w:t>Jan 2026 – Present</w:t>
      </w:r>
      <w:r>
        <w:tab/>
      </w:r>
      <w:r>
        <w:t>Hollins Autonomous Systems Lab</w:t>
      </w:r>
      <w:r>
        <w:rPr>
          <w:b w:val="0"/>
        </w:rPr>
        <w:t>, Ithaca, NY</w:t>
      </w:r>
    </w:p>
    <w:p>
      <w:pPr>
        <w:pStyle w:val="EntryMeta"/>
        <w:ind w:left="1587" w:right="0"/>
      </w:pPr>
      <w:r>
        <w:t>Graduate Research Assistant</w:t>
      </w:r>
    </w:p>
    <w:p>
      <w:pPr>
        <w:pStyle w:val="ResumeBullet"/>
        <w:ind w:left="1899" w:hanging="227"/>
      </w:pPr>
      <w:r>
        <w:t>Developing model-predictive control for a quadruped robot on uneven terrain.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5"/>
          <w:szCs w:val="25"/>
        </w:rPr>
        <w:t>May 2024 – Jul 2024</w:t>
      </w:r>
      <w:r>
        <w:tab/>
      </w:r>
      <w:r>
        <w:t>Kestrel Mobility</w:t>
      </w:r>
      <w:r>
        <w:rPr>
          <w:b w:val="0"/>
        </w:rPr>
        <w:t>, Hosur, India</w:t>
      </w:r>
    </w:p>
    <w:p>
      <w:pPr>
        <w:pStyle w:val="EntryMeta"/>
        <w:ind w:left="1587" w:right="0"/>
      </w:pPr>
      <w:r>
        <w:t>Summer Trainee</w:t>
      </w:r>
    </w:p>
    <w:p>
      <w:pPr>
        <w:pStyle w:val="ResumeBullet"/>
        <w:ind w:left="1899" w:hanging="227"/>
      </w:pPr>
      <w:r>
        <w:t>Reduced cycle time on a welding line by 9% through fixture redesign.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Leadership &amp; Activities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5"/>
          <w:szCs w:val="25"/>
        </w:rPr>
        <w:t>Aug 2022 – May 2025</w:t>
      </w:r>
      <w:r>
        <w:tab/>
      </w:r>
      <w:r>
        <w:t>Formula Student Team</w:t>
      </w:r>
      <w:r>
        <w:rPr>
          <w:b w:val="0"/>
        </w:rPr>
        <w:t>, Chennai, India</w:t>
      </w:r>
    </w:p>
    <w:p>
      <w:pPr>
        <w:pStyle w:val="EntryMeta"/>
        <w:ind w:left="1587" w:right="0"/>
      </w:pPr>
      <w:r>
        <w:t>Chassis Lead</w:t>
      </w:r>
    </w:p>
    <w:p>
      <w:pPr>
        <w:pStyle w:val="ResumeBullet"/>
        <w:ind w:left="1899" w:hanging="227"/>
      </w:pPr>
      <w:r>
        <w:t>Led 14 students; team placed 3rd nationally among 80 entries.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Skills &amp; Interests</w:t>
      </w:r>
    </w:p>
    <w:p>
      <w:pPr>
        <w:pStyle w:val="BodyText"/>
        <w:ind w:left="1587" w:right="0"/>
      </w:pPr>
      <w:r>
        <w:rPr>
          <w:b/>
          <w:bCs/>
        </w:rPr>
        <w:t xml:space="preserve">Technical: </w:t>
      </w:r>
      <w:r>
        <w:t>SolidWorks, ANSYS, MATLAB/Simulink, ROS 2, Python, C++</w:t>
      </w:r>
    </w:p>
    <w:p>
      <w:pPr>
        <w:pStyle w:val="BodyText"/>
        <w:ind w:left="1587" w:right="0"/>
      </w:pPr>
      <w:r>
        <w:rPr>
          <w:b/>
          <w:bCs/>
        </w:rPr>
        <w:t xml:space="preserve">Languages: </w:t>
      </w:r>
      <w:r>
        <w:t>English, Tamil (native), Hindi</w:t>
      </w:r>
    </w:p>
    <w:p>
      <w:pPr>
        <w:pStyle w:val="BodyText"/>
        <w:ind w:left="1587" w:right="0"/>
      </w:pPr>
      <w:r>
        <w:rPr>
          <w:b/>
          <w:bCs/>
        </w:rPr>
        <w:t xml:space="preserve">Interests: </w:t>
      </w:r>
      <w:r>
        <w:t>Carnatic violin, autonomous drone racing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Crimson Pr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Crimson Pro" w:hAnsi="Crimson Pro" w:eastAsia="Crimson Pro" w:cs="Crimson Pro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Crimson Pro" w:hAnsi="Crimson Pro" w:eastAsia="Crimson Pro" w:cs="Crimson Pro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5"/>
      <w:szCs w:val="25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60"/>
      <w:jc w:val="center"/>
    </w:pPr>
    <w:rPr>
      <w:rFonts w:ascii="Crimson Pro" w:hAnsi="Crimson Pro" w:eastAsia="Crimson Pro" w:cs="Crimson Pro"/>
      <w:b w:val="0"/>
      <w:i w:val="0"/>
      <w:caps/>
      <w:smallCaps w:val="0"/>
      <w:color w:val="000000"/>
      <w:spacing w:val="4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6"/>
      <w:szCs w:val="26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0"/>
    </w:pPr>
    <w:rPr>
      <w:rFonts w:ascii="Crimson Pro" w:hAnsi="Crimson Pro" w:eastAsia="Crimson Pro" w:cs="Crimson Pro"/>
      <w:b/>
      <w:bCs/>
      <w:i w:val="0"/>
      <w:caps w:val="0"/>
      <w:smallCaps w:val="0"/>
      <w:color w:val="000000"/>
      <w:sz w:val="26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rimson Pro" w:hAnsi="Crimson Pro" w:eastAsia="Crimson Pro" w:cs="Crimson Pro"/>
      <w:b w:val="0"/>
      <w:i/>
      <w:caps w:val="0"/>
      <w:smallCaps w:val="0"/>
      <w:color w:val="000000"/>
      <w:sz w:val="26"/>
      <w:szCs w:val="26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Oxford Rule Edition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