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Kabir Sethi</w:t>
      </w:r>
    </w:p>
    <w:p>
      <w:pPr>
        <w:pStyle w:val="Contact"/>
      </w:pPr>
      <w:r>
        <w:t>New York, NY</w:t>
      </w:r>
      <w:r>
        <w:t xml:space="preserve">  ◇  </w:t>
      </w:r>
      <w:r>
        <w:t>(212) 555-0136</w:t>
      </w:r>
      <w:r>
        <w:t xml:space="preserve">  ◇  </w:t>
      </w:r>
      <w:r>
        <w:t>kabir.sethi@college.edu</w:t>
      </w:r>
      <w:r>
        <w:t xml:space="preserve">  ◇  </w:t>
      </w:r>
      <w:r>
        <w:t>linkedin.com/in/kabirsethi</w:t>
      </w:r>
    </w:p>
    <w:p>
      <w:pPr>
        <w:pStyle w:val="SectionHeading"/>
        <w:pBdr>
          <w:bottom w:val="single" w:sz="4" w:space="1" w:color="000000"/>
        </w:pBdr>
      </w:pPr>
      <w:r>
        <w:t>Education</w:t>
      </w:r>
    </w:p>
    <w:p>
      <w:pPr>
        <w:pStyle w:val="EntryTitle"/>
        <w:tabs>
          <w:tab w:pos="9360" w:val="right"/>
        </w:tabs>
      </w:pPr>
      <w:r>
        <w:t>Hudson University, School of Business</w:t>
      </w:r>
      <w:r>
        <w:rPr>
          <w:b w:val="0"/>
        </w:rPr>
        <w:t>, New York, NY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B.S. in Finance and Data Science</w:t>
      </w:r>
    </w:p>
    <w:p>
      <w:pPr>
        <w:pStyle w:val="BodyText"/>
      </w:pPr>
      <w:r>
        <w:rPr>
          <w:b w:val="0"/>
          <w:i/>
        </w:rPr>
        <w:t>GPA:</w:t>
      </w:r>
      <w:r>
        <w:t xml:space="preserve"> 3.84/4.00; Presidential Scholar</w:t>
      </w:r>
    </w:p>
    <w:p>
      <w:pPr>
        <w:pStyle w:val="BodyText"/>
      </w:pPr>
      <w:r>
        <w:rPr>
          <w:b w:val="0"/>
          <w:i/>
        </w:rPr>
        <w:t>Relevant Coursework:</w:t>
      </w:r>
      <w:r>
        <w:t xml:space="preserve"> Corporate Finance, Derivatives, Fixed Income, Machine Learning</w:t>
      </w:r>
    </w:p>
    <w:p>
      <w:pPr>
        <w:pStyle w:val="SectionHeading"/>
        <w:pBdr>
          <w:bottom w:val="single" w:sz="4" w:space="1" w:color="000000"/>
        </w:pBdr>
      </w:pPr>
      <w:r>
        <w:t>Experience</w:t>
      </w:r>
    </w:p>
    <w:p>
      <w:pPr>
        <w:pStyle w:val="EntryTitle"/>
        <w:tabs>
          <w:tab w:pos="9360" w:val="right"/>
        </w:tabs>
      </w:pPr>
      <w:r>
        <w:t>Summer Analyst, Sales &amp; Trading</w:t>
      </w:r>
      <w:r>
        <w:rPr>
          <w:b w:val="0"/>
        </w:rPr>
        <w:t>, New York, NY</w:t>
      </w:r>
      <w:r>
        <w:rPr>
          <w:b w:val="0"/>
        </w:rPr>
        <w:t xml:space="preserve">  —  </w:t>
      </w:r>
      <w:r>
        <w:rPr>
          <w:b w:val="0"/>
          <w:i/>
        </w:rPr>
        <w:t>Copperline Capital</w:t>
      </w:r>
      <w:r>
        <w:tab/>
      </w:r>
      <w:r>
        <w:rPr>
          <w:b w:val="0"/>
        </w:rPr>
        <w:t>Jun 2026 – Aug 2026</w:t>
      </w:r>
    </w:p>
    <w:p>
      <w:pPr>
        <w:pStyle w:val="ResumeBullet"/>
      </w:pPr>
      <w:r>
        <w:t>Rotated across rates, credit and equity derivatives desks; built a Python tool for daily P&amp;L attribution.</w:t>
      </w:r>
    </w:p>
    <w:p>
      <w:pPr>
        <w:pStyle w:val="ResumeBullet"/>
      </w:pPr>
      <w:r>
        <w:t>Pitched a relative-value trade idea to the desk head; selected among top 5 of 40 interns.</w:t>
      </w:r>
    </w:p>
    <w:p>
      <w:pPr>
        <w:pStyle w:val="EntryTitle"/>
        <w:tabs>
          <w:tab w:pos="9360" w:val="right"/>
        </w:tabs>
      </w:pPr>
      <w:r>
        <w:t>Equity Research Intern</w:t>
      </w:r>
      <w:r>
        <w:rPr>
          <w:b w:val="0"/>
        </w:rPr>
        <w:t>, Mumbai, India</w:t>
      </w:r>
      <w:r>
        <w:rPr>
          <w:b w:val="0"/>
        </w:rPr>
        <w:t xml:space="preserve">  —  </w:t>
      </w:r>
      <w:r>
        <w:rPr>
          <w:b w:val="0"/>
          <w:i/>
        </w:rPr>
        <w:t>Indus Ledger Partners</w:t>
      </w:r>
      <w:r>
        <w:tab/>
      </w:r>
      <w:r>
        <w:rPr>
          <w:b w:val="0"/>
        </w:rPr>
        <w:t>Jun 2025 – Aug 2025</w:t>
      </w:r>
    </w:p>
    <w:p>
      <w:pPr>
        <w:pStyle w:val="ResumeBullet"/>
      </w:pPr>
      <w:r>
        <w:t>Initiated coverage models for two mid-cap banks; contributed to a 30-page sector report.</w:t>
      </w:r>
    </w:p>
    <w:p>
      <w:pPr>
        <w:pStyle w:val="EntryTitle"/>
        <w:tabs>
          <w:tab w:pos="9360" w:val="right"/>
        </w:tabs>
      </w:pPr>
      <w:r>
        <w:t>Portfolio Manager</w:t>
      </w:r>
      <w:r>
        <w:rPr>
          <w:b w:val="0"/>
        </w:rPr>
        <w:t>, New York, NY</w:t>
      </w:r>
      <w:r>
        <w:rPr>
          <w:b w:val="0"/>
        </w:rPr>
        <w:t xml:space="preserve">  —  </w:t>
      </w:r>
      <w:r>
        <w:rPr>
          <w:b w:val="0"/>
          <w:i/>
        </w:rPr>
        <w:t>Hudson Student Investment Fund</w:t>
      </w:r>
      <w:r>
        <w:tab/>
      </w:r>
      <w:r>
        <w:rPr>
          <w:b w:val="0"/>
        </w:rPr>
        <w:t>Sep 2024 – Present</w:t>
      </w:r>
    </w:p>
    <w:p>
      <w:pPr>
        <w:pStyle w:val="ResumeBullet"/>
      </w:pPr>
      <w:r>
        <w:t>Manage a $1.4M student-run portfolio; outperformed benchmark by 3.1% in 2025.</w:t>
      </w:r>
    </w:p>
    <w:p>
      <w:pPr>
        <w:pStyle w:val="SectionHeading"/>
        <w:pBdr>
          <w:bottom w:val="single" w:sz="4" w:space="1" w:color="000000"/>
        </w:pBdr>
      </w:pPr>
      <w:r>
        <w:t>Leadership &amp; Activities</w:t>
      </w:r>
    </w:p>
    <w:p>
      <w:pPr>
        <w:pStyle w:val="EntryTitle"/>
        <w:tabs>
          <w:tab w:pos="9360" w:val="right"/>
        </w:tabs>
      </w:pPr>
      <w:r>
        <w:t>President</w:t>
      </w:r>
      <w:r>
        <w:rPr>
          <w:b w:val="0"/>
        </w:rPr>
        <w:t>, New York, NY</w:t>
      </w:r>
      <w:r>
        <w:rPr>
          <w:b w:val="0"/>
        </w:rPr>
        <w:t xml:space="preserve">  —  </w:t>
      </w:r>
      <w:r>
        <w:rPr>
          <w:b w:val="0"/>
          <w:i/>
        </w:rPr>
        <w:t>Hudson Finance Society</w:t>
      </w:r>
      <w:r>
        <w:tab/>
      </w:r>
      <w:r>
        <w:rPr>
          <w:b w:val="0"/>
        </w:rPr>
        <w:t>Sep 2025 – Present</w:t>
      </w:r>
    </w:p>
    <w:p>
      <w:pPr>
        <w:pStyle w:val="ResumeBullet"/>
      </w:pPr>
      <w:r>
        <w:t>Grew membership from 200 to 520; launched a mentorship program with 60 alumni.</w:t>
      </w:r>
    </w:p>
    <w:p>
      <w:pPr>
        <w:pStyle w:val="SectionHeading"/>
        <w:pBdr>
          <w:bottom w:val="single" w:sz="4" w:space="1" w:color="000000"/>
        </w:pBdr>
      </w:pPr>
      <w:r>
        <w:t>Honors &amp; Awards</w:t>
      </w:r>
    </w:p>
    <w:p>
      <w:pPr>
        <w:pStyle w:val="ResumeBullet"/>
      </w:pPr>
      <w:r>
        <w:t>Presidential Scholar (2023–2027)</w:t>
      </w:r>
    </w:p>
    <w:p>
      <w:pPr>
        <w:pStyle w:val="ResumeBullet"/>
      </w:pPr>
      <w:r>
        <w:t>Winner, Intercollegiate Stock Pitch (2025)</w:t>
      </w:r>
    </w:p>
    <w:p>
      <w:pPr>
        <w:pStyle w:val="SectionHeading"/>
        <w:pBdr>
          <w:bottom w:val="single" w:sz="4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Python, SQL, Excel/VBA, Bloomberg, FactSet, Tableau</w:t>
      </w:r>
    </w:p>
    <w:p>
      <w:pPr>
        <w:pStyle w:val="BodyText"/>
      </w:pPr>
      <w:r>
        <w:rPr>
          <w:b/>
          <w:bCs/>
        </w:rPr>
        <w:t xml:space="preserve">Certifications: </w:t>
      </w:r>
      <w:r>
        <w:t>CFA Level I Candidate (2027)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Hindi, Punjabi</w:t>
      </w:r>
    </w:p>
    <w:p>
      <w:pPr>
        <w:pStyle w:val="BodyText"/>
      </w:pPr>
      <w:r>
        <w:rPr>
          <w:b/>
          <w:bCs/>
        </w:rPr>
        <w:t xml:space="preserve">Interests: </w:t>
      </w:r>
      <w:r>
        <w:t>Cricket, chess, behavioural finance books</w:t>
      </w:r>
    </w:p>
    <w:sectPr w:rsidR="00FC693F" w:rsidRPr="0006063C" w:rsidSect="00034616">
      <w:pgSz w:w="12240" w:h="15840"/>
      <w:pgMar w:top="1440" w:right="1440" w:bottom="1440" w:left="144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erriweather" w:hAnsi="Merriweather" w:eastAsia="Merriweather" w:cs="Merriweather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1" w:lineRule="auto"/>
    </w:pPr>
    <w:rPr>
      <w:rFonts w:ascii="Merriweather" w:hAnsi="Merriweather" w:eastAsia="Merriweather" w:cs="Merriweather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1" w:lineRule="auto"/>
    </w:pPr>
    <w:rPr>
      <w:rFonts w:ascii="Merriweather" w:hAnsi="Merriweather" w:eastAsia="Merriweather" w:cs="Merriweather"/>
      <w:b w:val="0"/>
      <w:i w:val="0"/>
      <w:caps w:val="0"/>
      <w:smallCaps w:val="0"/>
      <w:color w:val="000000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Merriweather" w:hAnsi="Merriweather" w:eastAsia="Merriweather" w:cs="Merriweather"/>
      <w:b/>
      <w:bCs/>
      <w:i w:val="0"/>
      <w:caps/>
      <w:smallCaps w:val="0"/>
      <w:color w:val="000000"/>
      <w:spacing w:val="20"/>
      <w:sz w:val="40"/>
      <w:szCs w:val="4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Merriweather" w:hAnsi="Merriweather" w:eastAsia="Merriweather" w:cs="Merriweather"/>
      <w:b w:val="0"/>
      <w:i w:val="0"/>
      <w:caps w:val="0"/>
      <w:smallCaps w:val="0"/>
      <w:color w:val="000000"/>
      <w:sz w:val="21"/>
      <w:szCs w:val="21"/>
    </w:rPr>
  </w:style>
  <w:style w:type="paragraph" w:customStyle="1" w:styleId="SectionHeading">
    <w:name w:val="Section Heading"/>
    <w:basedOn w:val="Normal"/>
    <w:qFormat/>
    <w:pPr>
      <w:keepNext/>
      <w:widowControl/>
      <w:spacing w:before="226" w:after="60"/>
    </w:pPr>
    <w:rPr>
      <w:rFonts w:ascii="Merriweather" w:hAnsi="Merriweather" w:eastAsia="Merriweather" w:cs="Merriweather"/>
      <w:b/>
      <w:bCs/>
      <w:i w:val="0"/>
      <w:caps w:val="0"/>
      <w:smallCaps w:val="0"/>
      <w:color w:val="000000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1" w:lineRule="auto"/>
    </w:pPr>
    <w:rPr>
      <w:rFonts w:ascii="Merriweather" w:hAnsi="Merriweather" w:eastAsia="Merriweather" w:cs="Merriweather"/>
      <w:b w:val="0"/>
      <w:i w:val="0"/>
      <w:caps w:val="0"/>
      <w:smallCaps w:val="0"/>
      <w:color w:val="000000"/>
      <w:sz w:val="22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70" w:after="0"/>
    </w:pPr>
    <w:rPr>
      <w:rFonts w:ascii="Merriweather" w:hAnsi="Merriweather" w:eastAsia="Merriweather" w:cs="Merriweather"/>
      <w:b/>
      <w:bCs/>
      <w:i w:val="0"/>
      <w:caps w:val="0"/>
      <w:smallCaps w:val="0"/>
      <w:color w:val="000000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Merriweather" w:hAnsi="Merriweather" w:eastAsia="Merriweather" w:cs="Merriweather"/>
      <w:b w:val="0"/>
      <w:i/>
      <w:caps w:val="0"/>
      <w:smallCaps w:val="0"/>
      <w:color w:val="000000"/>
      <w:sz w:val="22"/>
      <w:szCs w:val="22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91" w:lineRule="auto"/>
      <w:ind w:left="312" w:hanging="227"/>
    </w:pPr>
    <w:rPr>
      <w:rFonts w:ascii="Merriweather" w:hAnsi="Merriweather" w:eastAsia="Merriweather" w:cs="Merriweather"/>
      <w:b w:val="0"/>
      <w:i w:val="0"/>
      <w:caps w:val="0"/>
      <w:smallCap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Laurel Line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