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Aditya Narayan</w:t>
      </w:r>
    </w:p>
    <w:p>
      <w:pPr>
        <w:pStyle w:val="Contact"/>
      </w:pPr>
      <w:r>
        <w:t>Bengaluru, India</w:t>
      </w:r>
      <w:r>
        <w:t xml:space="preserve">  •  </w:t>
      </w:r>
      <w:r>
        <w:t>+91 98765 01234</w:t>
      </w:r>
      <w:r>
        <w:t xml:space="preserve">  •  </w:t>
      </w:r>
      <w:r>
        <w:t>aditya.narayan@email.com</w:t>
      </w:r>
      <w:r>
        <w:t xml:space="preserve">  •  </w:t>
      </w:r>
      <w:r>
        <w:t>github.com/adityanarayan</w:t>
      </w:r>
    </w:p>
    <w:p>
      <w:pPr>
        <w:pStyle w:val="Summary"/>
        <w:spacing w:before="157"/>
      </w:pPr>
      <w:r>
        <w:t>Final-year computer science student from India applying to M.S. programs in the U.S.; interests in systems for machine learning.</w:t>
      </w:r>
    </w:p>
    <w:p>
      <w:pPr>
        <w:pStyle w:val="SectionHeading"/>
        <w:tabs>
          <w:tab w:pos="10086" w:val="right" w:leader="underscore"/>
        </w:tabs>
      </w:pPr>
      <w:r>
        <w:t>Education</w:t>
      </w:r>
      <w:r>
        <w:t xml:space="preserve"> </w:t>
      </w:r>
      <w:r>
        <w:tab/>
      </w:r>
    </w:p>
    <w:p>
      <w:pPr>
        <w:pStyle w:val="EntryTitle"/>
        <w:tabs>
          <w:tab w:pos="10086" w:val="right"/>
        </w:tabs>
      </w:pPr>
      <w:r>
        <w:t>Westbridge Institute of Technology</w:t>
      </w:r>
      <w:r>
        <w:tab/>
      </w:r>
      <w:r>
        <w:rPr>
          <w:b w:val="0"/>
        </w:rPr>
        <w:t>Bengaluru, India</w:t>
      </w:r>
    </w:p>
    <w:p>
      <w:pPr>
        <w:pStyle w:val="EntryMeta"/>
        <w:tabs>
          <w:tab w:pos="10086" w:val="right"/>
        </w:tabs>
      </w:pPr>
      <w:r>
        <w:t>B.Tech. in Computer Science and Engineering</w:t>
      </w:r>
      <w:r>
        <w:tab/>
      </w:r>
      <w:r>
        <w:rPr>
          <w:i/>
        </w:rPr>
        <w:t>May 2026</w:t>
      </w:r>
    </w:p>
    <w:p>
      <w:pPr>
        <w:pStyle w:val="BodyText"/>
      </w:pPr>
      <w:r>
        <w:rPr>
          <w:b w:val="0"/>
          <w:i/>
        </w:rPr>
        <w:t>CGPA:</w:t>
      </w:r>
      <w:r>
        <w:t xml:space="preserve"> 9.32/10 (Department Rank 2 of 180); GRE 331 (Q 170, V 161); TOEFL 115</w:t>
      </w:r>
    </w:p>
    <w:p>
      <w:pPr>
        <w:pStyle w:val="BodyText"/>
      </w:pPr>
      <w:r>
        <w:rPr>
          <w:b w:val="0"/>
          <w:i/>
        </w:rPr>
        <w:t>Relevant Coursework:</w:t>
      </w:r>
      <w:r>
        <w:t xml:space="preserve"> Compilers, Distributed Systems, Deep Learning, Parallel Computing</w:t>
      </w:r>
    </w:p>
    <w:p>
      <w:pPr>
        <w:pStyle w:val="SectionHeading"/>
        <w:tabs>
          <w:tab w:pos="10086" w:val="right" w:leader="underscore"/>
        </w:tabs>
      </w:pPr>
      <w:r>
        <w:t>Experience</w:t>
      </w:r>
      <w:r>
        <w:t xml:space="preserve"> </w:t>
      </w:r>
      <w:r>
        <w:tab/>
      </w:r>
    </w:p>
    <w:p>
      <w:pPr>
        <w:pStyle w:val="EntryTitle"/>
        <w:tabs>
          <w:tab w:pos="10086" w:val="right"/>
        </w:tabs>
      </w:pPr>
      <w:r>
        <w:t>Orbitra Software</w:t>
      </w:r>
      <w:r>
        <w:tab/>
      </w:r>
      <w:r>
        <w:rPr>
          <w:b w:val="0"/>
        </w:rPr>
        <w:t>Hyderabad, India</w:t>
      </w:r>
    </w:p>
    <w:p>
      <w:pPr>
        <w:pStyle w:val="EntryMeta"/>
        <w:tabs>
          <w:tab w:pos="10086" w:val="right"/>
        </w:tabs>
      </w:pPr>
      <w:r>
        <w:t>Software Engineering Intern</w:t>
      </w:r>
      <w:r>
        <w:tab/>
      </w:r>
      <w:r>
        <w:rPr>
          <w:i/>
        </w:rPr>
        <w:t>May 2025 – Jul 2025</w:t>
      </w:r>
    </w:p>
    <w:p>
      <w:pPr>
        <w:pStyle w:val="ResumeBullet"/>
      </w:pPr>
      <w:r>
        <w:t>Optimised GPU kernels for an inference service; reduced latency by 28% for a model serving 1M requests a day.</w:t>
      </w:r>
    </w:p>
    <w:p>
      <w:pPr>
        <w:pStyle w:val="EntryTitle"/>
        <w:tabs>
          <w:tab w:pos="10086" w:val="right"/>
        </w:tabs>
      </w:pPr>
      <w:r>
        <w:t>National Summer Research Program</w:t>
      </w:r>
      <w:r>
        <w:tab/>
      </w:r>
      <w:r>
        <w:rPr>
          <w:b w:val="0"/>
        </w:rPr>
        <w:t>Bengaluru, India</w:t>
      </w:r>
    </w:p>
    <w:p>
      <w:pPr>
        <w:pStyle w:val="EntryMeta"/>
        <w:tabs>
          <w:tab w:pos="10086" w:val="right"/>
        </w:tabs>
      </w:pPr>
      <w:r>
        <w:t>Research Intern</w:t>
      </w:r>
      <w:r>
        <w:tab/>
      </w:r>
      <w:r>
        <w:rPr>
          <w:i/>
        </w:rPr>
        <w:t>May 2024 – Jul 2024</w:t>
      </w:r>
    </w:p>
    <w:p>
      <w:pPr>
        <w:pStyle w:val="ResumeBullet"/>
      </w:pPr>
      <w:r>
        <w:t>Implemented gradient compression for distributed training; 3.1× less traffic with &lt;0.5% accuracy loss.</w:t>
      </w:r>
    </w:p>
    <w:p>
      <w:pPr>
        <w:pStyle w:val="EntryTitle"/>
        <w:tabs>
          <w:tab w:pos="10086" w:val="right"/>
        </w:tabs>
      </w:pPr>
      <w:r>
        <w:t>Westbridge Systems Group</w:t>
      </w:r>
      <w:r>
        <w:tab/>
      </w:r>
      <w:r>
        <w:rPr>
          <w:b w:val="0"/>
        </w:rPr>
        <w:t>Bengaluru, India</w:t>
      </w:r>
    </w:p>
    <w:p>
      <w:pPr>
        <w:pStyle w:val="EntryMeta"/>
        <w:tabs>
          <w:tab w:pos="10086" w:val="right"/>
        </w:tabs>
      </w:pPr>
      <w:r>
        <w:t>Undergraduate Researcher</w:t>
      </w:r>
      <w:r>
        <w:tab/>
      </w:r>
      <w:r>
        <w:rPr>
          <w:i/>
        </w:rPr>
        <w:t>Aug 2024 – Present</w:t>
      </w:r>
    </w:p>
    <w:p>
      <w:pPr>
        <w:pStyle w:val="ResumeBullet"/>
      </w:pPr>
      <w:r>
        <w:t>Building a scheduler for mixed CPU/GPU clusters; paper submitted to a student workshop.</w:t>
      </w:r>
    </w:p>
    <w:p>
      <w:pPr>
        <w:pStyle w:val="SectionHeading"/>
        <w:tabs>
          <w:tab w:pos="10086" w:val="right" w:leader="underscore"/>
        </w:tabs>
      </w:pPr>
      <w:r>
        <w:t>Leadership &amp; Activities</w:t>
      </w:r>
      <w:r>
        <w:t xml:space="preserve"> </w:t>
      </w:r>
      <w:r>
        <w:tab/>
      </w:r>
    </w:p>
    <w:p>
      <w:pPr>
        <w:pStyle w:val="EntryTitle"/>
        <w:tabs>
          <w:tab w:pos="10086" w:val="right"/>
        </w:tabs>
      </w:pPr>
      <w:r>
        <w:t>Westbridge Coding Club</w:t>
      </w:r>
      <w:r>
        <w:tab/>
      </w:r>
      <w:r>
        <w:rPr>
          <w:b w:val="0"/>
        </w:rPr>
        <w:t>Bengaluru, India</w:t>
      </w:r>
    </w:p>
    <w:p>
      <w:pPr>
        <w:pStyle w:val="EntryMeta"/>
        <w:tabs>
          <w:tab w:pos="10086" w:val="right"/>
        </w:tabs>
      </w:pPr>
      <w:r>
        <w:t>Technical Head</w:t>
      </w:r>
      <w:r>
        <w:tab/>
      </w:r>
      <w:r>
        <w:rPr>
          <w:i/>
        </w:rPr>
        <w:t>Aug 2024 – May 2025</w:t>
      </w:r>
    </w:p>
    <w:p>
      <w:pPr>
        <w:pStyle w:val="ResumeBullet"/>
      </w:pPr>
      <w:r>
        <w:t>Ran weekly contests for 400 students; 6 teams qualified for regional ICPC rounds.</w:t>
      </w:r>
    </w:p>
    <w:p>
      <w:pPr>
        <w:pStyle w:val="SectionHeading"/>
        <w:tabs>
          <w:tab w:pos="10086" w:val="right" w:leader="underscore"/>
        </w:tabs>
      </w:pPr>
      <w:r>
        <w:t>Skills &amp; Interests</w:t>
      </w:r>
      <w:r>
        <w:t xml:space="preserve"> </w:t>
      </w:r>
      <w:r>
        <w:tab/>
      </w:r>
    </w:p>
    <w:p>
      <w:pPr>
        <w:pStyle w:val="BodyText"/>
      </w:pPr>
      <w:r>
        <w:rPr>
          <w:b/>
          <w:bCs/>
        </w:rPr>
        <w:t xml:space="preserve">Technical: </w:t>
      </w:r>
      <w:r>
        <w:t>C++, Python, CUDA, PyTorch, Go, Docker, Linux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Kannada, Hindi</w:t>
      </w:r>
    </w:p>
    <w:p>
      <w:pPr>
        <w:pStyle w:val="BodyText"/>
      </w:pPr>
      <w:r>
        <w:rPr>
          <w:b/>
          <w:bCs/>
        </w:rPr>
        <w:t xml:space="preserve">Interests: </w:t>
      </w:r>
      <w:r>
        <w:t>Competitive programming, Carnatic percussion, trekking</w:t>
      </w:r>
    </w:p>
    <w:sectPr w:rsidR="00FC693F" w:rsidRPr="0006063C" w:rsidSect="00034616">
      <w:pgSz w:w="12240" w:h="15840"/>
      <w:pgMar w:top="1077" w:right="1077" w:bottom="1077" w:left="107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ato" w:hAnsi="Lato" w:eastAsia="Lato" w:cs="Lat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94" w:lineRule="auto"/>
    </w:pPr>
    <w:rPr>
      <w:rFonts w:ascii="Lato" w:hAnsi="Lato" w:eastAsia="Lato" w:cs="Lato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94" w:lineRule="auto"/>
    </w:pPr>
    <w:rPr>
      <w:rFonts w:ascii="Lato" w:hAnsi="Lato" w:eastAsia="Lato" w:cs="Lato"/>
      <w:b w:val="0"/>
      <w:i w:val="0"/>
      <w:caps w:val="0"/>
      <w:smallCap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Lato" w:hAnsi="Lato" w:eastAsia="Lato" w:cs="Lato"/>
      <w:b w:val="0"/>
      <w:i w:val="0"/>
      <w:caps/>
      <w:smallCaps w:val="0"/>
      <w:color w:val="000000"/>
      <w:spacing w:val="60"/>
      <w:sz w:val="44"/>
      <w:szCs w:val="4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Lato" w:hAnsi="Lato" w:eastAsia="Lato" w:cs="Lato"/>
      <w:b w:val="0"/>
      <w:i w:val="0"/>
      <w:caps w:val="0"/>
      <w:smallCaps w:val="0"/>
      <w:color w:val="000000"/>
      <w:sz w:val="23"/>
      <w:szCs w:val="24"/>
    </w:rPr>
  </w:style>
  <w:style w:type="paragraph" w:customStyle="1" w:styleId="SectionHeading">
    <w:name w:val="Section Heading"/>
    <w:basedOn w:val="Normal"/>
    <w:qFormat/>
    <w:pPr>
      <w:keepNext/>
      <w:widowControl/>
      <w:spacing w:before="261" w:after="60"/>
    </w:pPr>
    <w:rPr>
      <w:rFonts w:ascii="Lato" w:hAnsi="Lato" w:eastAsia="Lato" w:cs="Lato"/>
      <w:b/>
      <w:bCs/>
      <w:i w:val="0"/>
      <w:caps/>
      <w:smallCaps w:val="0"/>
      <w:color w:val="000000"/>
      <w:spacing w:val="20"/>
      <w:sz w:val="25"/>
      <w:szCs w:val="26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94" w:lineRule="auto"/>
    </w:pPr>
    <w:rPr>
      <w:rFonts w:ascii="Lato" w:hAnsi="Lato" w:eastAsia="Lato" w:cs="Lato"/>
      <w:b w:val="0"/>
      <w:i w:val="0"/>
      <w:caps w:val="0"/>
      <w:smallCaps w:val="0"/>
      <w:color w:val="000000"/>
      <w:sz w:val="24"/>
      <w:szCs w:val="24"/>
    </w:rPr>
  </w:style>
  <w:style w:type="paragraph" w:customStyle="1" w:styleId="EntryTitle">
    <w:name w:val="Entry Title"/>
    <w:basedOn w:val="Normal"/>
    <w:qFormat/>
    <w:pPr>
      <w:keepNext/>
      <w:widowControl/>
      <w:spacing w:before="145" w:after="0"/>
    </w:pPr>
    <w:rPr>
      <w:rFonts w:ascii="Lato" w:hAnsi="Lato" w:eastAsia="Lato" w:cs="Lato"/>
      <w:b/>
      <w:bCs/>
      <w:i w:val="0"/>
      <w:caps w:val="0"/>
      <w:smallCaps w:val="0"/>
      <w:color w:val="000000"/>
      <w:sz w:val="24"/>
      <w:szCs w:val="24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Lato" w:hAnsi="Lato" w:eastAsia="Lato" w:cs="Lato"/>
      <w:b w:val="0"/>
      <w:i/>
      <w:caps w:val="0"/>
      <w:smallCaps w:val="0"/>
      <w:color w:val="000000"/>
      <w:sz w:val="24"/>
      <w:szCs w:val="24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94" w:lineRule="auto"/>
      <w:ind w:left="312" w:hanging="227"/>
    </w:pPr>
    <w:rPr>
      <w:rFonts w:ascii="Lato" w:hAnsi="Lato" w:eastAsia="Lato" w:cs="Lato"/>
      <w:b w:val="0"/>
      <w:i w:val="0"/>
      <w:caps w:val="0"/>
      <w:smallCaps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Ivory Press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