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540" w:val="right"/>
        </w:tabs>
      </w:pPr>
      <w:r>
        <w:t>Sneha Kulkarni</w:t>
      </w:r>
      <w:r>
        <w:tab/>
      </w:r>
      <w:r>
        <w:rPr>
          <w:rFonts w:ascii="EB Garamond" w:hAnsi="EB Garamond" w:eastAsia="EB Garamond" w:cs="EB Garamond"/>
          <w:b w:val="0"/>
          <w:sz w:val="24"/>
          <w:szCs w:val="24"/>
        </w:rPr>
        <w:t>sneha.kulkarni@email.com</w:t>
      </w:r>
    </w:p>
    <w:p>
      <w:pPr>
        <w:pStyle w:val="Contact"/>
        <w:tabs>
          <w:tab w:pos="10540" w:val="right"/>
        </w:tabs>
      </w:pPr>
      <w:r>
        <w:t>Pune, India</w:t>
      </w:r>
      <w:r>
        <w:tab/>
      </w:r>
      <w:r>
        <w:t>+91 98220 34567  •  linkedin.com/in/snehakulkarni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May 2026</w:t>
      </w:r>
      <w:r>
        <w:tab/>
      </w:r>
      <w:r>
        <w:t>Deccan Valley University</w:t>
      </w:r>
      <w:r>
        <w:rPr>
          <w:b w:val="0"/>
        </w:rPr>
        <w:t>, Pune, India</w:t>
      </w:r>
    </w:p>
    <w:p>
      <w:pPr>
        <w:pStyle w:val="EntryMeta"/>
        <w:ind w:left="1701" w:right="0"/>
      </w:pPr>
      <w:r>
        <w:t>M.Sc. in Biotechnology</w:t>
      </w:r>
    </w:p>
    <w:p>
      <w:pPr>
        <w:pStyle w:val="BodyText"/>
        <w:ind w:left="1701" w:right="0"/>
      </w:pPr>
      <w:r>
        <w:t>CGPA: 9.0/10 (equivalent GPA 3.9/4.0); University Gold Medal candidate</w:t>
      </w:r>
    </w:p>
    <w:p>
      <w:pPr>
        <w:pStyle w:val="BodyText"/>
        <w:ind w:left="1701" w:right="0"/>
      </w:pPr>
      <w:r>
        <w:t>Dissertation: Engineering yeast for low-cost enzyme production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May 2024</w:t>
      </w:r>
      <w:r>
        <w:tab/>
      </w:r>
      <w:r>
        <w:t>St. Aldwin's College</w:t>
      </w:r>
      <w:r>
        <w:rPr>
          <w:b w:val="0"/>
        </w:rPr>
        <w:t>, Pune, India</w:t>
      </w:r>
    </w:p>
    <w:p>
      <w:pPr>
        <w:pStyle w:val="EntryMeta"/>
        <w:ind w:left="1701" w:right="0"/>
      </w:pPr>
      <w:r>
        <w:t>B.Sc. in Microbiology</w:t>
      </w:r>
    </w:p>
    <w:p>
      <w:pPr>
        <w:pStyle w:val="BodyText"/>
        <w:ind w:left="1701" w:right="0"/>
      </w:pPr>
      <w:r>
        <w:t>First Class with Distinction (88.6%)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Jan 2026 – Present</w:t>
      </w:r>
      <w:r>
        <w:tab/>
      </w:r>
      <w:r>
        <w:t>Riverstone Research Labs</w:t>
      </w:r>
      <w:r>
        <w:rPr>
          <w:b w:val="0"/>
        </w:rPr>
        <w:t>, Pune, India</w:t>
      </w:r>
    </w:p>
    <w:p>
      <w:pPr>
        <w:pStyle w:val="EntryMeta"/>
        <w:ind w:left="1701" w:right="0"/>
      </w:pPr>
      <w:r>
        <w:t>Project Trainee</w:t>
      </w:r>
    </w:p>
    <w:p>
      <w:pPr>
        <w:pStyle w:val="ResumeBullet"/>
        <w:ind w:left="2013" w:hanging="227"/>
      </w:pPr>
      <w:r>
        <w:t>Optimised fermentation conditions that raised enzyme yield by 2.4×.</w:t>
      </w:r>
    </w:p>
    <w:p>
      <w:pPr>
        <w:pStyle w:val="ResumeBullet"/>
        <w:ind w:left="2013" w:hanging="227"/>
      </w:pPr>
      <w:r>
        <w:t>Maintain cultures and lab records for a 12-person group.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May 2025 – Jul 2025</w:t>
      </w:r>
      <w:r>
        <w:tab/>
      </w:r>
      <w:r>
        <w:t>National Biology Summer Fellowship</w:t>
      </w:r>
      <w:r>
        <w:rPr>
          <w:b w:val="0"/>
        </w:rPr>
        <w:t>, Bengaluru, India</w:t>
      </w:r>
    </w:p>
    <w:p>
      <w:pPr>
        <w:pStyle w:val="EntryMeta"/>
        <w:ind w:left="1701" w:right="0"/>
      </w:pPr>
      <w:r>
        <w:t>Summer Research Fellow</w:t>
      </w:r>
    </w:p>
    <w:p>
      <w:pPr>
        <w:pStyle w:val="ResumeBullet"/>
        <w:ind w:left="2013" w:hanging="227"/>
      </w:pPr>
      <w:r>
        <w:t>Cloned and expressed 4 recombinant proteins; presented findings at the fellowship symposium.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4"/>
          <w:szCs w:val="24"/>
        </w:rPr>
        <w:t>Jul 2024 – May 2025</w:t>
      </w:r>
      <w:r>
        <w:tab/>
      </w:r>
      <w:r>
        <w:t>Deccan Valley Bio Society</w:t>
      </w:r>
      <w:r>
        <w:rPr>
          <w:b w:val="0"/>
        </w:rPr>
        <w:t>, Pune, India</w:t>
      </w:r>
    </w:p>
    <w:p>
      <w:pPr>
        <w:pStyle w:val="EntryMeta"/>
        <w:ind w:left="1701" w:right="0"/>
      </w:pPr>
      <w:r>
        <w:t>General Secretary</w:t>
      </w:r>
    </w:p>
    <w:p>
      <w:pPr>
        <w:pStyle w:val="ResumeBullet"/>
        <w:ind w:left="2013" w:hanging="227"/>
      </w:pPr>
      <w:r>
        <w:t>Organised a national student symposium with 350 participants.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  <w:ind w:left="1701" w:right="0"/>
      </w:pPr>
      <w:r>
        <w:rPr>
          <w:b/>
          <w:bCs/>
        </w:rPr>
        <w:t xml:space="preserve">Laboratory: </w:t>
      </w:r>
      <w:r>
        <w:t>Molecular cloning, PCR, SDS-PAGE, fermentation, HPLC</w:t>
      </w:r>
    </w:p>
    <w:p>
      <w:pPr>
        <w:pStyle w:val="BodyText"/>
        <w:ind w:left="1701" w:right="0"/>
      </w:pPr>
      <w:r>
        <w:rPr>
          <w:b/>
          <w:bCs/>
        </w:rPr>
        <w:t xml:space="preserve">Computational: </w:t>
      </w:r>
      <w:r>
        <w:t>R, Python (Biopython), PyMOL</w:t>
      </w:r>
    </w:p>
    <w:p>
      <w:pPr>
        <w:pStyle w:val="BodyText"/>
        <w:ind w:left="1701" w:right="0"/>
      </w:pPr>
      <w:r>
        <w:rPr>
          <w:b/>
          <w:bCs/>
        </w:rPr>
        <w:t xml:space="preserve">Languages: </w:t>
      </w:r>
      <w:r>
        <w:t>English, Marathi, Hindi</w:t>
      </w:r>
    </w:p>
    <w:p>
      <w:pPr>
        <w:pStyle w:val="BodyText"/>
        <w:ind w:left="1701" w:right="0"/>
      </w:pPr>
      <w:r>
        <w:rPr>
          <w:b/>
          <w:bCs/>
        </w:rPr>
        <w:t xml:space="preserve">Interests: </w:t>
      </w:r>
      <w:r>
        <w:t>Science writing, classical dance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EB Garamond" w:hAnsi="EB Garamond" w:eastAsia="EB Garamond" w:cs="EB Garamond"/>
      <w:color w:val="000000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4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86" w:after="60"/>
    </w:pPr>
    <w:rPr>
      <w:rFonts w:ascii="EB Garamond" w:hAnsi="EB Garamond" w:eastAsia="EB Garamond" w:cs="EB Garamond"/>
      <w:b/>
      <w:bCs/>
      <w:i w:val="0"/>
      <w:caps w:val="0"/>
      <w:smallCaps/>
      <w:color w:val="000000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56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5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Scholar Standard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