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  <w:tabs>
          <w:tab w:pos="10086" w:val="right"/>
        </w:tabs>
      </w:pPr>
      <w:r>
        <w:t>Priya Raman</w:t>
      </w:r>
      <w:r>
        <w:tab/>
      </w:r>
      <w:r>
        <w:rPr>
          <w:rFonts w:ascii="Libre Baskerville" w:hAnsi="Libre Baskerville" w:eastAsia="Libre Baskerville" w:cs="Libre Baskerville"/>
          <w:b w:val="0"/>
          <w:sz w:val="20"/>
          <w:szCs w:val="20"/>
        </w:rPr>
        <w:t>priya.raman@college.edu</w:t>
      </w:r>
    </w:p>
    <w:p>
      <w:pPr>
        <w:pStyle w:val="Contact"/>
        <w:tabs>
          <w:tab w:pos="10086" w:val="right"/>
        </w:tabs>
      </w:pPr>
      <w:r>
        <w:t>Pittsburgh, PA</w:t>
      </w:r>
      <w:r>
        <w:tab/>
      </w:r>
      <w:r>
        <w:t>(412) 555-0190  •  priyaraman.github.io</w:t>
      </w:r>
    </w:p>
    <w:p>
      <w:pPr>
        <w:pStyle w:val="SectionHeading"/>
        <w:pBdr>
          <w:bottom w:val="double" w:sz="4" w:space="1" w:color="000000"/>
        </w:pBdr>
      </w:pPr>
      <w:r>
        <w:t>Profile</w:t>
      </w:r>
    </w:p>
    <w:p>
      <w:pPr>
        <w:pStyle w:val="Summary"/>
        <w:spacing w:before="179"/>
      </w:pPr>
      <w:r>
        <w:t>Undergraduate researcher in computational neuroscience applying to Ph.D. programs.</w:t>
      </w:r>
    </w:p>
    <w:p>
      <w:pPr>
        <w:pStyle w:val="SectionHeading"/>
        <w:pBdr>
          <w:bottom w:val="double" w:sz="4" w:space="1" w:color="000000"/>
        </w:pBdr>
      </w:pPr>
      <w:r>
        <w:t>Education</w:t>
      </w:r>
    </w:p>
    <w:p>
      <w:pPr>
        <w:pStyle w:val="EntryTitle"/>
        <w:tabs>
          <w:tab w:pos="10086" w:val="right"/>
        </w:tabs>
      </w:pPr>
      <w:r>
        <w:t>Ashford Hall University</w:t>
      </w:r>
      <w:r>
        <w:tab/>
      </w:r>
      <w:r>
        <w:rPr>
          <w:b w:val="0"/>
        </w:rPr>
        <w:t>Pittsburgh, PA</w:t>
      </w:r>
    </w:p>
    <w:p>
      <w:pPr>
        <w:pStyle w:val="EntryMeta"/>
        <w:tabs>
          <w:tab w:pos="10086" w:val="right"/>
        </w:tabs>
      </w:pPr>
      <w:r>
        <w:t>B.S. in Neuroscience and Computer Science</w:t>
      </w:r>
      <w:r>
        <w:tab/>
      </w:r>
      <w:r>
        <w:rPr>
          <w:i w:val="0"/>
        </w:rPr>
        <w:t>May 2027</w:t>
      </w:r>
    </w:p>
    <w:p>
      <w:pPr>
        <w:pStyle w:val="BodyText"/>
      </w:pPr>
      <w:r>
        <w:rPr>
          <w:b/>
          <w:bCs/>
          <w:i w:val="0"/>
        </w:rPr>
        <w:t>GPA:</w:t>
      </w:r>
      <w:r>
        <w:t xml:space="preserve"> 3.97/4.00; University Honors</w:t>
      </w:r>
    </w:p>
    <w:p>
      <w:pPr>
        <w:pStyle w:val="BodyText"/>
      </w:pPr>
      <w:r>
        <w:rPr>
          <w:b/>
          <w:bCs/>
          <w:i w:val="0"/>
        </w:rPr>
        <w:t>Relevant Coursework:</w:t>
      </w:r>
      <w:r>
        <w:t xml:space="preserve"> Computational Neuroscience, Linear Algebra, Deep Learning, Neural Data Analysis</w:t>
      </w:r>
    </w:p>
    <w:p>
      <w:pPr>
        <w:pStyle w:val="SectionHeading"/>
        <w:pBdr>
          <w:bottom w:val="double" w:sz="4" w:space="1" w:color="000000"/>
        </w:pBdr>
      </w:pPr>
      <w:r>
        <w:t>Research</w:t>
      </w:r>
    </w:p>
    <w:p>
      <w:pPr>
        <w:pStyle w:val="EntryTitle"/>
        <w:tabs>
          <w:tab w:pos="10086" w:val="right"/>
        </w:tabs>
      </w:pPr>
      <w:r>
        <w:t>Center for Neural Computation</w:t>
      </w:r>
      <w:r>
        <w:tab/>
      </w:r>
      <w:r>
        <w:rPr>
          <w:b w:val="0"/>
        </w:rPr>
        <w:t>Pittsburgh, PA</w:t>
      </w:r>
    </w:p>
    <w:p>
      <w:pPr>
        <w:pStyle w:val="EntryMeta"/>
        <w:tabs>
          <w:tab w:pos="10086" w:val="right"/>
        </w:tabs>
      </w:pPr>
      <w:r>
        <w:t>Senior Honors Thesis</w:t>
      </w:r>
      <w:r>
        <w:tab/>
      </w:r>
      <w:r>
        <w:rPr>
          <w:i w:val="0"/>
        </w:rPr>
        <w:t>Sep 2026 – May 2027</w:t>
      </w:r>
    </w:p>
    <w:p>
      <w:pPr>
        <w:pStyle w:val="ResumeBullet"/>
      </w:pPr>
      <w:r>
        <w:t>Testing whether population geometry predicts behavioural errors in a delayed-match task.</w:t>
      </w:r>
    </w:p>
    <w:p>
      <w:pPr>
        <w:pStyle w:val="SectionHeading"/>
        <w:pBdr>
          <w:bottom w:val="double" w:sz="4" w:space="1" w:color="000000"/>
        </w:pBdr>
      </w:pPr>
      <w:r>
        <w:t>Experience</w:t>
      </w:r>
    </w:p>
    <w:p>
      <w:pPr>
        <w:pStyle w:val="EntryTitle"/>
        <w:tabs>
          <w:tab w:pos="10086" w:val="right"/>
        </w:tabs>
      </w:pPr>
      <w:r>
        <w:t>Visual Coding Lab, Center for Neural Computation</w:t>
      </w:r>
      <w:r>
        <w:tab/>
      </w:r>
      <w:r>
        <w:rPr>
          <w:b w:val="0"/>
        </w:rPr>
        <w:t>Pittsburgh, PA</w:t>
      </w:r>
    </w:p>
    <w:p>
      <w:pPr>
        <w:pStyle w:val="EntryMeta"/>
        <w:tabs>
          <w:tab w:pos="10086" w:val="right"/>
        </w:tabs>
      </w:pPr>
      <w:r>
        <w:t>Undergraduate Researcher</w:t>
      </w:r>
      <w:r>
        <w:tab/>
      </w:r>
      <w:r>
        <w:rPr>
          <w:i w:val="0"/>
        </w:rPr>
        <w:t>Jan 2024 – Present</w:t>
      </w:r>
    </w:p>
    <w:p>
      <w:pPr>
        <w:pStyle w:val="ResumeBullet"/>
      </w:pPr>
      <w:r>
        <w:t>Built a spike-sorting pipeline that processes 64-channel recordings 5× faster than the lab's previous tool.</w:t>
      </w:r>
    </w:p>
    <w:p>
      <w:pPr>
        <w:pStyle w:val="ResumeBullet"/>
      </w:pPr>
      <w:r>
        <w:t>Lead author of a conference abstract on population coding in visual cortex.</w:t>
      </w:r>
    </w:p>
    <w:p>
      <w:pPr>
        <w:pStyle w:val="EntryTitle"/>
        <w:tabs>
          <w:tab w:pos="10086" w:val="right"/>
        </w:tabs>
      </w:pPr>
      <w:r>
        <w:t>Summer Undergraduate Research Program</w:t>
      </w:r>
      <w:r>
        <w:tab/>
      </w:r>
      <w:r>
        <w:rPr>
          <w:b w:val="0"/>
        </w:rPr>
        <w:t>Seattle, WA</w:t>
      </w:r>
    </w:p>
    <w:p>
      <w:pPr>
        <w:pStyle w:val="EntryMeta"/>
        <w:tabs>
          <w:tab w:pos="10086" w:val="right"/>
        </w:tabs>
      </w:pPr>
      <w:r>
        <w:t>Research Fellow</w:t>
      </w:r>
      <w:r>
        <w:tab/>
      </w:r>
      <w:r>
        <w:rPr>
          <w:i w:val="0"/>
        </w:rPr>
        <w:t>Jun 2025 – Aug 2025</w:t>
      </w:r>
    </w:p>
    <w:p>
      <w:pPr>
        <w:pStyle w:val="ResumeBullet"/>
      </w:pPr>
      <w:r>
        <w:t>Modeled working-memory dynamics with recurrent networks; presented at the program symposium.</w:t>
      </w:r>
    </w:p>
    <w:p>
      <w:pPr>
        <w:pStyle w:val="EntryTitle"/>
        <w:tabs>
          <w:tab w:pos="10086" w:val="right"/>
        </w:tabs>
      </w:pPr>
      <w:r>
        <w:t>Department of Computer Science</w:t>
      </w:r>
      <w:r>
        <w:tab/>
      </w:r>
      <w:r>
        <w:rPr>
          <w:b w:val="0"/>
        </w:rPr>
        <w:t>Pittsburgh, PA</w:t>
      </w:r>
    </w:p>
    <w:p>
      <w:pPr>
        <w:pStyle w:val="EntryMeta"/>
        <w:tabs>
          <w:tab w:pos="10086" w:val="right"/>
        </w:tabs>
      </w:pPr>
      <w:r>
        <w:t>Teaching Assistant, Intro to Machine Learning</w:t>
      </w:r>
      <w:r>
        <w:tab/>
      </w:r>
      <w:r>
        <w:rPr>
          <w:i w:val="0"/>
        </w:rPr>
        <w:t>Aug 2025 – Present</w:t>
      </w:r>
    </w:p>
    <w:p>
      <w:pPr>
        <w:pStyle w:val="ResumeBullet"/>
      </w:pPr>
      <w:r>
        <w:t>Lead weekly recitations for 40 students and hold office hours.</w:t>
      </w:r>
    </w:p>
    <w:p>
      <w:pPr>
        <w:pStyle w:val="SectionHeading"/>
        <w:pBdr>
          <w:bottom w:val="double" w:sz="4" w:space="1" w:color="000000"/>
        </w:pBdr>
      </w:pPr>
      <w:r>
        <w:t>Leadership &amp; Activities</w:t>
      </w:r>
    </w:p>
    <w:p>
      <w:pPr>
        <w:pStyle w:val="EntryTitle"/>
        <w:tabs>
          <w:tab w:pos="10086" w:val="right"/>
        </w:tabs>
      </w:pPr>
      <w:r>
        <w:t>Women in Neuroscience</w:t>
      </w:r>
      <w:r>
        <w:tab/>
      </w:r>
      <w:r>
        <w:rPr>
          <w:b w:val="0"/>
        </w:rPr>
        <w:t>Pittsburgh, PA</w:t>
      </w:r>
    </w:p>
    <w:p>
      <w:pPr>
        <w:pStyle w:val="EntryMeta"/>
        <w:tabs>
          <w:tab w:pos="10086" w:val="right"/>
        </w:tabs>
      </w:pPr>
      <w:r>
        <w:t>President</w:t>
      </w:r>
      <w:r>
        <w:tab/>
      </w:r>
      <w:r>
        <w:rPr>
          <w:i w:val="0"/>
        </w:rPr>
        <w:t>Sep 2025 – Present</w:t>
      </w:r>
    </w:p>
    <w:p>
      <w:pPr>
        <w:pStyle w:val="ResumeBullet"/>
      </w:pPr>
      <w:r>
        <w:t>Organize a speaker series and a high-school outreach day for 120 students.</w:t>
      </w:r>
    </w:p>
    <w:p>
      <w:pPr>
        <w:pStyle w:val="SectionHeading"/>
        <w:pBdr>
          <w:bottom w:val="double" w:sz="4" w:space="1" w:color="000000"/>
        </w:pBdr>
      </w:pPr>
      <w:r>
        <w:t>Projects &amp; Service</w:t>
      </w:r>
    </w:p>
    <w:p>
      <w:pPr>
        <w:pStyle w:val="EntryTitle"/>
        <w:tabs>
          <w:tab w:pos="10086" w:val="right"/>
        </w:tabs>
      </w:pPr>
      <w:r>
        <w:t>Neural Data Tools</w:t>
      </w:r>
      <w:r>
        <w:tab/>
      </w:r>
      <w:r>
        <w:rPr>
          <w:b w:val="0"/>
        </w:rPr>
        <w:t>GitHub</w:t>
      </w:r>
    </w:p>
    <w:p>
      <w:pPr>
        <w:pStyle w:val="EntryMeta"/>
        <w:tabs>
          <w:tab w:pos="10086" w:val="right"/>
        </w:tabs>
      </w:pPr>
      <w:r>
        <w:t>Developer</w:t>
      </w:r>
      <w:r>
        <w:tab/>
      </w:r>
      <w:r>
        <w:rPr>
          <w:i w:val="0"/>
        </w:rPr>
        <w:t>2025 – Present</w:t>
      </w:r>
    </w:p>
    <w:p>
      <w:pPr>
        <w:pStyle w:val="ResumeBullet"/>
      </w:pPr>
      <w:r>
        <w:t>Open-source toolkit for spike-train analysis; adopted by two labs on campus.</w:t>
      </w:r>
    </w:p>
    <w:p>
      <w:pPr>
        <w:pStyle w:val="EntryTitle"/>
        <w:tabs>
          <w:tab w:pos="10086" w:val="right"/>
        </w:tabs>
      </w:pPr>
      <w:r>
        <w:t>Science Communication Fellowship</w:t>
      </w:r>
      <w:r>
        <w:tab/>
      </w:r>
      <w:r>
        <w:rPr>
          <w:b w:val="0"/>
        </w:rPr>
        <w:t>Pittsburgh, PA</w:t>
      </w:r>
    </w:p>
    <w:p>
      <w:pPr>
        <w:pStyle w:val="EntryMeta"/>
        <w:tabs>
          <w:tab w:pos="10086" w:val="right"/>
        </w:tabs>
      </w:pPr>
      <w:r>
        <w:t>Fellow</w:t>
      </w:r>
      <w:r>
        <w:tab/>
      </w:r>
      <w:r>
        <w:rPr>
          <w:i w:val="0"/>
        </w:rPr>
        <w:t>2025</w:t>
      </w:r>
    </w:p>
    <w:p>
      <w:pPr>
        <w:pStyle w:val="ResumeBullet"/>
      </w:pPr>
      <w:r>
        <w:t>Wrote 6 explainers on brain research for a public audience; 20,000 reads.</w:t>
      </w:r>
    </w:p>
    <w:p>
      <w:pPr>
        <w:pStyle w:val="SectionHeading"/>
        <w:pBdr>
          <w:bottom w:val="double" w:sz="4" w:space="1" w:color="000000"/>
        </w:pBdr>
      </w:pPr>
      <w:r>
        <w:t>Publications &amp; Presentations</w:t>
      </w:r>
    </w:p>
    <w:p>
      <w:pPr>
        <w:pStyle w:val="BodyText"/>
        <w:ind w:left="340" w:right="0" w:hanging="340"/>
      </w:pPr>
      <w:r>
        <w:t>Raman, P., Chen, Y., &amp; Watts, D. (2026). Low-dimensional coding of orientation in V1. Computational Neuroscience Meeting, abstract.</w:t>
      </w:r>
    </w:p>
    <w:p>
      <w:pPr>
        <w:pStyle w:val="BodyText"/>
        <w:ind w:left="340" w:right="0" w:hanging="340"/>
      </w:pPr>
      <w:r>
        <w:t>Raman, P. (2025). Recurrent models of working memory. Summer Research Symposium, talk.</w:t>
      </w:r>
    </w:p>
    <w:p>
      <w:pPr>
        <w:pStyle w:val="SectionHeading"/>
        <w:pBdr>
          <w:bottom w:val="double" w:sz="4" w:space="1" w:color="000000"/>
        </w:pBdr>
      </w:pPr>
      <w:r>
        <w:t>Honors &amp; Awards</w:t>
      </w:r>
    </w:p>
    <w:p>
      <w:pPr>
        <w:pStyle w:val="ResumeBullet"/>
      </w:pPr>
      <w:r>
        <w:t>National Science Scholarship, Honorable Mention (2026)</w:t>
      </w:r>
    </w:p>
    <w:p>
      <w:pPr>
        <w:pStyle w:val="ResumeBullet"/>
      </w:pPr>
      <w:r>
        <w:t>University Honors Research Grant (2025)</w:t>
      </w:r>
    </w:p>
    <w:p>
      <w:pPr>
        <w:pStyle w:val="SectionHeading"/>
        <w:pBdr>
          <w:bottom w:val="double" w:sz="4" w:space="1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Technical: </w:t>
      </w:r>
      <w:r>
        <w:t>Python (NumPy, PyTorch), MATLAB, Git, LaTeX, electrophysiology analysis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Tamil</w:t>
      </w:r>
    </w:p>
    <w:p>
      <w:pPr>
        <w:pStyle w:val="BodyText"/>
      </w:pPr>
      <w:r>
        <w:rPr>
          <w:b/>
          <w:bCs/>
        </w:rPr>
        <w:t xml:space="preserve">Interests: </w:t>
      </w:r>
      <w:r>
        <w:t>Violin, science communication, hiking</w:t>
      </w:r>
    </w:p>
    <w:sectPr w:rsidR="00FC693F" w:rsidRPr="0006063C" w:rsidSect="00034616">
      <w:pgSz w:w="12240" w:h="15840"/>
      <w:pgMar w:top="1077" w:right="1077" w:bottom="1077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re Baskerville" w:hAnsi="Libre Baskerville" w:eastAsia="Libre Baskerville" w:cs="Libre Baskerville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1" w:lineRule="auto"/>
    </w:pPr>
    <w:rPr>
      <w:rFonts w:ascii="Libre Baskerville" w:hAnsi="Libre Baskerville" w:eastAsia="Libre Baskerville" w:cs="Libre Baskerville"/>
      <w:color w:val="00000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71" w:lineRule="auto"/>
    </w:pPr>
    <w:rPr>
      <w:rFonts w:ascii="Libre Baskerville" w:hAnsi="Libre Baskerville" w:eastAsia="Libre Baskerville" w:cs="Libre Baskerville"/>
      <w:b w:val="0"/>
      <w:i w:val="0"/>
      <w:caps w:val="0"/>
      <w:smallCaps w:val="0"/>
      <w:color w:val="000000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left"/>
    </w:pPr>
    <w:rPr>
      <w:rFonts w:ascii="Libre Baskerville" w:hAnsi="Libre Baskerville" w:eastAsia="Libre Baskerville" w:cs="Libre Baskerville"/>
      <w:b/>
      <w:bCs/>
      <w:i w:val="0"/>
      <w:caps w:val="0"/>
      <w:smallCaps w:val="0"/>
      <w:color w:val="000000"/>
      <w:sz w:val="36"/>
      <w:szCs w:val="36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Libre Baskerville" w:hAnsi="Libre Baskerville" w:eastAsia="Libre Baskerville" w:cs="Libre Baskerville"/>
      <w:b w:val="0"/>
      <w:i w:val="0"/>
      <w:caps w:val="0"/>
      <w:smallCaps w:val="0"/>
      <w:color w:val="000000"/>
      <w:sz w:val="20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99" w:after="60"/>
    </w:pPr>
    <w:rPr>
      <w:rFonts w:ascii="Libre Baskerville" w:hAnsi="Libre Baskerville" w:eastAsia="Libre Baskerville" w:cs="Libre Baskerville"/>
      <w:b/>
      <w:bCs/>
      <w:i w:val="0"/>
      <w:caps w:val="0"/>
      <w:smallCaps/>
      <w:color w:val="000000"/>
      <w:sz w:val="22"/>
      <w:szCs w:val="22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71" w:lineRule="auto"/>
    </w:pPr>
    <w:rPr>
      <w:rFonts w:ascii="Libre Baskerville" w:hAnsi="Libre Baskerville" w:eastAsia="Libre Baskerville" w:cs="Libre Baskerville"/>
      <w:b w:val="0"/>
      <w:i w:val="0"/>
      <w:caps w:val="0"/>
      <w:smallCaps w:val="0"/>
      <w:color w:val="000000"/>
      <w:sz w:val="21"/>
      <w:szCs w:val="21"/>
    </w:rPr>
  </w:style>
  <w:style w:type="paragraph" w:customStyle="1" w:styleId="EntryTitle">
    <w:name w:val="Entry Title"/>
    <w:basedOn w:val="Normal"/>
    <w:qFormat/>
    <w:pPr>
      <w:keepNext/>
      <w:widowControl/>
      <w:spacing w:before="138" w:after="0"/>
    </w:pPr>
    <w:rPr>
      <w:rFonts w:ascii="Libre Baskerville" w:hAnsi="Libre Baskerville" w:eastAsia="Libre Baskerville" w:cs="Libre Baskerville"/>
      <w:b/>
      <w:bCs/>
      <w:i w:val="0"/>
      <w:caps w:val="0"/>
      <w:smallCaps w:val="0"/>
      <w:color w:val="000000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Libre Baskerville" w:hAnsi="Libre Baskerville" w:eastAsia="Libre Baskerville" w:cs="Libre Baskerville"/>
      <w:b w:val="0"/>
      <w:i/>
      <w:caps w:val="0"/>
      <w:smallCaps w:val="0"/>
      <w:color w:val="000000"/>
      <w:sz w:val="21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71" w:lineRule="auto"/>
      <w:ind w:left="312" w:hanging="227"/>
    </w:pPr>
    <w:rPr>
      <w:rFonts w:ascii="Libre Baskerville" w:hAnsi="Libre Baskerville" w:eastAsia="Libre Baskerville" w:cs="Libre Baskerville"/>
      <w:b w:val="0"/>
      <w:i w:val="0"/>
      <w:caps w:val="0"/>
      <w:smallCaps w:val="0"/>
      <w:color w:val="00000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Crimson Folio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