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Mei Lin Zhou</w:t>
      </w:r>
    </w:p>
    <w:p>
      <w:pPr>
        <w:pStyle w:val="Contact"/>
      </w:pPr>
      <w:r>
        <w:t>Providence, RI</w:t>
      </w:r>
      <w:r>
        <w:t xml:space="preserve"> — </w:t>
      </w:r>
      <w:r>
        <w:t>(401) 555-0122</w:t>
      </w:r>
      <w:r>
        <w:t xml:space="preserve"> — </w:t>
      </w:r>
      <w:r>
        <w:t>meilin.zhou@college.edu</w:t>
      </w:r>
      <w:r>
        <w:t xml:space="preserve"> — </w:t>
      </w:r>
      <w:r>
        <w:t>meilinzhou.design</w:t>
      </w:r>
    </w:p>
    <w:p>
      <w:pPr>
        <w:pStyle w:val="Summary"/>
        <w:spacing w:before="174"/>
      </w:pPr>
      <w:r>
        <w:t>Designer working across interaction, type and research; seeking a product design role where craft and evidence meet.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540" w:val="right"/>
        </w:tabs>
      </w:pPr>
      <w:r>
        <w:t>Ashcombe School of Design</w:t>
      </w:r>
      <w:r>
        <w:rPr>
          <w:b w:val="0"/>
        </w:rPr>
        <w:t>, Providence, RI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B.F.A. in Graphic Design, Concentration in Computation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3.85/4.00; Honors Studio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Typography III, Interaction Design, Data Visualization, Design Research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540" w:val="right"/>
        </w:tabs>
      </w:pPr>
      <w:r>
        <w:t>Lumen &amp; Vale Studio</w:t>
      </w:r>
      <w:r>
        <w:rPr>
          <w:b w:val="0"/>
        </w:rPr>
        <w:t>, San Francisco, CA</w:t>
      </w:r>
      <w:r>
        <w:rPr>
          <w:b w:val="0"/>
        </w:rPr>
        <w:t xml:space="preserve">  —  </w:t>
      </w:r>
      <w:r>
        <w:rPr>
          <w:b w:val="0"/>
          <w:i/>
        </w:rPr>
        <w:t>Product Design Intern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Designed onboarding for a health app; usability tests with 18 participants raised task success from 61% to 89%.</w:t>
      </w:r>
    </w:p>
    <w:p>
      <w:pPr>
        <w:pStyle w:val="ResumeBullet"/>
      </w:pPr>
      <w:r>
        <w:t>Contributed 24 components to the studio design system.</w:t>
      </w:r>
    </w:p>
    <w:p>
      <w:pPr>
        <w:pStyle w:val="EntryTitle"/>
        <w:tabs>
          <w:tab w:pos="10540" w:val="right"/>
        </w:tabs>
      </w:pPr>
      <w:r>
        <w:t>Ashcombe Museum of Art</w:t>
      </w:r>
      <w:r>
        <w:rPr>
          <w:b w:val="0"/>
        </w:rPr>
        <w:t>, Providence, RI</w:t>
      </w:r>
      <w:r>
        <w:rPr>
          <w:b w:val="0"/>
        </w:rPr>
        <w:t xml:space="preserve">  —  </w:t>
      </w:r>
      <w:r>
        <w:rPr>
          <w:b w:val="0"/>
          <w:i/>
        </w:rPr>
        <w:t>Exhibition Design Assistant</w:t>
      </w:r>
      <w:r>
        <w:tab/>
      </w:r>
      <w:r>
        <w:rPr>
          <w:b w:val="0"/>
        </w:rPr>
        <w:t>Sep 2025 – May 2026</w:t>
      </w:r>
    </w:p>
    <w:p>
      <w:pPr>
        <w:pStyle w:val="ResumeBullet"/>
      </w:pPr>
      <w:r>
        <w:t>Designed wayfinding and wall text for two exhibitions visited by 40,000 people.</w:t>
      </w:r>
    </w:p>
    <w:p>
      <w:pPr>
        <w:pStyle w:val="EntryTitle"/>
        <w:tabs>
          <w:tab w:pos="10540" w:val="right"/>
        </w:tabs>
      </w:pPr>
      <w:r>
        <w:t>Marigold Design Co.</w:t>
      </w:r>
      <w:r>
        <w:rPr>
          <w:b w:val="0"/>
        </w:rPr>
        <w:t>, Remote</w:t>
      </w:r>
      <w:r>
        <w:rPr>
          <w:b w:val="0"/>
        </w:rPr>
        <w:t xml:space="preserve">  —  </w:t>
      </w:r>
      <w:r>
        <w:rPr>
          <w:b w:val="0"/>
          <w:i/>
        </w:rPr>
        <w:t>Freelance Brand Designer</w:t>
      </w:r>
      <w:r>
        <w:tab/>
      </w:r>
      <w:r>
        <w:rPr>
          <w:b w:val="0"/>
        </w:rPr>
        <w:t>Jan 2024 – Present</w:t>
      </w:r>
    </w:p>
    <w:p>
      <w:pPr>
        <w:pStyle w:val="ResumeBullet"/>
      </w:pPr>
      <w:r>
        <w:t>Delivered identities for 9 small businesses, from research to launch.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540" w:val="right"/>
        </w:tabs>
      </w:pPr>
      <w:r>
        <w:t>Ashcombe Type Club</w:t>
      </w:r>
      <w:r>
        <w:rPr>
          <w:b w:val="0"/>
        </w:rPr>
        <w:t>, Providence, RI</w:t>
      </w:r>
      <w:r>
        <w:rPr>
          <w:b w:val="0"/>
        </w:rPr>
        <w:t xml:space="preserve">  —  </w:t>
      </w:r>
      <w:r>
        <w:rPr>
          <w:b w:val="0"/>
          <w:i/>
        </w:rPr>
        <w:t>Founder</w:t>
      </w:r>
      <w:r>
        <w:tab/>
      </w:r>
      <w:r>
        <w:rPr>
          <w:b w:val="0"/>
        </w:rPr>
        <w:t>Sep 2024 – Present</w:t>
      </w:r>
    </w:p>
    <w:p>
      <w:pPr>
        <w:pStyle w:val="ResumeBullet"/>
      </w:pPr>
      <w:r>
        <w:t>Host monthly letterpress sessions and an annual type specimen zine.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Tools: </w:t>
      </w:r>
      <w:r>
        <w:t>Figma, Adobe Creative Suite, Processing, HTML/CSS, Protopie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Mandarin (native)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Letterpress printing, bouldering, ceramics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Source Sans 3" w:hAnsi="Source Sans 3" w:eastAsia="Source Sans 3" w:cs="Source Sans 3"/>
      <w:color w:val="000000"/>
      <w:sz w:val="25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5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rimson Pro" w:hAnsi="Crimson Pro" w:eastAsia="Crimson Pro" w:cs="Crimson Pro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4"/>
      <w:szCs w:val="25"/>
    </w:rPr>
  </w:style>
  <w:style w:type="paragraph" w:customStyle="1" w:styleId="SectionHeading">
    <w:name w:val="Section Heading"/>
    <w:basedOn w:val="Normal"/>
    <w:qFormat/>
    <w:pPr>
      <w:keepNext/>
      <w:widowControl/>
      <w:spacing w:before="290" w:after="60"/>
    </w:pPr>
    <w:rPr>
      <w:rFonts w:ascii="Source Sans 3" w:hAnsi="Source Sans 3" w:eastAsia="Source Sans 3" w:cs="Source Sans 3"/>
      <w:b/>
      <w:bCs/>
      <w:i w:val="0"/>
      <w:caps w:val="0"/>
      <w:smallCaps/>
      <w:color w:val="000000"/>
      <w:sz w:val="26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5"/>
      <w:szCs w:val="26"/>
    </w:rPr>
  </w:style>
  <w:style w:type="paragraph" w:customStyle="1" w:styleId="EntryTitle">
    <w:name w:val="Entry Title"/>
    <w:basedOn w:val="Normal"/>
    <w:qFormat/>
    <w:pPr>
      <w:keepNext/>
      <w:widowControl/>
      <w:spacing w:before="174" w:after="0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25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Source Sans 3"/>
      <w:b w:val="0"/>
      <w:i/>
      <w:caps w:val="0"/>
      <w:smallCaps w:val="0"/>
      <w:color w:val="000000"/>
      <w:sz w:val="25"/>
      <w:szCs w:val="26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5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Old Campus 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