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Olivia M. Hart</w:t>
      </w:r>
    </w:p>
    <w:p>
      <w:pPr>
        <w:pStyle w:val="Contact"/>
      </w:pPr>
      <w:r>
        <w:t>Baltimore, MD</w:t>
      </w:r>
      <w:r>
        <w:t xml:space="preserve">  ◇  </w:t>
      </w:r>
      <w:r>
        <w:t>(410) 555-0113</w:t>
      </w:r>
      <w:r>
        <w:t xml:space="preserve">  ◇  </w:t>
      </w:r>
      <w:r>
        <w:t>olivia.hart@college.edu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1"/>
          <w:szCs w:val="21"/>
        </w:rPr>
        <w:t>May 2027</w:t>
      </w:r>
      <w:r>
        <w:tab/>
      </w:r>
      <w:r>
        <w:t>Hollins University</w:t>
      </w:r>
      <w:r>
        <w:rPr>
          <w:b w:val="0"/>
        </w:rPr>
        <w:t>, Baltimore, MD</w:t>
      </w:r>
    </w:p>
    <w:p>
      <w:pPr>
        <w:pStyle w:val="EntryMeta"/>
        <w:ind w:left="1701" w:right="0"/>
      </w:pPr>
      <w:r>
        <w:t>B.S. in Molecular Biology, Minor in Public Health</w:t>
      </w:r>
    </w:p>
    <w:p>
      <w:pPr>
        <w:pStyle w:val="BodyText"/>
        <w:ind w:left="1701" w:right="0"/>
      </w:pPr>
      <w:r>
        <w:t>GPA: 3.94/4.00; Science GPA: 3.96; University Scholar</w:t>
      </w:r>
    </w:p>
    <w:p>
      <w:pPr>
        <w:pStyle w:val="BodyText"/>
        <w:ind w:left="1701" w:right="0"/>
      </w:pPr>
      <w:r>
        <w:t>Relevant Coursework: Biochemistry, Genetics, Organic Chemistry I–II, Physiology, Biostatistics</w:t>
      </w:r>
    </w:p>
    <w:p>
      <w:pPr>
        <w:pStyle w:val="SectionHeading"/>
        <w:pBdr>
          <w:bottom w:val="single" w:sz="6" w:space="1" w:color="000000"/>
        </w:pBdr>
      </w:pPr>
      <w:r>
        <w:t>Research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1"/>
          <w:szCs w:val="21"/>
        </w:rPr>
        <w:t>Jun 2026 – Aug 2026</w:t>
      </w:r>
      <w:r>
        <w:tab/>
      </w:r>
      <w:r>
        <w:t>Riverstone Research Institute</w:t>
      </w:r>
      <w:r>
        <w:rPr>
          <w:b w:val="0"/>
        </w:rPr>
        <w:t>, Baltimore, MD</w:t>
      </w:r>
    </w:p>
    <w:p>
      <w:pPr>
        <w:pStyle w:val="EntryMeta"/>
        <w:ind w:left="1701" w:right="0"/>
      </w:pPr>
      <w:r>
        <w:t>Summer Research Fellow</w:t>
      </w:r>
    </w:p>
    <w:p>
      <w:pPr>
        <w:pStyle w:val="ResumeBullet"/>
        <w:ind w:left="2013" w:hanging="227"/>
      </w:pPr>
      <w:r>
        <w:t>Characterized drug-tolerant persister cells using single-cell RNA sequencing data.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1"/>
          <w:szCs w:val="21"/>
        </w:rPr>
        <w:t>Jan 2025 – Present</w:t>
      </w:r>
      <w:r>
        <w:tab/>
      </w:r>
      <w:r>
        <w:t>Riverstone Research Institute</w:t>
      </w:r>
      <w:r>
        <w:rPr>
          <w:b w:val="0"/>
        </w:rPr>
        <w:t>, Baltimore, MD</w:t>
      </w:r>
    </w:p>
    <w:p>
      <w:pPr>
        <w:pStyle w:val="EntryMeta"/>
        <w:ind w:left="1701" w:right="0"/>
      </w:pPr>
      <w:r>
        <w:t>Undergraduate Researcher, Oncology Lab</w:t>
      </w:r>
    </w:p>
    <w:p>
      <w:pPr>
        <w:pStyle w:val="ResumeBullet"/>
        <w:ind w:left="2013" w:hanging="227"/>
      </w:pPr>
      <w:r>
        <w:t>Run CRISPR knockout screens in breast-cancer cell lines; identified two candidate resistance genes.</w:t>
      </w:r>
    </w:p>
    <w:p>
      <w:pPr>
        <w:pStyle w:val="ResumeBullet"/>
        <w:ind w:left="2013" w:hanging="227"/>
      </w:pPr>
      <w:r>
        <w:t>Present monthly at lab meetings; second author on a manuscript in preparation.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1"/>
          <w:szCs w:val="21"/>
        </w:rPr>
        <w:t>Sep 2024 – Present</w:t>
      </w:r>
      <w:r>
        <w:tab/>
      </w:r>
      <w:r>
        <w:t>Riverstone Hospital Emergency Department</w:t>
      </w:r>
      <w:r>
        <w:rPr>
          <w:b w:val="0"/>
        </w:rPr>
        <w:t>, Baltimore, MD</w:t>
      </w:r>
    </w:p>
    <w:p>
      <w:pPr>
        <w:pStyle w:val="EntryMeta"/>
        <w:ind w:left="1701" w:right="0"/>
      </w:pPr>
      <w:r>
        <w:t>Patient Care Volunteer</w:t>
      </w:r>
    </w:p>
    <w:p>
      <w:pPr>
        <w:pStyle w:val="ResumeBullet"/>
        <w:ind w:left="2013" w:hanging="227"/>
      </w:pPr>
      <w:r>
        <w:t>Support nurses and patients during 4-hour weekly shifts; 300+ volunteer hours.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1"/>
          <w:szCs w:val="21"/>
        </w:rPr>
        <w:t>Jun 2025 – Aug 2025</w:t>
      </w:r>
      <w:r>
        <w:tab/>
      </w:r>
      <w:r>
        <w:t>Community Health Clinic</w:t>
      </w:r>
      <w:r>
        <w:rPr>
          <w:b w:val="0"/>
        </w:rPr>
        <w:t>, Baltimore, MD</w:t>
      </w:r>
    </w:p>
    <w:p>
      <w:pPr>
        <w:pStyle w:val="EntryMeta"/>
        <w:ind w:left="1701" w:right="0"/>
      </w:pPr>
      <w:r>
        <w:t>Medical Scribe</w:t>
      </w:r>
    </w:p>
    <w:p>
      <w:pPr>
        <w:pStyle w:val="ResumeBullet"/>
        <w:ind w:left="2013" w:hanging="227"/>
      </w:pPr>
      <w:r>
        <w:t>Documented 25+ patient encounters per shift in the clinic EHR for two attending physicians.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1"/>
          <w:szCs w:val="21"/>
        </w:rPr>
        <w:t>Sep 2024 – Present</w:t>
      </w:r>
      <w:r>
        <w:tab/>
      </w:r>
      <w:r>
        <w:t>Hollins Health Equity Project</w:t>
      </w:r>
      <w:r>
        <w:rPr>
          <w:b w:val="0"/>
        </w:rPr>
        <w:t>, Baltimore, MD</w:t>
      </w:r>
    </w:p>
    <w:p>
      <w:pPr>
        <w:pStyle w:val="EntryMeta"/>
        <w:ind w:left="1701" w:right="0"/>
      </w:pPr>
      <w:r>
        <w:t>Co-Founder</w:t>
      </w:r>
    </w:p>
    <w:p>
      <w:pPr>
        <w:pStyle w:val="ResumeBullet"/>
        <w:ind w:left="2013" w:hanging="227"/>
      </w:pPr>
      <w:r>
        <w:t>Organize free blood-pressure screenings reaching 900 residents across 12 neighborhoods.</w:t>
      </w:r>
    </w:p>
    <w:p>
      <w:pPr>
        <w:pStyle w:val="EntryTitle"/>
        <w:tabs>
          <w:tab w:pos="1701" w:val="left"/>
        </w:tabs>
        <w:ind w:left="1701" w:right="0" w:hanging="1701"/>
      </w:pPr>
      <w:r>
        <w:rPr>
          <w:b w:val="0"/>
          <w:sz w:val="21"/>
          <w:szCs w:val="21"/>
        </w:rPr>
        <w:t>Jan 2025 – Present</w:t>
      </w:r>
      <w:r>
        <w:tab/>
      </w:r>
      <w:r>
        <w:t>Peer Tutoring Center</w:t>
      </w:r>
      <w:r>
        <w:rPr>
          <w:b w:val="0"/>
        </w:rPr>
        <w:t>, Baltimore, MD</w:t>
      </w:r>
    </w:p>
    <w:p>
      <w:pPr>
        <w:pStyle w:val="EntryMeta"/>
        <w:ind w:left="1701" w:right="0"/>
      </w:pPr>
      <w:r>
        <w:t>Organic Chemistry Tutor</w:t>
      </w:r>
    </w:p>
    <w:p>
      <w:pPr>
        <w:pStyle w:val="ResumeBullet"/>
        <w:ind w:left="2013" w:hanging="227"/>
      </w:pPr>
      <w:r>
        <w:t>Tutor 15 students weekly; average exam score of tutees rose by 9 points.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  <w:ind w:left="1701" w:right="0"/>
      </w:pPr>
      <w:r>
        <w:rPr>
          <w:b/>
          <w:bCs/>
        </w:rPr>
        <w:t xml:space="preserve">Laboratory: </w:t>
      </w:r>
      <w:r>
        <w:t>CRISPR-Cas9, cell culture, qPCR, Western blot, flow cytometry</w:t>
      </w:r>
    </w:p>
    <w:p>
      <w:pPr>
        <w:pStyle w:val="BodyText"/>
        <w:ind w:left="1701" w:right="0"/>
      </w:pPr>
      <w:r>
        <w:rPr>
          <w:b/>
          <w:bCs/>
        </w:rPr>
        <w:t xml:space="preserve">Certifications: </w:t>
      </w:r>
      <w:r>
        <w:t>BLS (AHA), CITI Human Subjects Research</w:t>
      </w:r>
    </w:p>
    <w:p>
      <w:pPr>
        <w:pStyle w:val="BodyText"/>
        <w:ind w:left="1701" w:right="0"/>
      </w:pPr>
      <w:r>
        <w:rPr>
          <w:b/>
          <w:bCs/>
        </w:rPr>
        <w:t xml:space="preserve">Languages: </w:t>
      </w:r>
      <w:r>
        <w:t>English (native), Spanish (conversational)</w:t>
      </w:r>
    </w:p>
    <w:p>
      <w:pPr>
        <w:pStyle w:val="BodyText"/>
        <w:ind w:left="1701" w:right="0"/>
      </w:pPr>
      <w:r>
        <w:rPr>
          <w:b/>
          <w:bCs/>
        </w:rPr>
        <w:t xml:space="preserve">Interests: </w:t>
      </w:r>
      <w:r>
        <w:t>Trail running, watercolor, community choir</w:t>
      </w:r>
    </w:p>
    <w:sectPr w:rsidR="00FC693F" w:rsidRPr="0006063C" w:rsidSect="00034616">
      <w:pgSz w:w="12240" w:h="15840"/>
      <w:pgMar w:top="1440" w:right="1440" w:bottom="1440" w:left="144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rimson Pro" w:hAnsi="Crimson Pro" w:eastAsia="Crimson Pro" w:cs="Crimson Pro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3" w:lineRule="auto"/>
    </w:pPr>
    <w:rPr>
      <w:rFonts w:ascii="Crimson Pro" w:hAnsi="Crimson Pro" w:eastAsia="Crimson Pro" w:cs="Crimson Pro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53" w:lineRule="auto"/>
    </w:pPr>
    <w:rPr>
      <w:rFonts w:ascii="Crimson Pro" w:hAnsi="Crimson Pro" w:eastAsia="Crimson Pro" w:cs="Crimson Pro"/>
      <w:b w:val="0"/>
      <w:i w:val="0"/>
      <w:caps w:val="0"/>
      <w:smallCaps w:val="0"/>
      <w:color w:val="000000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rimson Pro" w:hAnsi="Crimson Pro" w:eastAsia="Crimson Pro" w:cs="Crimson Pro"/>
      <w:b/>
      <w:bCs/>
      <w:i w:val="0"/>
      <w:caps/>
      <w:smallCaps w:val="0"/>
      <w:color w:val="000000"/>
      <w:spacing w:val="20"/>
      <w:sz w:val="40"/>
      <w:szCs w:val="4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Crimson Pro" w:hAnsi="Crimson Pro" w:eastAsia="Crimson Pro" w:cs="Crimson Pro"/>
      <w:b w:val="0"/>
      <w:i w:val="0"/>
      <w:caps w:val="0"/>
      <w:smallCaps w:val="0"/>
      <w:color w:val="000000"/>
      <w:sz w:val="21"/>
      <w:szCs w:val="21"/>
    </w:rPr>
  </w:style>
  <w:style w:type="paragraph" w:customStyle="1" w:styleId="SectionHeading">
    <w:name w:val="Section Heading"/>
    <w:basedOn w:val="Normal"/>
    <w:qFormat/>
    <w:pPr>
      <w:keepNext/>
      <w:widowControl/>
      <w:spacing w:before="166" w:after="60"/>
    </w:pPr>
    <w:rPr>
      <w:rFonts w:ascii="Crimson Pro" w:hAnsi="Crimson Pro" w:eastAsia="Crimson Pro" w:cs="Crimson Pro"/>
      <w:b/>
      <w:bCs/>
      <w:i w:val="0"/>
      <w:caps w:val="0"/>
      <w:smallCaps/>
      <w:color w:val="000000"/>
      <w:sz w:val="23"/>
      <w:szCs w:val="23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53" w:lineRule="auto"/>
    </w:pPr>
    <w:rPr>
      <w:rFonts w:ascii="Crimson Pro" w:hAnsi="Crimson Pro" w:eastAsia="Crimson Pro" w:cs="Crimson Pro"/>
      <w:b w:val="0"/>
      <w:i w:val="0"/>
      <w:caps w:val="0"/>
      <w:smallCaps w:val="0"/>
      <w:color w:val="000000"/>
      <w:sz w:val="22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10" w:after="0"/>
    </w:pPr>
    <w:rPr>
      <w:rFonts w:ascii="Crimson Pro" w:hAnsi="Crimson Pro" w:eastAsia="Crimson Pro" w:cs="Crimson Pro"/>
      <w:b/>
      <w:bCs/>
      <w:i w:val="0"/>
      <w:caps w:val="0"/>
      <w:smallCaps w:val="0"/>
      <w:color w:val="000000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rimson Pro" w:hAnsi="Crimson Pro" w:eastAsia="Crimson Pro" w:cs="Crimson Pro"/>
      <w:b w:val="0"/>
      <w:i/>
      <w:caps w:val="0"/>
      <w:smallCaps w:val="0"/>
      <w:color w:val="000000"/>
      <w:sz w:val="22"/>
      <w:szCs w:val="22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53" w:lineRule="auto"/>
      <w:ind w:left="312" w:hanging="227"/>
    </w:pPr>
    <w:rPr>
      <w:rFonts w:ascii="Crimson Pro" w:hAnsi="Crimson Pro" w:eastAsia="Crimson Pro" w:cs="Crimson Pro"/>
      <w:b w:val="0"/>
      <w:i w:val="0"/>
      <w:caps w:val="0"/>
      <w:smallCaps w:val="0"/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Meridian Edition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