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Sophia Alvarez</w:t>
      </w:r>
    </w:p>
    <w:p>
      <w:pPr>
        <w:pStyle w:val="Contact"/>
      </w:pPr>
      <w:r>
        <w:t>Linden, NJ</w:t>
      </w:r>
      <w:r>
        <w:t xml:space="preserve">  ◇  </w:t>
      </w:r>
      <w:r>
        <w:t>(609) 555-0151</w:t>
      </w:r>
      <w:r>
        <w:t xml:space="preserve">  ◇  </w:t>
      </w:r>
      <w:r>
        <w:t>sophia.alvarez@college.edu</w:t>
      </w:r>
      <w:r>
        <w:t xml:space="preserve">  ◇  </w:t>
      </w:r>
      <w:r>
        <w:t>linkedin.com/in/sophiaalvarez</w:t>
      </w:r>
    </w:p>
    <w:p>
      <w:pPr>
        <w:pStyle w:val="Summary"/>
        <w:spacing w:before="172"/>
      </w:pPr>
      <w:r>
        <w:t>Public policy student focused on housing, cities and evidence-based government.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4"/>
          <w:szCs w:val="24"/>
        </w:rPr>
        <w:t>May 2027</w:t>
      </w:r>
      <w:r>
        <w:tab/>
      </w:r>
      <w:r>
        <w:t>Linden Hill University</w:t>
      </w:r>
      <w:r>
        <w:rPr>
          <w:b w:val="0"/>
        </w:rPr>
        <w:t>, Linden, NJ</w:t>
      </w:r>
    </w:p>
    <w:p>
      <w:pPr>
        <w:pStyle w:val="EntryMeta"/>
        <w:ind w:left="1814" w:right="0"/>
      </w:pPr>
      <w:r>
        <w:t>A.B. in Public and International Affairs, Certificate in Urban Studies</w:t>
      </w:r>
    </w:p>
    <w:p>
      <w:pPr>
        <w:pStyle w:val="BodyText"/>
        <w:ind w:left="1814" w:right="0"/>
      </w:pPr>
      <w:r>
        <w:t>GPA: 3.89/4.00</w:t>
      </w:r>
    </w:p>
    <w:p>
      <w:pPr>
        <w:pStyle w:val="BodyText"/>
        <w:ind w:left="1814" w:right="0"/>
      </w:pPr>
      <w:r>
        <w:t>Thesis: Zoning reform and rent burdens in mid-size U.S. cities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4"/>
          <w:szCs w:val="24"/>
        </w:rPr>
        <w:t>Jun 2026 – Aug 2026</w:t>
      </w:r>
      <w:r>
        <w:tab/>
      </w:r>
      <w:r>
        <w:t>City Office of Policy</w:t>
      </w:r>
      <w:r>
        <w:rPr>
          <w:b w:val="0"/>
        </w:rPr>
        <w:t>, Trenton, NJ</w:t>
      </w:r>
    </w:p>
    <w:p>
      <w:pPr>
        <w:pStyle w:val="EntryMeta"/>
        <w:ind w:left="1814" w:right="0"/>
      </w:pPr>
      <w:r>
        <w:t>Policy Fellow</w:t>
      </w:r>
    </w:p>
    <w:p>
      <w:pPr>
        <w:pStyle w:val="ResumeBullet"/>
        <w:ind w:left="2126" w:hanging="227"/>
      </w:pPr>
      <w:r>
        <w:t>Analyzed 15 years of permit data to model housing supply under three zoning scenarios.</w:t>
      </w:r>
    </w:p>
    <w:p>
      <w:pPr>
        <w:pStyle w:val="ResumeBullet"/>
        <w:ind w:left="2126" w:hanging="227"/>
      </w:pPr>
      <w:r>
        <w:t>Briefed the deputy mayor and drafted a 20-page memo used in council hearings.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4"/>
          <w:szCs w:val="24"/>
        </w:rPr>
        <w:t>Jun 2025 – Aug 2025</w:t>
      </w:r>
      <w:r>
        <w:tab/>
      </w:r>
      <w:r>
        <w:t>Civic Futures Institute</w:t>
      </w:r>
      <w:r>
        <w:rPr>
          <w:b w:val="0"/>
        </w:rPr>
        <w:t>, Washington, DC</w:t>
      </w:r>
    </w:p>
    <w:p>
      <w:pPr>
        <w:pStyle w:val="EntryMeta"/>
        <w:ind w:left="1814" w:right="0"/>
      </w:pPr>
      <w:r>
        <w:t>Research Intern</w:t>
      </w:r>
    </w:p>
    <w:p>
      <w:pPr>
        <w:pStyle w:val="ResumeBullet"/>
        <w:ind w:left="2126" w:hanging="227"/>
      </w:pPr>
      <w:r>
        <w:t>Coded 1,200 local ordinances for a national land-use database.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4"/>
          <w:szCs w:val="24"/>
        </w:rPr>
        <w:t>Sep 2024 – Present</w:t>
      </w:r>
      <w:r>
        <w:tab/>
      </w:r>
      <w:r>
        <w:t>Linden Hill Policy Lab</w:t>
      </w:r>
      <w:r>
        <w:rPr>
          <w:b w:val="0"/>
        </w:rPr>
        <w:t>, Linden, NJ</w:t>
      </w:r>
    </w:p>
    <w:p>
      <w:pPr>
        <w:pStyle w:val="EntryMeta"/>
        <w:ind w:left="1814" w:right="0"/>
      </w:pPr>
      <w:r>
        <w:t>Research Assistant</w:t>
      </w:r>
    </w:p>
    <w:p>
      <w:pPr>
        <w:pStyle w:val="ResumeBullet"/>
        <w:ind w:left="2126" w:hanging="227"/>
      </w:pPr>
      <w:r>
        <w:t>Designed survey instruments for a randomized evaluation of a tenant-counseling program.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4"/>
          <w:szCs w:val="24"/>
        </w:rPr>
        <w:t>Sep 2025 – Present</w:t>
      </w:r>
      <w:r>
        <w:tab/>
      </w:r>
      <w:r>
        <w:t>Model United Nations</w:t>
      </w:r>
      <w:r>
        <w:rPr>
          <w:b w:val="0"/>
        </w:rPr>
        <w:t>, Linden, NJ</w:t>
      </w:r>
    </w:p>
    <w:p>
      <w:pPr>
        <w:pStyle w:val="EntryMeta"/>
        <w:ind w:left="1814" w:right="0"/>
      </w:pPr>
      <w:r>
        <w:t>Secretary-General</w:t>
      </w:r>
    </w:p>
    <w:p>
      <w:pPr>
        <w:pStyle w:val="ResumeBullet"/>
        <w:ind w:left="2126" w:hanging="227"/>
      </w:pPr>
      <w:r>
        <w:t>Lead a conference for 900 high-school delegates from 70 schools.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  <w:ind w:left="1814" w:right="0"/>
      </w:pPr>
      <w:r>
        <w:rPr>
          <w:b/>
          <w:bCs/>
        </w:rPr>
        <w:t xml:space="preserve">Technical: </w:t>
      </w:r>
      <w:r>
        <w:t>R, Stata, ArcGIS, Qualtrics, Excel</w:t>
      </w:r>
    </w:p>
    <w:p>
      <w:pPr>
        <w:pStyle w:val="BodyText"/>
        <w:ind w:left="1814" w:right="0"/>
      </w:pPr>
      <w:r>
        <w:rPr>
          <w:b/>
          <w:bCs/>
        </w:rPr>
        <w:t xml:space="preserve">Languages: </w:t>
      </w:r>
      <w:r>
        <w:t>English, Spanish (native), Portuguese (intermediate)</w:t>
      </w:r>
    </w:p>
    <w:p>
      <w:pPr>
        <w:pStyle w:val="BodyText"/>
        <w:ind w:left="1814" w:right="0"/>
      </w:pPr>
      <w:r>
        <w:rPr>
          <w:b/>
          <w:bCs/>
        </w:rPr>
        <w:t xml:space="preserve">Interests: </w:t>
      </w:r>
      <w:r>
        <w:t>Urban sketching, salsa, local history podcasts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EB Garamond" w:hAnsi="EB Garamond" w:eastAsia="EB Garamond" w:cs="EB Garamond"/>
      <w:color w:val="000000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ormorant Garamond" w:hAnsi="Cormorant Garamond" w:eastAsia="Cormorant Garamond" w:cs="Cormorant Garamond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4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86" w:after="60"/>
      <w:jc w:val="center"/>
    </w:pPr>
    <w:rPr>
      <w:rFonts w:ascii="EB Garamond" w:hAnsi="EB Garamond" w:eastAsia="EB Garamond" w:cs="EB Garamond"/>
      <w:b/>
      <w:bCs/>
      <w:i w:val="0"/>
      <w:caps w:val="0"/>
      <w:smallCaps/>
      <w:color w:val="000000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30" w:after="0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EB Garamond"/>
      <w:b w:val="0"/>
      <w:i/>
      <w:caps w:val="0"/>
      <w:smallCaps w:val="0"/>
      <w:color w:val="000000"/>
      <w:sz w:val="25"/>
      <w:szCs w:val="25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Elm Standard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