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Ethan R. Caldwell</w:t>
      </w:r>
    </w:p>
    <w:p>
      <w:pPr>
        <w:pStyle w:val="Contact"/>
      </w:pPr>
      <w:r>
        <w:t>Cambridge, MA</w:t>
      </w:r>
      <w:r>
        <w:t xml:space="preserve">  ◇  </w:t>
      </w:r>
      <w:r>
        <w:t>(617) 555-0142</w:t>
      </w:r>
      <w:r>
        <w:t xml:space="preserve">  ◇  </w:t>
      </w:r>
      <w:r>
        <w:t>ethan.caldwell@college.edu</w:t>
      </w:r>
      <w:r>
        <w:t xml:space="preserve">  ◇  </w:t>
      </w:r>
      <w:r>
        <w:t>github.com/ecaldwell</w:t>
      </w:r>
    </w:p>
    <w:p>
      <w:pPr>
        <w:pStyle w:val="Summary"/>
        <w:spacing w:before="88"/>
      </w:pPr>
      <w:r>
        <w:t>Computer science senior focused on distributed systems and applied machine learning; seeking a software engineering role starting summer 2027.</w:t>
      </w:r>
    </w:p>
    <w:p>
      <w:pPr>
        <w:pStyle w:val="SectionHeading"/>
        <w:pBdr>
          <w:bottom w:val="double" w:sz="4" w:space="1" w:color="000000"/>
        </w:pBdr>
      </w:pPr>
      <w:r>
        <w:t>Education</w:t>
      </w:r>
    </w:p>
    <w:p>
      <w:pPr>
        <w:pStyle w:val="EntryTitle"/>
        <w:tabs>
          <w:tab w:pos="10800" w:val="right"/>
        </w:tabs>
      </w:pPr>
      <w:r>
        <w:t>Carlisle University</w:t>
      </w:r>
      <w:r>
        <w:tab/>
      </w:r>
      <w:r>
        <w:rPr>
          <w:b w:val="0"/>
        </w:rPr>
        <w:t>Cambridge, MA</w:t>
      </w:r>
    </w:p>
    <w:p>
      <w:pPr>
        <w:pStyle w:val="EntryMeta"/>
        <w:tabs>
          <w:tab w:pos="10800" w:val="right"/>
        </w:tabs>
      </w:pPr>
      <w:r>
        <w:t>A.B. in Computer Science, Secondary in Statistics</w:t>
      </w:r>
      <w:r>
        <w:tab/>
      </w:r>
      <w:r>
        <w:rPr>
          <w:i w:val="0"/>
        </w:rPr>
        <w:t>May 2027</w:t>
      </w:r>
    </w:p>
    <w:p>
      <w:pPr>
        <w:pStyle w:val="BodyText"/>
      </w:pPr>
      <w:r>
        <w:rPr>
          <w:b w:val="0"/>
          <w:i/>
        </w:rPr>
        <w:t>GPA:</w:t>
      </w:r>
      <w:r>
        <w:t xml:space="preserve"> 3.91/4.00; Dean's List (all semesters)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Distributed Systems, Machine Learning, Algorithms, Operating Systems, Probability</w:t>
      </w:r>
    </w:p>
    <w:p>
      <w:pPr>
        <w:pStyle w:val="BodyText"/>
      </w:pPr>
      <w:r>
        <w:rPr>
          <w:b w:val="0"/>
          <w:i/>
        </w:rPr>
        <w:t>Thesis:</w:t>
      </w:r>
      <w:r>
        <w:t xml:space="preserve"> Low-latency consensus for edge clusters (advisor: Prof. L. Moreno)</w:t>
      </w:r>
    </w:p>
    <w:p>
      <w:pPr>
        <w:pStyle w:val="SectionHeading"/>
        <w:pBdr>
          <w:bottom w:val="double" w:sz="4" w:space="1" w:color="000000"/>
        </w:pBdr>
      </w:pPr>
      <w:r>
        <w:t>Research</w:t>
      </w:r>
    </w:p>
    <w:p>
      <w:pPr>
        <w:pStyle w:val="EntryTitle"/>
        <w:tabs>
          <w:tab w:pos="10800" w:val="right"/>
        </w:tabs>
      </w:pPr>
      <w:r>
        <w:t>Senior Thesis</w:t>
      </w:r>
      <w:r>
        <w:tab/>
      </w:r>
      <w:r>
        <w:rPr>
          <w:b w:val="0"/>
        </w:rPr>
        <w:t>Cambridge, MA</w:t>
      </w:r>
    </w:p>
    <w:p>
      <w:pPr>
        <w:pStyle w:val="EntryMeta"/>
        <w:tabs>
          <w:tab w:pos="10800" w:val="right"/>
        </w:tabs>
      </w:pPr>
      <w:r>
        <w:t>Carlisle Systems Lab</w:t>
      </w:r>
      <w:r>
        <w:tab/>
      </w:r>
      <w:r>
        <w:rPr>
          <w:i w:val="0"/>
        </w:rPr>
        <w:t>Sep 2026 – May 2027</w:t>
      </w:r>
    </w:p>
    <w:p>
      <w:pPr>
        <w:pStyle w:val="ResumeBullet"/>
      </w:pPr>
      <w:r>
        <w:t>Designing a geo-aware leader election protocol; prototype evaluated on 120 simulated nodes.</w:t>
      </w:r>
    </w:p>
    <w:p>
      <w:pPr>
        <w:pStyle w:val="SectionHeading"/>
        <w:pBdr>
          <w:bottom w:val="double" w:sz="4" w:space="1" w:color="000000"/>
        </w:pBdr>
      </w:pPr>
      <w:r>
        <w:t>Experience</w:t>
      </w:r>
    </w:p>
    <w:p>
      <w:pPr>
        <w:pStyle w:val="EntryTitle"/>
        <w:tabs>
          <w:tab w:pos="10800" w:val="right"/>
        </w:tabs>
      </w:pPr>
      <w:r>
        <w:t>Software Engineering Intern</w:t>
      </w:r>
      <w:r>
        <w:tab/>
      </w:r>
      <w:r>
        <w:rPr>
          <w:b w:val="0"/>
        </w:rPr>
        <w:t>New York, NY</w:t>
      </w:r>
    </w:p>
    <w:p>
      <w:pPr>
        <w:pStyle w:val="EntryMeta"/>
        <w:tabs>
          <w:tab w:pos="10800" w:val="right"/>
        </w:tabs>
      </w:pPr>
      <w:r>
        <w:t>Northwind Analytics</w:t>
      </w:r>
      <w:r>
        <w:tab/>
      </w:r>
      <w:r>
        <w:rPr>
          <w:i w:val="0"/>
        </w:rPr>
        <w:t>Jun 2026 – Aug 2026</w:t>
      </w:r>
    </w:p>
    <w:p>
      <w:pPr>
        <w:pStyle w:val="ResumeBullet"/>
      </w:pPr>
      <w:r>
        <w:t>Built a streaming ingestion service in Go handling 40,000 events per second; cut end-to-end lag by 62%.</w:t>
      </w:r>
    </w:p>
    <w:p>
      <w:pPr>
        <w:pStyle w:val="ResumeBullet"/>
      </w:pPr>
      <w:r>
        <w:t>Designed load tests and dashboards adopted by two partner teams.</w:t>
      </w:r>
    </w:p>
    <w:p>
      <w:pPr>
        <w:pStyle w:val="ResumeBullet"/>
      </w:pPr>
      <w:r>
        <w:t>Presented design review to 30 engineers; merged 18 pull requests into production.</w:t>
      </w:r>
    </w:p>
    <w:p>
      <w:pPr>
        <w:pStyle w:val="EntryTitle"/>
        <w:tabs>
          <w:tab w:pos="10800" w:val="right"/>
        </w:tabs>
      </w:pPr>
      <w:r>
        <w:t>Undergraduate Research Assistant</w:t>
      </w:r>
      <w:r>
        <w:tab/>
      </w:r>
      <w:r>
        <w:rPr>
          <w:b w:val="0"/>
        </w:rPr>
        <w:t>Cambridge, MA</w:t>
      </w:r>
    </w:p>
    <w:p>
      <w:pPr>
        <w:pStyle w:val="EntryMeta"/>
        <w:tabs>
          <w:tab w:pos="10800" w:val="right"/>
        </w:tabs>
      </w:pPr>
      <w:r>
        <w:t>Carlisle Systems Lab</w:t>
      </w:r>
      <w:r>
        <w:tab/>
      </w:r>
      <w:r>
        <w:rPr>
          <w:i w:val="0"/>
        </w:rPr>
        <w:t>Sep 2025 – Present</w:t>
      </w:r>
    </w:p>
    <w:p>
      <w:pPr>
        <w:pStyle w:val="ResumeBullet"/>
      </w:pPr>
      <w:r>
        <w:t>Implemented a Raft variant in Rust; reduced leader-election time by 35% in 50-node simulations.</w:t>
      </w:r>
    </w:p>
    <w:p>
      <w:pPr>
        <w:pStyle w:val="ResumeBullet"/>
      </w:pPr>
      <w:r>
        <w:t>Co-authoring a workshop paper on edge consensus (under review).</w:t>
      </w:r>
    </w:p>
    <w:p>
      <w:pPr>
        <w:pStyle w:val="EntryTitle"/>
        <w:tabs>
          <w:tab w:pos="10800" w:val="right"/>
        </w:tabs>
      </w:pPr>
      <w:r>
        <w:t>Data Science Intern</w:t>
      </w:r>
      <w:r>
        <w:tab/>
      </w:r>
      <w:r>
        <w:rPr>
          <w:b w:val="0"/>
        </w:rPr>
        <w:t>Boston, MA</w:t>
      </w:r>
    </w:p>
    <w:p>
      <w:pPr>
        <w:pStyle w:val="EntryMeta"/>
        <w:tabs>
          <w:tab w:pos="10800" w:val="right"/>
        </w:tabs>
      </w:pPr>
      <w:r>
        <w:t>Bluepeak Labs</w:t>
      </w:r>
      <w:r>
        <w:tab/>
      </w:r>
      <w:r>
        <w:rPr>
          <w:i w:val="0"/>
        </w:rPr>
        <w:t>Jun 2025 – Aug 2025</w:t>
      </w:r>
    </w:p>
    <w:p>
      <w:pPr>
        <w:pStyle w:val="ResumeBullet"/>
      </w:pPr>
      <w:r>
        <w:t>Trained gradient-boosted churn models on 2M records; improved recall by 11 points over baseline.</w:t>
      </w:r>
    </w:p>
    <w:p>
      <w:pPr>
        <w:pStyle w:val="SectionHeading"/>
        <w:pBdr>
          <w:bottom w:val="double" w:sz="4" w:space="1" w:color="000000"/>
        </w:pBdr>
      </w:pPr>
      <w:r>
        <w:t>Leadership &amp; Activities</w:t>
      </w:r>
    </w:p>
    <w:p>
      <w:pPr>
        <w:pStyle w:val="EntryTitle"/>
        <w:tabs>
          <w:tab w:pos="10800" w:val="right"/>
        </w:tabs>
      </w:pPr>
      <w:r>
        <w:t>Workshop Lead</w:t>
      </w:r>
      <w:r>
        <w:tab/>
      </w:r>
      <w:r>
        <w:rPr>
          <w:b w:val="0"/>
        </w:rPr>
        <w:t>Cambridge, MA</w:t>
      </w:r>
    </w:p>
    <w:p>
      <w:pPr>
        <w:pStyle w:val="EntryMeta"/>
        <w:tabs>
          <w:tab w:pos="10800" w:val="right"/>
        </w:tabs>
      </w:pPr>
      <w:r>
        <w:t>Carlisle Women &amp; Allies in Computing</w:t>
      </w:r>
      <w:r>
        <w:tab/>
      </w:r>
      <w:r>
        <w:rPr>
          <w:i w:val="0"/>
        </w:rPr>
        <w:t>Sep 2024 – Present</w:t>
      </w:r>
    </w:p>
    <w:p>
      <w:pPr>
        <w:pStyle w:val="ResumeBullet"/>
      </w:pPr>
      <w:r>
        <w:t>Teach weekly Python workshops to 60 first-year students; designed a 10-week curriculum.</w:t>
      </w:r>
    </w:p>
    <w:p>
      <w:pPr>
        <w:pStyle w:val="EntryTitle"/>
        <w:tabs>
          <w:tab w:pos="10800" w:val="right"/>
        </w:tabs>
      </w:pPr>
      <w:r>
        <w:t>Athlete</w:t>
      </w:r>
      <w:r>
        <w:tab/>
      </w:r>
      <w:r>
        <w:rPr>
          <w:b w:val="0"/>
        </w:rPr>
        <w:t>Cambridge, MA</w:t>
      </w:r>
    </w:p>
    <w:p>
      <w:pPr>
        <w:pStyle w:val="EntryMeta"/>
        <w:tabs>
          <w:tab w:pos="10800" w:val="right"/>
        </w:tabs>
      </w:pPr>
      <w:r>
        <w:t>Varsity Rowing</w:t>
      </w:r>
      <w:r>
        <w:tab/>
      </w:r>
      <w:r>
        <w:rPr>
          <w:i w:val="0"/>
        </w:rPr>
        <w:t>Sep 2023 – May 2025</w:t>
      </w:r>
    </w:p>
    <w:p>
      <w:pPr>
        <w:pStyle w:val="ResumeBullet"/>
      </w:pPr>
      <w:r>
        <w:t>Trained 20 hours per week while maintaining Dean's List standing.</w:t>
      </w:r>
    </w:p>
    <w:p>
      <w:pPr>
        <w:pStyle w:val="SectionHeading"/>
        <w:pBdr>
          <w:bottom w:val="double" w:sz="4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Go, Rust, Python, C++, SQL, Kubernetes, PyTorch, AWS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 (native), Spanish (proficient)</w:t>
      </w:r>
    </w:p>
    <w:p>
      <w:pPr>
        <w:pStyle w:val="BodyText"/>
      </w:pPr>
      <w:r>
        <w:rPr>
          <w:b/>
          <w:bCs/>
        </w:rPr>
        <w:t xml:space="preserve">Interests: </w:t>
      </w:r>
      <w:r>
        <w:t>Long-distance running, chess openings, restoring film cameras</w:t>
      </w:r>
    </w:p>
    <w:sectPr w:rsidR="00FC693F" w:rsidRPr="0006063C" w:rsidSect="00034616">
      <w:pgSz w:w="12240" w:h="15840"/>
      <w:pgMar w:top="720" w:right="720" w:bottom="720" w:left="7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B Garamond" w:hAnsi="EB Garamond" w:eastAsia="EB Garamond" w:cs="EB Garamond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3" w:lineRule="auto"/>
    </w:pPr>
    <w:rPr>
      <w:rFonts w:ascii="EB Garamond" w:hAnsi="EB Garamond" w:eastAsia="EB Garamond" w:cs="EB Garamond"/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53" w:lineRule="auto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EB Garamond" w:hAnsi="EB Garamond" w:eastAsia="EB Garamond" w:cs="EB Garamond"/>
      <w:b/>
      <w:bCs/>
      <w:i w:val="0"/>
      <w:caps/>
      <w:smallCaps w:val="0"/>
      <w:color w:val="000000"/>
      <w:spacing w:val="20"/>
      <w:sz w:val="40"/>
      <w:szCs w:val="4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147" w:after="60"/>
    </w:pPr>
    <w:rPr>
      <w:rFonts w:ascii="EB Garamond" w:hAnsi="EB Garamond" w:eastAsia="EB Garamond" w:cs="EB Garamond"/>
      <w:b/>
      <w:bCs/>
      <w:i w:val="0"/>
      <w:caps w:val="0"/>
      <w:smallCaps/>
      <w:color w:val="00000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53" w:lineRule="auto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1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74" w:after="0"/>
    </w:pPr>
    <w:rPr>
      <w:rFonts w:ascii="EB Garamond" w:hAnsi="EB Garamond" w:eastAsia="EB Garamond" w:cs="EB Garamond"/>
      <w:b/>
      <w:bCs/>
      <w:i w:val="0"/>
      <w:caps w:val="0"/>
      <w:smallCaps w:val="0"/>
      <w:color w:val="000000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EB Garamond" w:hAnsi="EB Garamond" w:eastAsia="EB Garamond" w:cs="EB Garamond"/>
      <w:b w:val="0"/>
      <w:i/>
      <w:caps w:val="0"/>
      <w:smallCaps w:val="0"/>
      <w:color w:val="000000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53" w:lineRule="auto"/>
      <w:ind w:left="312" w:hanging="227"/>
    </w:pPr>
    <w:rPr>
      <w:rFonts w:ascii="EB Garamond" w:hAnsi="EB Garamond" w:eastAsia="EB Garamond" w:cs="EB Garamond"/>
      <w:b w:val="0"/>
      <w:i w:val="0"/>
      <w:caps w:val="0"/>
      <w:smallCaps w:val="0"/>
      <w:color w:val="00000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Laurel Line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